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6Co/114/2016 z 21. 6. 2016</w:t>
      </w:r>
    </w:p>
    <w:p>
      <w:r>
        <w:t>Uznesenie Krajského súdu Bratislava z 21. júna 2016, sp. zn. 6Co/114/2016, ECLI:SK:KSBA:2016:1016892005.1</w:t>
      </w:r>
    </w:p>
    <w:p>
      <w:r>
        <w:t>Súd: Krajský súd Bratislava</w:t>
      </w:r>
    </w:p>
    <w:p>
      <w:r>
        <w:t>Spisová značka: 6Co/114/2016</w:t>
      </w:r>
    </w:p>
    <w:p>
      <w:r>
        <w:t>ECLI: ECLI:SK:KSBA:2016:1016892005.1</w:t>
      </w:r>
    </w:p>
    <w:p>
      <w:r>
        <w:t>Dátum vydania: 21. 6. 2016</w:t>
      </w:r>
    </w:p>
    <w:p>
      <w:r>
        <w:t>Forma: Uznesenie</w:t>
      </w:r>
    </w:p>
    <w:p>
      <w:pPr>
        <w:pStyle w:val="Heading2"/>
      </w:pPr>
      <w:r>
        <w:t>Text rozhodnutia</w:t>
      </w:r>
    </w:p>
    <w:p>
      <w:r>
        <w:t>Súd: Krajský súd Bratislava Spisová značka: 6Co/114/2016 Identifikačné číslo súdneho spisu: 1016892005 Dátum vydania rozhodnutia: 22. 06. 2016 Meno a priezvisko sudcu, VSÚ: JUDr. Darina Kuchtová ECLI: ECLI:SK:KSBA:2016:1016892005.1 Uznesenie Krajský súd v Bratislave v právnej veci navrhovateľa: T. Y., N.. XX.XX.XXXX, A. M. XX, A., zastúpený AK REKEN &amp; PARTNERS Law Firm s.r.o., so sídlom Tichá 45, Bratislava proti odporcovi: P. V., N.. XX.XX.XXXX, A. M. XX, A., za účasti vedľajšieho účastníka na strane odporcu: P. V., N.. XX.XX.XXXX, A. M. XX, A., v konaní o vypratanie nehnuteľnosti a o nariadenie predbežného opatrenia na odvolanie odporcu proti uzneseniu Okresného súdu Bratislava I v Bratislave zo dňa 27. novembra 2015, č.k. 12C/212/2012-178, takto r o z h o d o l : Krajský súd v Bratislave p r i p ú š ťa späťvzatie návrhu na nariadenie predbežného opatrenia, predbežné opatrenie zo dňa 27.11.2015, č.k. 12C/212/2012-178 z r u š u j e a konanie o nariadenie predbežného opatrenia z a s t a v u j e . o d ô v o d n e n i e : Súd prvého stupňa uznesením zo dňa 27.11.2015, pod č.k. 12C/212/2012-178 nariadil predbežné opatrenie, ktorým uložil odporcovi povinnosť strpieť v byte č. X nachádzajúci sa v bytovom dome M. XX, B. Č. XXXX, K.. Ú.. B. V., evidovaný na LV č. XXXX výkon stavebných úprav a udržiavacích prác, ktoré spočívajú vo výmene vnútorných rozvodov elektriny, vody, kanalizácie a plynu, popísaných v zázname Mestskej časti A. ako príslušného stavebného úradu a stavebných úprav spočívajúcich v rekonštrukcii plynovej, elektrickej, vodovodnej a kanalizačnej prípojky, popísaných v zázname mestskej časti ako príslušného stavebného úradu. Súd prvého stupňa návrhu navrhovateľa vyhovel, právne ho odôvodnil ust. § 102 ods. 1, v spojení s ust. § 76 ods. 1 písm. f/ a ods. 4 O.s.p., keď na základe predložených listinných dôkazov sa súd prvého stupňa stotožnil so skutkovými a právnymi dôvodmi návrhu na nariadenie predbežného opatrenia navrhovateľa. Proti tomuto uzneseniu v zákonom stanovenej lehote podal odvolanie odporca a žiadal, aby odvolací súd napadnuté uznesenie zmenil tak, že návrh navrhovateľa na vydanie predbežného opatrenia zamietne. Dňa 09.03.2016 navrhovateľ zaslal súdu prvého stupňa späťvzatie návrhu na začatie konania vo veci samej z dôvodu, že dňa 25.01.2016 odporca nehnuteľnosť navrhovateľovi dobrovoľne odovzdal, o čom bol vyhotovený preberací protokol, ktorý bol prílohou späťvzatia návrhu. Odvolací súd vyzval navrhovateľa písomným podaním zo dňa 29.03.2016, aby odvolaciemu súdu oznámil, či vzhľadom na samotné späťvzatie návrhu zo dňa 16.02.2016 navrhovateľ neberie späť okrem iného i návrh na nariadenie predbežného opatrenia. Navrhovateľ písomným podaním zo dňa 11.04.2016, doručený odvolaciemu súdu 13.04.2016 vzal odvolanie voči uzneseniu súdu prvého stupňa pod č.k. 12C/212/2012-121 späť a zároveň vzal späť aj návrh na nariadenie predbežného opatrenia a žiadal, aby súd konanie zastavil. Nakoľko navrhovateľ vzal svoj návrh na nariadenie predbežného opatrenia v celom rozsahu späť, odvolací súd vyzval odporcu podaním zo dňa 27.04.2016, ktoré bolo doručené odporcovi dňa 31.05.2016, aby v lehote siedmich dní od doručenia výzvy sa písomne vyjadril, či so späťvzatím návrhu na nariadenie predbežného opatrenia súhlasí a v prípade nesúhlasu so späťvzatím návrhu na nariadenie predbežného opatrenia, aby uviedol vážne dôvody takéhoto nesúhlasu. Zároveň odporcu poučil, že ak sa v súdom stanovenej 7-dňovej lehote k späťvzatiu návrhu na nariadenie predbežného opatrenia nevyjadrí, odvolací súd bude mať za to, že so späťvzatím návrhu na nariadenie predbežného opatrenia súhlasí. Odvolací súd vo výzve odporcovi zároveň dal do pozornosti i späťvzatie samotného návrhu navrhovateľa zo dňa 16.02.2016, ktorého súčasťou bola dohoda medzi účastníkmi konania s tým, že odovzdávajúci odporca P. V. odovzdal uvedený byt preberajúcemu navrhovateľovi (V.. T. Y.). Podľa § 208 O.s.p. ak je návrh na začatie konania vzatý späť, keď už rozhodol súd prvého stupňa, ale jeho rozhodnutie nie je doposiaľ právoplatné, odvolací súd rozhodne o pripustení späťvzatia. Súd späťvzatie nepripustí, ak druhý účastník s tým nesúhlasí. Ak späťvzatie pripustí, odvolací súd zruší rozhodnutie súdu prvého stupňa a konanie zastaví. K späťvzatiu návrhu na začatie konania môže dôjsť nielen počas konania na súde prvého stupňa, ale aj po vydaní rozhodnutia súdu prvého stupňa, najneskôr však do momentu, kým jeho rozhodnutie nenadobudne právoplatnosť. Znamená to, že vziať návrh späť je možné i počas odvolacej lehoty bez toho, aby muselo byť súčasne podané odvolanie a ak bolo podané odvolanie (§ 222 ods. 2), tak kedykoľvek počas odvolacieho konania, najneskôr do právoplatnosti rozhodnutia súdu prvého stupňa. Tá nenastane skôr, kým o odvolaní právoplatne nerozhodne odvolací súd (§ 206 ods. 1). V predmetnej veci navrhovateľ vzal svoj návrh na nariadenie predbežného opatrenia v celom rozsahu späť po tom, ako proti vydanému uzneseniu, ktorým súd nariadil predbežné opatrenie, podal odvolanie v zákonom stanovenej lehote odporca. Navrhovateľ vzal späť návrh na nariadenie predbežného opatrenia podaním zo dňa 11.04.2014, doručený odvolaciemu súdu 13.04.2016 a to z dôvodu, že odporca dobrovoľne vydal nehnuteľnosť navrhovateľovi a medzi odporcom a navrhovateľom bola uzatvorená dohoda o urovnaní a to i ohľadom trov konania a tiež z dôvodu, že navrhovateľ zároveň podľa § 96 ods. 1 O.s.p. vzal späť i svoj návrh vo veci samej a to podaním zo dňa 16.02.2016, doručený súdu prvého stupňa dňa 09.03.2016. Odporca na výzvu odvolacieho súdu v lehote 7 dní od výzvy na uvedenie prípadných námietok, resp. dôvodov nesúhlasu so späťvzatím návrhu nereagoval a preto odvolací súd postupoval s poukazom na ust. § 208 O.s.p. a späťvzatie návrhu navrhovateľa v súvislosti s vydaným predbežným opatrením pripustil, vydané predbežné opatrenie súdom prvého stupňa zrušil a konanie súvisiace s predbežným opatrením zastavil. O zastavení konania vo veci samej, vrátane trov prvostupňového a odvolacieho konania bude rozhodovať súd prvého stupňa. Toto rozhodnutie bolo odvolacím senátom prijaté pomerom hlasov 3:0. Poučenie: Proti tomuto uzneseniu odvolanie nie je prípustné.</w:t>
      </w:r>
    </w:p>
    <w:p/>
    <w:p>
      <w:r>
        <w:t>Zdroj: KAUZIS.SK – https://www.kauzis.sk/judikatura/r/ECLI:SK:KSBA:2016:1016892005.1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