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34CB/141/1995 z 13. 1. 2016</w:t>
      </w:r>
    </w:p>
    <w:p>
      <w:r>
        <w:t>Uznesenie Krajského súdu Bratislava z 13. januára 2016, sp. zn. 34CB/141/1995, ECLI:SK:KSBA:2016:1095899239.40</w:t>
      </w:r>
    </w:p>
    <w:p>
      <w:r>
        <w:t>Súd: Krajský súd Bratislava</w:t>
      </w:r>
    </w:p>
    <w:p>
      <w:r>
        <w:t>Spisová značka: 34CB/141/1995</w:t>
      </w:r>
    </w:p>
    <w:p>
      <w:r>
        <w:t>ECLI: ECLI:SK:KSBA:2016:1095899239.40</w:t>
      </w:r>
    </w:p>
    <w:p>
      <w:r>
        <w:t>Dátum vydania: 13.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34CB/141/1995 Identifikačné číslo súdneho spisu: 1095899239 Dátum vydania rozhodnutia: 14. 01. 2016 Meno a priezvisko sudcu, VSÚ: JUDr. Peter Pospech ECLI: ECLI:SK:KSBA:2016:1095899239.40 Uznesenie Krajský súd v Bratislave pred samosudcom JUDr. Petrom Pospechom, v právnej veci žalobcu v 1. rade: DOLPHINS CORPORATION Ltd., so sídlom Suite 13, Oliaji Trade Centre First Floor, Francis Rachel Street Victoria, Mahé, Seycheles, zast. VRBA &amp; PARTNERS, advokátska kancelária, Sliezska 9, 831 03 Bratislava a žalobcu v 2. rade: HAVK, spol. s.r.o., Lovinského 18, Bratislava, IČO: 36 698 679, zast. AK Verita, s.r.o., Karpatská 18, Bratislava, IČO: 35 940 875, proti žalovanému v 1. rade: Priateľstvo, a.s., Gogoľova 18, Bratislava, IČO: 31 322 794 a žalovanému v 2. rade: HYDRONIKA NOVA, a.s., Gogoľova 18, Bratislava, IČO: 35 718 030, obaja žalovaní zast. JUDr. Bohuslavom Majchrákom, Nová Bystrica 850, vedľajší účastník L.. N. L., R. XX, X., o zaplatenie 2,416.693,70 Eur (72,805.317,65 Sk) takto r o z h o d o l : Súd konanie žalobcu v 2. rade voči žalovanému v 2. rade z a s t a v u j e podľa § 96 ods. 1 OSP. o d ô v o d n e n i e : Dňa 22.12.2015 bol konajúcemu súdu doručený návrh žalobcu v 2. rade, spol. HAWK, spol. s.r.o., Lovinského 18, Bratislava, na späťvzatie návrhu na začatie konania v spore pod sp,. zn. 34Cb/141/1995, o zaplatenie sumy 2,416.693,70 Eur voči žalovanému v 2. rade - spol. HYDRONIKA NOVA, a.s., Gogoľova 18, Bratislava, v súlade s ustanovením § 96 ods. 1 OSP. Podľa ust. § 96 ods. 1 Obč. zák. v znení neskorších predpisov navrhovateľ môže vziať za konania návrh na jeho začatie späť a to z časti, alebo celkom. Ak je návrh vzatý z časti späť, súd konanie v tejto časti zastaví. Vzhľadom k čiastočnému späťvzatiu návrhu na začatie konania žalobcom v 2. rade proti žalovanému v 2. rade, súd konanie o zaplatenie sumy 2,416.693,70 Eur v časti žalobcu v 2. rade proti žalovanému v 2. rade zastavil v súlade s ust. § 96 ods. 1 OSP. Poučenie: Proti tomuto uzneseniu je možné podať odvolanie do 15 dní od jeho doručenia na Krajskom súde v Bratislave, písomne, dvojmo.</w:t>
      </w:r>
    </w:p>
    <w:p/>
    <w:p>
      <w:r>
        <w:t>Zdroj: KAUZIS.SK – https://www.kauzis.sk/judikatura/r/ECLI:SK:KSBA:2016:1095899239.40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