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6K/63/1997 z 11. 5. 2016</w:t>
      </w:r>
    </w:p>
    <w:p>
      <w:r>
        <w:t>Uznesenie Krajského súdu Bratislava z 11. mája 2016, sp. zn. 6K/63/1997, ECLI:SK:KSBA:2016:1097898126.5</w:t>
      </w:r>
    </w:p>
    <w:p>
      <w:r>
        <w:t>Súd: Krajský súd Bratislava</w:t>
      </w:r>
    </w:p>
    <w:p>
      <w:r>
        <w:t>Spisová značka: 6K/63/1997</w:t>
      </w:r>
    </w:p>
    <w:p>
      <w:r>
        <w:t>ECLI: ECLI:SK:KSBA:2016:1097898126.5</w:t>
      </w:r>
    </w:p>
    <w:p>
      <w:r>
        <w:t>Dátum vydania: 11.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6K/63/1997 Identifikačné číslo súdneho spisu: 1097898126 Dátum vydania rozhodnutia: 12. 05. 2016 Meno a priezvisko sudcu, VSÚ: JUDr. Boris Tóth ECLI: ECLI:SK:KSBA:2016:1097898126.5 Uznesenie Krajský súd v Bratislave v konkurznej veci úpadcu: SOLIDUS, spol. s r.o., Beňadická 26, 851 06 Bratislava, IČO: 17 310 172, s ustanoveným správcom konkurznej podstaty: JUDr. Peter Vačok, Vazovova 9/A, 811 07 Bratislava, takto r o z h o d o l : Súd zrušuje konkurz vyhlásený na majetok úpadcu SOLIDUS, spol. s r.o., Beňadická 26, 851 06 Bratislava, IČO: 17 310 172, z dôvodu, že majetok úpadcu nepostačuje na úhradu výdavkov a odmeny správcu. Súd zbavuje JUDr. Petra Vačoka, Vazovova 9/A, 811 07 Bratislava, funkcie správcu konkurznej podstaty. o d ô v o d n e n i e : Na majetok úpadcu bol vyhlásený konkurz uznesením tunajšieho súdu č.k. 6K/63/1997-83 zo dňa 31.03.2000, právoplatným 28.02.2000. Za správcu konkurznej podstaty bol ustanovený JUDr. Peter Vačok, Vazovova 9/A, 811 07 Bratislava. Správca konkurznej podstaty podaním doručeným súdu dňa 28.04.2016 podal návrh na zrušenie konkurzu z dôvodu, že v súlade s konečnou správou vyplatil zo zvyšku sumy získanej speňažením 3.000,- Eur po odpočítaní doteraz vyplatených výdavkov vo výške 2.844,01 Eur, čiastočne odmenu správcu. Súčasne požiadal o zbavenie funkcie správu konkurznej podstaty. V zmysle § 44 ods.1 písm. d/ ZKV súd uznesením zruší konkurz, v ktorom nedošlo k potvrdeniu núteného vyrovnania, ak zistí, že majetok úpadcu nepostačuje na úhradu výdavkov a odmeny správcu, pričom sa neprihliada na veci a pohľadávky vylúčené z podstaty. Podľa ods. 4 súd zbaví správcu jeho funkcie a rozhodne o jeho odmene a náhrade výdavkov, ak o nich ešte nerozhodol. V priebehu konania bol speňažený všetok majetok, ktorý bol zahrnutý do konkurznej podstaty úpadcu. Uznesením č.k. 6K/63/1997-199 z 10.02.2016 súd schválil konečnú správu o speňažení majetku z podstaty a o vyúčtovaní odmeny a výdavkov správcu konkurznej podstaty doručenú súdu dňa 07.12.2015. V zmysle predmetnej konečnej správy celkové príjmy v konkurze boli vo výške 3.000,- Eur, celkové náklady a pohľadávky proti podstate, včítane odmeny správcu predstavovali sumu 5.220,19 Eur. Do predloženia konečnej správy boli vyplatené výdavky súvisiace s vedením konania vo výške 2.860,61 Eur. Nevyplatené zostali pohľadávky proti podstate: odmena správcu 1.991,64 Eur, odmena opatrovníka JUDr. Čakváriho 331,94 Eur a súdny poplatok za konkurz 36,- Eur a pohľadávky veriteľov priznané v triedach. Na účte úpadcu zostala suma 139,39 Eur. Po schválení konečnej správy bola suma 139,39 Eur v zmysle § 31 ods. 6 písm. a/ ZKV použitá na čiastočnú úhradu odmeny správcu. Zvyšná časť odmeny správcu, pohľadávky proti podstate a pohľadávky veriteľov priznané v triedach vyplatené nebudú z dôvodu nedostatku finančných prostriedkov. Súd preto v zmysle ust. § 44 ods. 1 písm. d/ a ods. 4 ZKV zrušil konkurz a správcu konkurznej podstaty zbavil jeho funkcie. Na základe zoznamu prihlášok možno po právoplatnosti uznesenia o zrušení konkurzu viesť pre zistenú pohľadávku výkon rozhodnutia alebo exekúciu na majetok úpadcu (§ 45 ods. 2 ZKV).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ZKV),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https://www.kauzis.sk/judikatura/r/ECLI:SK:KSBA:2016:1097898126.5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