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6K/195/1998 z 13. 6. 2016</w:t>
      </w:r>
    </w:p>
    <w:p>
      <w:r>
        <w:t>Uznesenie Krajského súdu Bratislava z 13. júna 2016, sp. zn. 6K/195/1998, ECLI:SK:KSBA:2016:1098899284.5</w:t>
      </w:r>
    </w:p>
    <w:p>
      <w:r>
        <w:t>Súd: Krajský súd Bratislava</w:t>
      </w:r>
    </w:p>
    <w:p>
      <w:r>
        <w:t>Spisová značka: 6K/195/1998</w:t>
      </w:r>
    </w:p>
    <w:p>
      <w:r>
        <w:t>ECLI: ECLI:SK:KSBA:2016:1098899284.5</w:t>
      </w:r>
    </w:p>
    <w:p>
      <w:r>
        <w:t>Dátum vydania: 13.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6K/195/1998 Identifikačné číslo súdneho spisu: 1098899284 Dátum vydania rozhodnutia: 14. 06. 2016 Meno a priezvisko sudcu, VSÚ: JUDr. Boris Tóth ECLI: ECLI:SK:KSBA:2016:1098899284.5 Uznesenie Krajský súd v Bratislave v konkurznej veci úpadcu: CEBO HOLDING SLOVAKIA, a.s. v konkurze, Nitrianska cesta 60, 958 01 Partizánske, IČO: 34 126 660, s ustanoveným správcom konkurznej podstaty: Mgr. Vladimír Cipciar, Haburská 49/F, 821 01 Bratislava, o návrhu na zrušenie konkurzu, takto r o z h o d o l : Súd zrušuje konkurz vyhlásený uznesením č.k. 6K/195/1998-288 zo dňa 19.10.1998 v spojení s opravným uznesením č.k. 6K/195/1998-382 zo dňa 10.02.1999 po splnení rozvrhového uznesenia. Súd zbavuje Mgr. Vladimíra Cipciara, so sídlom Haburská 49/F, 821 01 Bratislava, funkcie správcu konkurznej podstaty. o d ô v o d n e n i e : Konkurz na úpadcu bol vyhlásený uznesením č.k. 6K/195/1998-288 zo dňa 19.10.1998 právoplatným 10.11.1998 v spojení s opravným uznesením č.k. 6K/195/1998-382 zo dňa 10.02.1999 právoplatným 06.04.1999. Za správcu konkurznej podstaty bola ustanovená JUDr. Mária Ďurajdová (Cabadajová), AK Bratislava. Uznesením č.k. 6K/195/1998 z 09.12.2003 bol ustanovený nový správca JUDr. Stanislav Volár. Uznesením č.k. 6K/195/1998-1621 zo dňa 23.05.2005 bol ustanovený nový správca Mgr. Vladimír Cipciar. Správca konkurznej podstaty Mgr. Vladimír Cipciar podaním doručeným súdu 01.06.2016 podal správu o splnení rozvrhového uznesenia a súčasne požiadal o zrušenie konkurzného konania po splnení rozvrhového uznesenia podľa § 44 ods. 1 písm. b/ ZKV a o zbavenie funkcie správcu konkurznej podstaty. V zmysle § 44 ods. 1 písm. b/ zákona č. 328/1991 Zb. o konkurze a vyrovnaní v znení neskorších predpisov (ďalej len ZKV)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V priebehu konkurzného konania bol speňažený všetok majetok zaradený do konkurznej podstaty úpadcu okrem majetku, ktorý bol opatreniami č.k. 6K/195/1998 zo dňa 26.11.2008 a č.k. 6K/195/1998-1509 zo dňa 08.12.2003 vylúčený z konkurznej podstaty. Pozemok o výmere 18 m2, parc. č. 3235 na LV č. XXXX k.ú. O. bol opatrením č.k. 6K/195/1998-1776 zo dňa 20.10.2011 opätovne zaradený do konkurznej podstaty a následne bol predaný. Správca konkurznej podstaty splnil rozvrhové uznesenie č.k. 6K/195/1998-2200 zo dňa 30.03.2016, právoplatné dňa 06.05.2016, čo preukázal priloženými kópiami dokladov o úhrade jednotlivých pohľadávok. Súd preto v zmysle citovaných ustanovení zrušil konkurz a správcu zbavil jeho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https://www.kauzis.sk/judikatura/r/ECLI:SK:KSBA:2016:1098899284.5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