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57Cb/42/1999 z 5. 4. 2016</w:t>
      </w:r>
    </w:p>
    <w:p>
      <w:r>
        <w:t>Uznesenie Krajského súdu Bratislava z 5. apríla 2016, sp. zn. 57Cb/42/1999, ECLI:SK:KSBA:2016:1099899462.17</w:t>
      </w:r>
    </w:p>
    <w:p>
      <w:r>
        <w:t>Súd: Krajský súd Bratislava</w:t>
      </w:r>
    </w:p>
    <w:p>
      <w:r>
        <w:t>Spisová značka: 57Cb/42/1999</w:t>
      </w:r>
    </w:p>
    <w:p>
      <w:r>
        <w:t>ECLI: ECLI:SK:KSBA:2016:1099899462.17</w:t>
      </w:r>
    </w:p>
    <w:p>
      <w:r>
        <w:t>Dátum vydania: 5. 4.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57Cb/42/1999 Identifikačné číslo súdneho spisu: 1099899462 Dátum vydania rozhodnutia: 06. 04. 2016 Meno a priezvisko sudcu, VSÚ: JUDr. Jarmila Glončáková ECLI: ECLI:SK:KSBA:2016:1099899462.17 Uznesenie Krajský súd v Bratislave v právnej veci žalobcu J. M. &amp;. A. Z., U. X, J., J.. M.. XXXX, O., M. /.. Č.. P. XXXXXX/, zast. JUDr. Sylviou Filipovou, advokátkou, proti žalovanému v 1. rade MH Manažment a.s., IČO 50 088 033, Trnavská cesta 100, Bratislava (predtým Fond národného majetku SR), zast. advokátskou kanceláriou BIZOŇ &amp; PARTNERS, s. r. o., Bratislava a žalovanému v 2. rade Centrálny depozitár cenných papierov SR, a. s., IČO 31 338 976, ul. 29. augusta 1/A, Bratislava, zast. advokátskou kanceláriou BIZOŇ &amp; PARTNERS, s. r. o., Bratislava o 3 101 175,10 Eur, takto r o z h o d o l : Súd ustanovuje predkladateľku z jazyka nemeckého J., vo veci vedenej na Krajskom súde v Bratislave pod č. konania 57 Cb 42/1999. o d ô v o d n e n i e : Žalobca si žalobou došlou dňa 20. 05. 1999, ktorú podaním zo dňa 28. 02. 2002 zmenil, uplatnil právo na náhradu škody. V tomto konaní súd rozhodol vypočuť svedka F.. Z., ktorý je cudzinec a neovláda slovenský jazyk. Úlohou prekladateľa bude zabezpečiť preklad písomností doručených mu súdom z jazyka slovenského do jazyka nemeckého, a ak to bude potrebné preložiť doklady z jazyka nemeckého do jazyka slovenského. Poučenie: Proti tomuto uzneseniu je možné podať odvolanie do 15 dní od doručenia uznesenia na Krajskom súde v Bratislave. V odvolaní sa má popri všeobecných náležitostiach /§ 42 ods. 3 OSP/ uviesť, v čom sa toto rozhodnutie, alebo postup súdu považuje za nesprávny a čoho sa odvolateľ domáha. Odvolanie je potrebné odôvodniť podľa ust. § 205 ods. 2 OSP. Voči osobe predkladateľa je možné podať námietky do 8 dní od doručenia tohto uznesenia, ak nebude do tejto lehoty vznesená námietka, súd bude konať s ustanoveným prekladateľom.</w:t>
      </w:r>
    </w:p>
    <w:p/>
    <w:p>
      <w:r>
        <w:t>Zdroj: KAUZIS.SK – https://www.kauzis.sk/judikatura/r/ECLI:SK:KSBA:2016:1099899462.17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