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57Cb/42/1999 z 5. 7. 2016</w:t>
      </w:r>
    </w:p>
    <w:p>
      <w:r>
        <w:t>Uznesenie Krajského súdu Bratislava z 5. júla 2016, sp. zn. 57Cb/42/1999, ECLI:SK:KSBA:2016:1099899462.21</w:t>
      </w:r>
    </w:p>
    <w:p>
      <w:r>
        <w:t>Súd: Krajský súd Bratislava</w:t>
      </w:r>
    </w:p>
    <w:p>
      <w:r>
        <w:t>Spisová značka: 57Cb/42/1999</w:t>
      </w:r>
    </w:p>
    <w:p>
      <w:r>
        <w:t>ECLI: ECLI:SK:KSBA:2016:1099899462.21</w:t>
      </w:r>
    </w:p>
    <w:p>
      <w:r>
        <w:t>Dátum vydania: 5.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57Cb/42/1999 Identifikačné číslo súdneho spisu: 1099899462 Dátum vydania rozhodnutia: 06. 07. 2016 Meno a priezvisko sudcu, VSÚ: JUDr. Jarmila Glončáková ECLI: ECLI:SK:KSBA:2016:1099899462.21 Uznesenie Krajský súd v Bratislave v právnej veci žalobcu J. M. &amp;. A. Z., U. X, J., J.. M.. XXXX, O., M. /.. Č.. P. XXXXXX/, zast. JUDr. S. Filipovou, advokátkou, proti žalovanému v 1. rade MH Manažment, IČO 50 088 033, Trnavská cesta 100, Bratislava (predtým Fond národného majetku SR), zast. advokátskou kanceláriou BIZOŇ &amp; PARTNERS, s. r. o., Bratislava a žalovanému v 2. rade Centrálny depozitár cenných papierov SR, a. s., IČO 31 338 976, ul. 29. augusta 2/A, Bratislava, zast. advokátskou kanceláriou BIZOŇ &amp; PARTNERS, s. r. o., Bratislava, o 3 101 175,10 Eur, takto r o z h o d o l : Súd upravuje učtáreň Krajského súdu v Bratislave, aby vrátila: 1. preddavok trov konania v sume 155 058,75 Eur žalovanému v 1. rade, vedený pod položkou registra 2 rok 2016, bez vyčkania právoplatnosti uznesenia. 2. preddavok trov konania v sume 155 058,75 Eur žalovanému v 2. rade, vedený pod položkou registra 1 rok 2016, bez vyčkania právoplatnosti uznesenia. o d ô v o d n e n i e : Súd vychádzajúc z návrhu žalovaného v 2. rade zo dňa 16. 05. 2016 uznesením zo dňa 17. 05. 2016 rozhodol podľa ust. § 141a ods. 1 OSP tak, že zaviazal žalobcu a žalovaných, na zaplatenie preddavku na trovy konania vo výške 5 % z uplatňovanej peňažnej sumy, v súlade s ust. § 141a ods. 2 OSP, v lehote 20 dní od doručenia uznesenia. Žalovaný v 1. rade preddavok na trovy konania zložil dňa 10. 06. 2016 a žalovaný v 2. rade dňa 07. 06. 2016. Súd zistil, že žalobca preddavok na trovy konania nezložil. Žalobca podaním zo dňa 13. 06. 2016, doručeným súdu dňa 20. 06. 2016 požiadal súd o odpustenie povinnosti uhradiť preddavok na trovy konania, z dôvodu dĺžky súdneho sporu, nákladov, ktoré vynaložil na vedenie sporu. Ďalej sa odvolal na nález Ústavného súdu SR zo dňa 11. 05. 2016 sp. zn. PL ÚS 30/2015 a absenciu ust. § 141a OSP v zákone č. 160/2015 Z. z. Z vyššie uvedených dôvodov sa podľa žalobcu jedná o zásah do jeho práv, a preto žiada súd o prehodnotenie rozhodnutia a jeho zmenu, t. j. odpustenie povinnosti nahradiť preddavok na trovy konania. Súd pri svojom rozhodovaní vychádzal z nálezu Ústavného súdu Slovenskej republiky sp. zn. PL. ÚS 30/2015 zo dňa 11. 05. 2016, ktorým bolo rozhodnuté o tom, že ust. § 141a OSP v znení neskorších predpisov nie je v súlade s čl. 1 ods. 1 a čl. 46 ods. 1 Ústavy Slovenskej republiky. Nález bol vyhlásený v Zbierke zákonov Slovenskej republiky dňa 14. 06. 2016. S účinnosťou od 01. 07. 2016 došlo podľa ust. § 473 zákona č. 160/2015 Z. z. k zrušeniu zákona č. 99/1963 Zb. V civilnom sporovom poriadku nie je upravené platenie preddavku na trovy konania. Na základe týchto dôvodov súd rozhodol o vrátení preddavku na trovy konania žalovanému v 1. rade a žalovanému v 2. rade. Po právoplatnosti uznesenia bude vo veci vytýčený termín pojednávania. Poučenie: Proti tomuto uzneseniu nie je prípustné odvolanie.</w:t>
      </w:r>
    </w:p>
    <w:p/>
    <w:p>
      <w:r>
        <w:t>Zdroj: KAUZIS.SK – https://www.kauzis.sk/judikatura/r/ECLI:SK:KSBA:2016:1099899462.21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