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3Cob/174/2015 z 29. 6. 2016</w:t>
      </w:r>
    </w:p>
    <w:p>
      <w:r>
        <w:t>Uznesenie Krajského súdu Bratislava z 29. júna 2016, sp. zn. 3Cob/174/2015, ECLI:SK:KSBA:2016:1103899191.1</w:t>
      </w:r>
    </w:p>
    <w:p>
      <w:r>
        <w:t>Súd: Krajský súd Bratislava</w:t>
      </w:r>
    </w:p>
    <w:p>
      <w:r>
        <w:t>Spisová značka: 3Cob/174/2015</w:t>
      </w:r>
    </w:p>
    <w:p>
      <w:r>
        <w:t>ECLI: ECLI:SK:KSBA:2016:1103899191.1</w:t>
      </w:r>
    </w:p>
    <w:p>
      <w:r>
        <w:t>Dátum vydania: 29. 6.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3Cob/174/2015 Identifikačné číslo súdneho spisu: 1103899191 Dátum vydania rozhodnutia: 30. 06. 2016 Meno a priezvisko sudcu, VSÚ: JUDr. Elena Ondrišová ECLI: ECLI:SK:KSBA:2016:1103899191.1 Uznesenie Krajský súd v Bratislave v právnej veci navrhovateľa P.. A. A., Š. XXXX/XXX, S., proti odporcovi A.. C. X., M. XX, C., práv. zast. Mgr. Branislav Dufala, advokát, Palisády 36, Bratislava o zaplatenie 66.387,84,- EUR s príslušenstvom a o odvolaní odporcu proti uzneseniu Okresného súdu Bratislava I v Bratislave č.k. 30Cb/232/2003-330 z 2.6.2015, jednohlasne takto r o z h o d o l : Krajský súd v Bratislave uznesenie Okresného súdu Bratislava I v Bratislave č.k. 30Cb/232/2003-330 z 2.6.2015 v napadnutej časti týkajúcej sa náhrady trov konania p o t v r d z u j e . Navrhovateľke náhradu trov odvolacieho konania nepriznáva. o d ô v o d n e n i e : Súd prvého stupňa uznesením zastavil konanie, rozhodol, že odporcovi nepriznáva nárok na náhradu trov konania a že navrhovateľ nevracia súdny poplatok za návrh. Výrok týkajúci sa náhrady trov konania odôvodnil odkazom na § 146 ods. 2 O.s.p. a ďalej uviedol, že zastavenie konania spôsobila procesne navrhovateľka, keď zobrala návrh späť bez uvedenia dôvodu, keďže si však odporca trovy neuplatnil, súd mu ich náhradu nepriznal. Proti tomuto uzneseniu a to jeho časti týkajúcej sa náhrady trov konania podal včas odvolanie odporca navrhujúc ho zmeniť a priznať mu náhradu trov právneho zastúpenia v sume 2.680,67 EUR. Uviedol, že sa k späťvzatiu návrhu vyjadril na základe výzvy súdu podaním zo dňa 18.3.2015, ktoré podal na poštu dňa 20.3.2015 s tým, že so späťvzatím súhlasí a vyčíslil si trovy, ktorých náhradu požaduje. Uviedol, že v liste, ktorým vyčíslil trovy označil omylom iné číslo konania v časti identifikácie roku založenia spisu, keď uviedol sp. zn. 30Cb/232/2004, pričom správna je sp. zn. 30Cb/232/2003. Vyjadril domnienku, že túto chybu si zrejme nevšimli ani administratívni pracovníci pri zakladaní predmetného podania a podanie zrejme založil do spisu 30Cb/232/2004 iných účastníkov konania. K odvolaniu sa vyjadrila navrhovateľka, uvádzajúc, že napriek tomu, že je presvedčená o svojom práve, tak návrh vzala späť z dôvodu, že spor trvá už 12 rokov a aj keby vyhrala je presvedčená o tom, že peniaze nikdy neuvidí. Argumenty odporcu označila za irelevantné a navrhla napadnuté uznesenie ako vecne správne potvrdiť. Odvolací súd prejednal vec podľa § 212 ods. 1 O.s.p. v napadnutej časti týkajúcej sa náhrady trov konania a § 214 ods. 2 O.s.p. bez nariadenia pojednávania a dospel k záveru, že napadnuté uznesenie je vecne správne. Odvolací súd z obsahu spisu zistil, že súd prvého stupňa riadne vyzval odporcu, aby sa vyjadril k späťvzatiu a to v lehote 10 dní od doručenia výzvy a teda nepochybne, aby vyčíslil aj svoje trovy ak požaduje ich náhradu. Výzva bola doručená právnemu zástupcovi odporcu dňa 12.2.2015 a napadnuté uznesenie bolo vydané až 2.6.2015, t.j. po uplynutí niekoľkých mesiacov. Odporca mal teda dostatok času, aby podal návrh, aby mu súd prvého stupňa náhradu trov priznal. V spise sa nachádza úradný záznam zo dňa 24.6.2015, z ktorého vyplýva, že sa súdu prvého stupňa ani lustrovaním v iných oddeleniach nepodarilo podanie odporcu, ktorým si mal podľa jeho tvrdení vyčísliť trovy, nájsť. Nakoľko z podacieho lístka, ktorý odporca predložil nevyplýva, čo konkrétne bolo predmetom zásielky odvolací súd nemal za preukázané, že odporca podal v zmysle § 151 ods. 1 v spojení s § 151 ods. 4 O.sp. návrh na rozhodnutie o trovách a preto uznesenie súdu prvého stupňa v napadnutej časti týkajúcej sa náhrady trov konania ako vecne správne podľa § 219 ods. 1 O.s.p. potvrdil. Poučenie: Proti tomuto uzneseniu odvolanie nie je prípustné.</w:t>
      </w:r>
    </w:p>
    <w:p/>
    <w:p>
      <w:r>
        <w:t>Zdroj: KAUZIS.SK – https://www.kauzis.sk/judikatura/r/ECLI:SK:KSBA:2016:1103899191.1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