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1Cob/262/2014 z 28. 4. 2016</w:t>
      </w:r>
    </w:p>
    <w:p>
      <w:r>
        <w:t>Uznesenie Krajského súdu Bratislava z 28. apríla 2016, sp. zn. 1Cob/262/2014, ECLI:SK:KSBA:2016:1105211671.2</w:t>
      </w:r>
    </w:p>
    <w:p>
      <w:r>
        <w:t>Súd: Krajský súd Bratislava</w:t>
      </w:r>
    </w:p>
    <w:p>
      <w:r>
        <w:t>Spisová značka: 1Cob/262/2014</w:t>
      </w:r>
    </w:p>
    <w:p>
      <w:r>
        <w:t>ECLI: ECLI:SK:KSBA:2016:1105211671.2</w:t>
      </w:r>
    </w:p>
    <w:p>
      <w:r>
        <w:t>Dátum vydania: 28. 4. 2016</w:t>
      </w:r>
    </w:p>
    <w:p>
      <w:r>
        <w:t>Forma: Uznesenie</w:t>
      </w:r>
    </w:p>
    <w:p>
      <w:pPr>
        <w:pStyle w:val="Heading2"/>
      </w:pPr>
      <w:r>
        <w:t>Text rozhodnutia</w:t>
      </w:r>
    </w:p>
    <w:p>
      <w:r>
        <w:t>Súd: Krajský súd Bratislava Spisová značka: 1Cob/262/2014 Identifikačné číslo súdneho spisu: 1105211671 Dátum vydania rozhodnutia: 29. 04. 2016 Meno a priezvisko sudcu, VSÚ: JUDr. Andrea Haitová ECLI: ECLI:SK:KSBA:2016:1105211671.2 Uznesenie Krajský súd v Bratislave v právnej veci navrhovateľa: HASTRA s.r.o., so sídlom Dolné Rudiny 2/3528, 010 01 Žilina, IČO: 31 606 296, zastúpeného advokátom JUDr. Františkom Feníkom, Predmestská 25, 010 01 Žilina, proti odporcom: 1/ UniCredit Leasing Slovakia, a.s., so sídlom Šancová 1/A, 814 99 Bratislava, IČO: 35 730 978, 2/ ARKO, spol. s r.o., so sídlom Horná 67, 974 01 Banská Bystrica, IČO: 36 007 188, zastúpeného advokátkou JUDr. Darinou Kučerovou, Železničná 90/12, 017 01 Považská Bystrica, o zaplatenie 18.238,56 eura s prísl. , o odvolaní navrhovateľa proti rozsudku Okresného súdu Bratislava I č.k. 27Cb/413/2005-138, zo dňa 30.6.2014, takto r o z h o d o l : Krajský súd v Bratislave odvolanie navrhovateľa proti rozsudku Okresného súdu Bratislava I č.k. 27Cb/413/2005-138, zo dňa 30.6.2014, o d m i e t a. Odporcovi 1/ a 2/ náhradu trov odvolacieho konania nepriznáva. o d ô v o d n e n i e : Napadnutým rozsudkom súd prvého stupňa zamietol návrh vo veci samej v celom rozsahu, odporcovi 1/ náhradu trov prvostupňového a odvolacieho konania nepriznal; navrhovateľovi uložil povinnosť nahradiť odporcovi 2/ trovy prvostupňového konania vo výške 1.436,20 eura a trovy odvolacieho konania 899,29 eura, v lehote troch dní od právoplatnosti. Proti uvedenému rozsudku podal navrhovateľ odvolanie a žiadal odvolací súd, pokiaľ súd prvého stupňa návrh vo veci samej v celom rozsahu zamietol, ponechať výrok, ktorým sa návrh zamieta proti odporcovi 1/ v platnosti; pokiaľ súd prvého stupňa zamietol návrh proti odporcovi 2/, v tomto rozsahu zamietavý výrok zrušiť a podľa § 220 O.s.p. zmeniť tak, že zaviaže odporcu 2/ na zaplatenie sumy vo výške 18.238,56 eura spolu s 10 % ročným úrokom z omeškania od 18.6.2004 do zaplatenia. Žiadal, aby odvolací súd zaviazal odporcu 2/ na náhradu všetkých trov súdneho konania pozostávajúcich zo zaplateného súdneho poplatku za návrh a odvolania podaného podaním zo dňa 5.1.2012, vrátane všetkých trov právneho zastúpenia a trov tohto odvolacieho konania tak, ako budú vyčíslené na účet právneho zástupcu navrhovateľa, do troch dní právoplatnosti rozhodnutia. Ďalej navrhol, aby odvolací súd výrok týkajúci sa náhrady trov prvostupňového konania vo výške 1.436,20 eura a trov odvolacieho konania vo výške 899,29 eura, zrušil. Odvolací súd prejednal odvolanie bez nariadenia pojednávania podľa 214 ods. 2 O.s.p. a dospel k záveru, že odvolanie treba odmietnuť ako oneskorene podané. Podľa § 218 ods. 1 písm. a) O.s.p. odvolací súd odmietne odvolanie, ktoré bolo podané oneskorene. Krajský súd v Bratislave konštatuje, že rovnopis písomného vyhotovenia napadnutého rozsudku bol právnemu zástupcovi navrhovateľa doručený dňa 9.7.2014. Zákonná pätnásťdňová lehota na podanie odvolania proti rozsudku mu začala plynúť 10.7.2014 (§ 204 ods. 1 veta prvá O.s.p., § 57 ods. 1 O.s.p.). Posledným dňom lehoty na podanie odvolania bol deň 24.7.2014 (štvrtok). Navrhovateľ podal odvolanie prostredníctvom svojho právneho zástupcu na pošte dňa 25.7.2014 (č.l. 151), teda oneskorene. Odvolací súd na základe uvedeného odvolanie navrhovateľa podľa § 218 ods. 1 písm. a) O.s.p. ako oneskorene podané odmietol. O trovách konania odvolací súd rozhodol podľa § 224 ods. 1 v spojení s § 146 ods. 2 veta prvá O.s.p. V odvolacom konaní procesne úspešnému odporcovi 1/ a 2/ vzniklo právo a náhradu trov odvolacieho konania proti navrhovateľovi, ktorý úspech nemal. Nakoľko však odporca 1/ a 2/ si žiadne trovy odvolacieho konania neuplatnili, odvolací súd im ich nepriznal. Toto rozhodnutie prijal senát Krajského súdu v Bratislave pomerom hlasov 3:0. Poučenie: Proti tomuto uzneseniu odvolanie nie je prípustné.</w:t>
      </w:r>
    </w:p>
    <w:p/>
    <w:p>
      <w:r>
        <w:t>Zdroj: KAUZIS.SK – https://www.kauzis.sk/judikatura/r/ECLI:SK:KSBA:2016:1105211671.2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