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14Co/521/2013 z 3. 5. 2016</w:t>
      </w:r>
    </w:p>
    <w:p>
      <w:r>
        <w:t>Uznesenie Krajského súdu Bratislava z 3. mája 2016, sp. zn. 14Co/521/2013, ECLI:SK:KSBA:2016:1107218136.3</w:t>
      </w:r>
    </w:p>
    <w:p>
      <w:r>
        <w:t>Súd: Krajský súd Bratislava</w:t>
      </w:r>
    </w:p>
    <w:p>
      <w:r>
        <w:t>Spisová značka: 14Co/521/2013</w:t>
      </w:r>
    </w:p>
    <w:p>
      <w:r>
        <w:t>ECLI: ECLI:SK:KSBA:2016:1107218136.3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14Co/521/2013 Identifikačné číslo súdneho spisu: 1107218136 Dátum vydania rozhodnutia: 04. 05. 2016 Meno a priezvisko sudcu, VSÚ: JUDr. Katarína Javorčíková ECLI: ECLI:SK:KSBA:2016:1107218136.3 Uznesenie Krajský súd v Bratislave v právnej veci navrhovateľa: W. A., D.. XX.XX.XXXX, N. Š. XX, N., zastúpený: M.. V. Z., V., Z. Z. B. X-X, N., proti odporcovi: MetLife Europe Limited, pobočka poisťovne z iného členského štátu, so sídlom Pribinova 10, Bratislava, IČO: 47257105, zastúpený: V. G. F. Y. Z..F..P.., Z. Z.Í. S. X/B, N., o zaplatenie 46 471,49 Eur s príslušenstvom, o odvolaní navrhovateľa proti rozsudku Okresného súdu Bratislava I zo dňa 25. 03. 2013 č.k. 22C/100/2007-346, a o návrhu navrhovateľa na pripustenie dovolania vo veci, pomerom hlasov 3:0 takto r o z h o d o l : Návrh navrhovateľa na pripustenie dovolania vo veci z a m i e t a . o d ô v o d n e n i e : Na pojednávaní dňa 5.4.2016 odvolací súd vyhlásil rozsudok, ktorým na základe odvolania navrhovateľa potvrdil rozsudok Okresného súdu Bratislava I zo dňa 25. 03. 2013 č.k. 22C/100/2007-346 v napadnutej časti. Po vyhlásení rozsudku právny zástupca predložil súdu podanie zo dňa 26.1.2016, ktoré bolo podľa prezentačnej pečiatky súdu doručené v ten istý deň, a ktorým podal návrh, aby v prípade potvrdenia rozsudku súdu prvého stupňa pripustil vo veci podanie dovolania. Toto podanie však nebolo založené do súdneho spisu a vo vyhlásenom rozsudku odvolací súd o návrhu nerozhodol. Rozhodnutie si preto vyhradil na samostatné uznesenie. Návrh navrhovateľ odôvodnil len s poukazom na ustanovenie § 238 ods. 3 O.s.p., bez toho, aby naformuloval otázku, ktorú by mal preskúmať dovolací súd. Odvolací súd tak nemohol posúdiť, konkrétne ktorá právna otázka v prejednávanej veci má taký charakter, že rozsudok vo veci má po právnej stránke zásadný význam aj pre iné rozhodnutia súdov, a že je dôvod na pripustenie dovolania vo veci. V rozsudku zo dňa 5.4.2016 sa odvolací súd vyporiadal so všetkými odvolacími námietkami navrhovateľa v dostatočnej miere a nezistil dôvod, pre ktorý by mal vyhovieť návrhu navrhovateľa na pripustenie dovolania. Z tohto dôvodu návrh zamietol. Poučenie: Proti tomuto uzneseniu odvolanie nie je prípustné.</w:t>
      </w:r>
    </w:p>
    <w:p/>
    <w:p>
      <w:r>
        <w:t>Zdroj: KAUZIS.SK – https://www.kauzis.sk/judikatura/r/ECLI:SK:KSBA:2016:1107218136.3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