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4Co/499/2013 z 4. 10. 2016</w:t>
      </w:r>
    </w:p>
    <w:p>
      <w:r>
        <w:t>Uznesenie Krajského súdu Bratislava z 4. októbra 2016, sp. zn. 4Co/499/2013, ECLI:SK:KSBA:2016:1108211282.5</w:t>
      </w:r>
    </w:p>
    <w:p>
      <w:r>
        <w:t>Súd: Krajský súd Bratislava</w:t>
      </w:r>
    </w:p>
    <w:p>
      <w:r>
        <w:t>Spisová značka: 4Co/499/2013</w:t>
      </w:r>
    </w:p>
    <w:p>
      <w:r>
        <w:t>ECLI: ECLI:SK:KSBA:2016:1108211282.5</w:t>
      </w:r>
    </w:p>
    <w:p>
      <w:r>
        <w:t>Dátum vydania: 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4Co/499/2013 Identifikačné číslo súdneho spisu: 1108211282 Dátum vydania rozhodnutia: 05. 10. 2016 Meno a priezvisko sudcu, VSÚ: JUDr. Valéria Kleinová ECLI: ECLI:SK:KSBA:2016:1108211282.5 Uznesenie Krajský súd v Bratislave v senáte zloženom z predsedníčky senátu JUDr. Valérie Kleinovej a členov senátu JUDr. Michaely Frimmelovej a Mgr. Ingrid Degmovej Pospíšilovej v právnej veci žalobcu: G.. B.. C. E., nar. XX.XX.XXXX, bytom M. Č.. X, XXX XX M., proti žalovanému: Slovenská republika - Ministerstvo spravodlivosti SR, so sídlom Župné námestie 13, Bratislava o náhradu škody, o návrhu žalobcu na prerušenie konaní, na odvolanie žalobcu proti uzneseniu Okresného súdu Bratislava I zo dňa 23. apríla 2012, č. k.: 25C 70/2008-214a na odvolanie žalobcu proti uzneseniu Okresného súdu Bratislava I zo dňa 23. apríla 2012, č. k.: 25C 70/2008-216, takto r o z h o d o l : Odvolací súd o p r a v u j e úvodnú časť uznesenia Krajského súdu v Bratislave zo dňa 30. novembra 2015 č. k.: 4Co 499/2013-370 v časti označenia žalobcu tak, že označenie žalobcu má správne znieť: G.. B.. C. E., nar. XX.XX.XXXX, bytom M. Č.. X, XXX XX M.. Odvolací súd o p r a v u j e záhlavie uznesenia Krajského súdu v Bratislave zo dňa 30. novembra 2015 č. k.: 4Co 500/2013-371 v časti označenia žalobcu tak, že označenie žalobcu má správne znieť: G.. B.. C. E., nar. XX.XX.XXXX, bytom M. Č.. X, XXX XX M.. V ostatných častiach zostáva uznesenie nezmenené. o d ô v o d n e n i e : 1. Krajský súd v Bratislave ako odvolací súd svojim rozhodnutím zo dňa 30. novembra 2015 č. k.: 4Co 499/2013-370 rozhodol, že odvolacie konanie zastavuje, a že žalovanému sa náhrada trov odvolacieho konania nepriznáva a rozhodnutím zo dňa 30. novembra 2015 č. k.: 4Co 500/2013-371 rozhodol, že napadnuté uznesenie súdu prvej inštancie potvrdzuje. V záhlaví uznesení označil žalobcu ako Venus Project Slovakia, s.r.o., so sídlom Bratislava, Košická 37, IČO: 31 342 841. 2. Podľa ust. § 470 ods. 1 a 2 zákona č. 160/2015 Z.z. Civilný sporový poriadok (ďalej len „C.s.p.“)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Podľa § 378 ods. 1 C.s.p. na konanie na odvolacom súde sa primerane použijú ustanovenia o konaní pred súdom prvej inštancie, ak tento zákon neustanovuje inak. Podľa § 224 C.s.p. súd kedykoľvek aj bez návrhu opraví v rozsudku chyby v písaní a počítaní, ako aj iné zrejmé nesprávnosti. O oprave súd vydá opravné uznesenie, ktoré doručí subjektom konania. Podľa § 234 ods. 2 C.s.p. ak nie je ďalej ustanovené inak, použijú sa na uznesenie primerane ustanovenia o rozsudku. 3. V danej veci v úvodnej časti uznesení odvolacieho súdu došlo k zrejmej nesprávnosti spočívajúcej v nesprávnom označení žalobcu, ktorým C. G.. B.. C. E., nar. XX.XX.XXXX, bytom M. Č.. X, XXX XX M. v zmysle uznesenia súdu prvej inštancie zo dňa 20.06.2012 č. k.: 25C 70/2008-277, ktorým došlo k prípustnosti zmeny účastníka konania na strane žalobcu, keď dané uznesenie nadobudlo právoplatnosť dňa 03.08.2012. 4. Vzhľadom na uvedené a s poukazom na vyššie citované ustanovenia odvolací súd rozhodol tak, ako je uvedené vo výroku tohto uznesenia. 5. Toto rozhodnutie bolo prijaté senátom Krajského súdu v Bratislave pomerom hlasov 3:0. Poučenie: Proti tomuto uzneseniu nie je možné podať odvolanie.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https://www.kauzis.sk/judikatura/r/ECLI:SK:KSBA:2016:1108211282.5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