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1Cob/281/2015 z 23. 6. 2016</w:t>
      </w:r>
    </w:p>
    <w:p>
      <w:r>
        <w:t>Uznesenie Krajského súdu Bratislava z 23. júna 2016, sp. zn. 1Cob/281/2015, ECLI:SK:KSBA:2016:1108231791.2</w:t>
      </w:r>
    </w:p>
    <w:p>
      <w:r>
        <w:t>Súd: Krajský súd Bratislava</w:t>
      </w:r>
    </w:p>
    <w:p>
      <w:r>
        <w:t>Spisová značka: 1Cob/281/2015</w:t>
      </w:r>
    </w:p>
    <w:p>
      <w:r>
        <w:t>ECLI: ECLI:SK:KSBA:2016:1108231791.2</w:t>
      </w:r>
    </w:p>
    <w:p>
      <w:r>
        <w:t>Dátum vydania: 23.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1Cob/281/2015 Identifikačné číslo súdneho spisu: 1108231791 Dátum vydania rozhodnutia: 24. 06. 2016 Meno a priezvisko sudcu, VSÚ: JUDr. Soňa Pekarčíková ECLI: ECLI:SK:KSBA:2016:1108231791.2 Uznesenie Krajský súd v Bratislave v právnej veci žalobcu: HLCS investments s.r.o. Košice, Garbiarska 2, 040 71 Košice, IČO: 31 676 782, zast. MST PARTNERS, s. r. o., Laurinská 3, 811 01 Bratislava, IČO: 36 861 545, proti žalovanému: Národná banka Slovenska, Imricha Karvaša 1, 813 25 Bratislava, IČO: 30 844 789, o zaplatenie 315,91 eur s prísl., o návrhu žalobcu na prerušenie konania vo veci vedenej na Okresnom súde Bratislava I pod sp. zn. 27Cb/53/2008, takto r o z h o d o l : Krajský súd v Bratislave návrh žalobcu na prerušenie konania z a m i e t a . o d ô v o d n e n i e : V rámci odvolania zo dňa 29.5.2015, ktoré podal žalobca proti rozsudku Okresného súdu Bratislava I zo dňa 27.3.2015 č. k. 27Cb/53/2008-136, žalobca opätovne navrhol, aby súd podľa ust. § 109 ods. 1 písm. b) O.s.p. prerušil konanie pre rozpor zákonných ustanovení: 1) § 2 ods. 3, § 4 ods. 3, § 6 ods. 1 písm. b), § 6 ods. 2 písm. d), § 6 ods. 2 písm. k), § 10, § 36, § 44 písm. b) zákona č. 566/1992 Zb. o Národnej banke Slovenka v znení platnom a účinnom v čase podania návrhu na začatie konania a ustanovení 2) § 5, § 40, § 45 zákona č. 747/2004 Z. z. o dohľade nad finančným trhom v znení platnom a účinnom v čase podania návrhu na začatie konania, s Ústavou Slovenskej republiky, najmä s článkom 1 ods. 1, článkom 2 ods. 2, článkom 7 ods. 2, článkom 56, článkom 86 písm. f), článkom 122 Ústavy Slovenskej republiky v znení platnom a účinnom v čase podania návrhu na začatie konania. Žalobca poukázal na jeho skorší návrh na predloženie veci spolu s podrobne pripraveným návrhom na začatie konania o preskúmanie súladu niektorých ustanovení zákona Ústavnému súdu SR, pri ktorom súd napriek rozsiahlej argumentácii žalobcu možnosť preskúmať ústavnosť označených ustanovení nezvolil a obmedzil sa len na konštatovanie, že nesúlad v danej veci nevidí. Súd argumentáciu žalobcu, ako aj skutočnosti, na ktoré v priebehu konania poukazoval, absolútne nevyvrátil, vo veci neposkytol nijaké stanovisko, ale možnosť posúdenia ústavnosti právnych predpisov nepovažoval za potrebnú. Argumentácia súdu v skoršom rozhodnutí o zamietnutí návrhu na prerušenie konania smerovala skôr k oprávnenosti použitia diskrečnej právomoci súdu v rámci § 109 ods. 1 písm. b) O.s.p., pričom k uvedenému názoru sa priklonil aj odvolací súd, podľa ktorého pokiaľ prvostupňový súd nedospel k záver, že ide o rozpor s Ústavou SR, rozhodnutie netrpí vadami. Žalobca mal za to, že neobstojí, aby konajúci súd v rozhodnutí o zamietnutí prerušenia konania iba stroho, bez ďalšieho konštatoval, že rozpor označených zákonných ustanovení s Ústavou SR nevidí. S poukazom na to, že v danej veci ide o celospoločenský záujem, žalobca opätovne navrhol, aby súd podľa ust. § 109 ods. 1 písm. b) O.s.p. konanie prerušil pre rozpor uvedených zákonných ustanovení s Ústavou SR. Podľa ust. § 211 ods. 2 O.s.p., ak tento zákon neustanovuje inak, pre konanie na odvolacom súde platia primerane ustanovenia o konaní pred súdom prvého stupňa. Podľa ust. § 109 ods. 1 písm. b) veta prvá O.s.p., súd konanie preruší, ak rozhodnutie závisí od otázky, ktorú nie je v tomto konaní oprávnený riešiť. Súd má na základe tohto zákonného ustanovenia povinnosť prerušiť konanie, ak rozhodnutie závisí od otázky, ktorú nie je v tomto konaní oprávnený riešiť ani ako otázku predbežnú. Ide predovšetkým o otázky uvedené v ust. § 135 ods. 1 O.s.p. Súd podľa ust. § 109 ods. 1 písm. b) veta druhá O.s.p. postupuje rovnako,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Povinnosť prerušiť konanie sa teda vzťahuje podľa tohto zákonného ustanovenia aj na prípady, keď súd pred rozhodnutím dospel k záveru, že všeobecne záväzný predpis, ktorý sa týka veci, je v rozpore s Ústavou SR, pričom v takom prípade súd podá Ústavnému súdu SR návrh na začatie konania podľa § 37 a nasl. zákona č. 38/1993 Z. z. o organizácii Ústavného súdu Slovenskej republiky, o konaní pred ním a o postavení jeho sudcov v znení neskorších predpisov. Prerušiť konanie podľa druhej vety ust. § 109 ods. 1 písm. b) &lt;aspi://module='ASPI'&amp;link='99/1963 Zb.%2523109'&amp;ucin-k-dni='30.12.9999'&gt; O.s.p. je však možné iba vtedy, ak k záveru, že všeobecne záväzný právny predpis, ktorý sa týka veci, je v rozpore s Ústavou SR, so zákonom alebo s medzinárodnou zmluvou, ktorou je Slovenská republika viazaná, dospel súd, a nie účastník konania (porovnaj tiež rozsudok Najvyššieho súdu Slovenskej republiky sp. zn. 2Cdo 47/1996). Postup súdu podľa ust. § 109 ods. 1 písm. b) O.s.p. je viazaný na výsledok procesu tvorenia jeho názoru na prejednávanú vec i právnu úpravu, ktorej aplikácia prichádza do úvahy, pričom súd podľa tohto ustanovenia postupuje len vtedy, ak dospeje k názoru svedčiacemu o existencii naznačeného rozporu. V súvislosti s návrhom žalobcu na prerušenie konania podľa § 109 ods. 1 písm. b) O.s.p. odvolací súd uvádza, že po preskúmaní veci nedospel k záveru, že by v návrhu žalobcu uvádzané ustanovenia zákona č. 566/1992 Zb. a zákona č. 747/2004 Z. z. mohli byť v rozpore s Ústavou SR, a preto návrh žalobcu na prerušenie konania zamietol. Nakoľko sa v prípade ust. § 109 ods. 1 písm. b) veta druhá O.s.p. vyžaduje, aby k záveru o prípadnom rozpore všeobecne záväzného právneho predpisu s Ústavou SR dospel konajúci súd, a teda nie účastník konania, žalobca by mohol v tejto súvislosti vytýkať len skutočnosť, že súd nedostatočne vysvetlil dôvody zvoleného postupu podľa ust. § 109 ods. 1 písm. b) veta druhá O.s.p., keby k takému postupu došlo, nie však skutočnosť, že súd v situácii, keď neprijal záver o existencii dôvodu na postup podľa uvedeného ustanovenia nedostatočne vysvetlil, prečo nie sú namietnuté zákonné ustanovenia v rozpore s Ústavou SR, čo nie je účelom ust. § 109 ods. 1 písm. b) O.s.p.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https://www.kauzis.sk/judikatura/r/ECLI:SK:KSBA:2016:1108231791.2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