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5Co/517/2015 z 19. 4. 2016</w:t>
      </w:r>
    </w:p>
    <w:p>
      <w:r>
        <w:t>Uznesenie Krajského súdu Bratislava z 19. apríla 2016, sp. zn. 5Co/517/2015, ECLI:SK:KSBA:2016:1108237143.3</w:t>
      </w:r>
    </w:p>
    <w:p>
      <w:r>
        <w:t>Súd: Krajský súd Bratislava</w:t>
      </w:r>
    </w:p>
    <w:p>
      <w:r>
        <w:t>Spisová značka: 5Co/517/2015</w:t>
      </w:r>
    </w:p>
    <w:p>
      <w:r>
        <w:t>ECLI: ECLI:SK:KSBA:2016:1108237143.3</w:t>
      </w:r>
    </w:p>
    <w:p>
      <w:r>
        <w:t>Dátum vydania: 19.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5Co/517/2015 Identifikačné číslo súdneho spisu: 1108237143 Dátum vydania rozhodnutia: 20. 04. 2016 Meno a priezvisko sudcu, VSÚ: JUDr. Juraj Považan ECLI: ECLI:SK:KSBA:2016:1108237143.3 Uznesenie Krajský súd v Bratislave v právnej veci navrhovateľa: O.. L.. M. Z., D.. XX.XX.XXXX, N. U. X, U., proti odporcovi: Slovenská republika - Ministerstvo spravodlivosti SR, so sídlom Župné nám. 13, Bratislava, o náhradu škody, vedenej na Okresnom súde Bratislava I pod sp. zn. 25C/210/08 takto r o z h o d o l : Súd o p r a v u j e uznesenie zo dňa 30. októbra 2015 č.k 5Co/517/2015-202 v prvom riadku záhlavia, ktorý správne znie : „... navrhovateľa: O.. L.. M.Á. Z., D.. XX.XX.XXXX, N. U. X, U.,... o d ô v o d n e n i e : Uznesením zo dňa 30. októbra 2015 č.k. 5Co/517/2015-202 odvolací súd napadnuté uznesenie súdu prvého stupňa (zo dňa 20. mája 2015 č.k. 25C/210/2008-177) zmenil tak, že navrhovateľovi odpustil zmeškanú lehotu na podanie odvolania proti uzneseniu súdu prvého stupňa zo dňa 10. októbra 2014 č.k. 25C/210/2008-170. Pri písomnom vyhotovení uznesenia došlo k zrejmej nesprávnosti, keď v záhlaví uznesenia bol navrhovateľ označený ako živnostník „L.. M. Z. - S., so sídlom v U., Ul. U. č. 3, IČO: 14 021 129“, pričom pre zrušenie živnosti mal byť správne označený ako fyzická osoba: „O.. L.. M. Z., D.. XX.XX.XXXX, N. U. X, U.. Podľa § 164 O. s. p.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Keďže pri písomnom vyhotovení predmetného uznesenia došlo k zrejmej nesprávnosti uvedením nesprávneho označenia navrhovateľa, súd v súlade s citovaným zákonným ustanovením rozhodol o jeho oprave. Poučenie: Toto uznesenie nemožno napadnúť odvolaním.</w:t>
      </w:r>
    </w:p>
    <w:p/>
    <w:p>
      <w:r>
        <w:t>Zdroj: KAUZIS.SK – https://www.kauzis.sk/judikatura/r/ECLI:SK:KSBA:2016:1108237143.3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