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2Cob/96/2015 z 23. 5. 2016</w:t>
      </w:r>
    </w:p>
    <w:p>
      <w:r>
        <w:t>Opravné uznesenie Krajského súdu Bratislava z 23. mája 2016, sp. zn. 2Cob/96/2015, ECLI:SK:KSBA:2016:1109201248.3</w:t>
      </w:r>
    </w:p>
    <w:p>
      <w:r>
        <w:t>Súd: Krajský súd Bratislava</w:t>
      </w:r>
    </w:p>
    <w:p>
      <w:r>
        <w:t>Spisová značka: 2Cob/96/2015</w:t>
      </w:r>
    </w:p>
    <w:p>
      <w:r>
        <w:t>ECLI: ECLI:SK:KSBA:2016:1109201248.3</w:t>
      </w:r>
    </w:p>
    <w:p>
      <w:r>
        <w:t>Dátum vydania: 23. 5. 2016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2Cob/96/2015 Identifikačné číslo súdneho spisu: 1109201248 Dátum vydania rozhodnutia: 24. 05. 2016 Meno a priezvisko sudcu, VSÚ: JUDr. Ľubica Břoušková ECLI: ECLI:SK:KSBA:2016:1109201248.3 Opravné uznesenie Krajský súd v Bratislave v právnej veci žalobcu: ZACHEM, a.s. Strážske, so sídlom Námestie osloboditeľov 70, 071 01 Michalovce, IČO: 31 730 191, zast. Mgr. Zuzana Bdžochová, so sídlom Mickiewiczova 6, 811 07 Bratislava, proti žalovanému: Chemko, a.s. Strážske v likvidácii, so sídlom Moskovská 13, Bratislava, IČO: 31 724 582, zast. Advokát Pirč, s.r.o., kpt. Nálepku 17, Košice, o určenie neplatnosti rozhodnutí valného zhromaždenia, na odvolanie žalovaného proti rozsudku Okresného súdu Bratislava I č.k. 33Cb/8/2009-353 zo dňa 24.11.2014 a o návrhu na opravu záhlavia rozsudku takto r o z h o d o l : Rozsudok Krajského súdu v Bratislave č.k. 2Cob/96/2015-386 zo dňa 15.3.2016 v záhlaví o p r a v u j e tak, že adresa sídla žalobcu správne znie: „Námestie osloboditeľov 70, 071 01 Michalovce“. o d ô v o d n e n i e : Krajský súd v Bratislave vyhlásil dňa 15.3.2016 rozsudok č.k. 2Cob/96/2015-386, v písomnom vyhotovení, ktorého záhlaví bolo uvedené sídlo žalobcu Priemyselná 720, 072 22 Strážske. Z výpisu z Obchodného registra Okresného súdu Košice však vyplýva, že od 22.1.2015 je sídlo žalobcu Námestie osloboditeľov 70, Michalovce 071 01. V čase vyhlásenia predmetného rozsudku teda sídlo žalobcu v ňom uvedené už nebolo v súlade s aktuálnym stavom v obchodnom registri. Podľa ust. § 164 zák. č. 99/1963 Zb. Občiansky súdny poriadok v platnom znení (ďalej len O.s.p.)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Vychádzajúc z uvedeného súd sídlo žalobcu v súlade s cit. ustanovením zákona opravil. Poučenie: Proti tomuto uzneseniu odvolanie nie je prípustné.</w:t>
      </w:r>
    </w:p>
    <w:p/>
    <w:p>
      <w:r>
        <w:t>Zdroj: KAUZIS.SK – https://www.kauzis.sk/judikatura/r/ECLI:SK:KSBA:2016:1109201248.3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