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4Cob/333/2015 z 27. 4. 2016</w:t>
      </w:r>
    </w:p>
    <w:p>
      <w:r>
        <w:t>Uznesenie Krajského súdu Bratislava z 27. apríla 2016, sp. zn. 4Cob/333/2015, ECLI:SK:KSBA:2016:1109208442.1</w:t>
      </w:r>
    </w:p>
    <w:p>
      <w:r>
        <w:t>Súd: Krajský súd Bratislava</w:t>
      </w:r>
    </w:p>
    <w:p>
      <w:r>
        <w:t>Spisová značka: 4Cob/333/2015</w:t>
      </w:r>
    </w:p>
    <w:p>
      <w:r>
        <w:t>ECLI: ECLI:SK:KSBA:2016:1109208442.1</w:t>
      </w:r>
    </w:p>
    <w:p>
      <w:r>
        <w:t>Dátum vydania: 27.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4Cob/333/2015 Identifikačné číslo súdneho spisu: 1109208442 Dátum vydania rozhodnutia: 28. 04. 2016 Meno a priezvisko sudcu, VSÚ: JUDr. Tatiana Pastieriková ECLI: ECLI:SK:KSBA:2016:1109208442.1 Uznesenie Krajský súd v Bratislave v právnej veci navrhovateľa: KUNZO s.r.o., Šancová 36, 811 05 Bratislava, IČO: 35 842 423, proti odporcovi: 1/ Československá obchodní banka a.s., pobočka zahraničnej banky v SR, Michalská 18, 815 63 Bratislava, IČO: 30 805 066, 2/ Československá obchodná banka, a.s., Michalská 18, 815 63 Bratislava, IČO: 36 854 140, o vydanie neoprávneného majetkového prospechu vo výške 1.239,70 eur s prísl., o odvolaní navrhovateľa proti uzneseniu Okresného súdu Bratislava I č.k. 30Cb/60/2009-53 zo dňa 10.12.2013, takto r o z h o d o l : Krajský súd v Bratislave uznesenie Okresného súdu Bratislava I č.k. 30Cb/60/2009-53 zo dňa 10.12.2013 p o t v r d z u j e . o d ô v o d n e n i e : Napadnutým uznesením súd prvého stupňa konanie voči odporcovi v 1/ rade zastavil. O trovách konania rozhodol tak, že žiaden účastník nemá nárok na náhradu trov konania. Rozhodol tak s poukazom na §§ 19, 103, 104 ods. 1 O.s.p., §§ 18 ods. 1, 2, 19 ods. 2 Obč. zák., § 7 ods. 1, 2 Obch. zák.. V odôvodnení súd uviedol, že v danom prípade neexistencia právnej subjektivity predstavuje nedostatok neodstrániteľný, preto podľa § 104 ods. 1 veta prvá O.s.p. konanie zastavil. O trovách konania rozhodol podľa § 146 ods. 1 písm. c) O.s.p.. Proti rozhodnutiu súdu prvého stupňa podal v zákonnej lehote odvolanie navrhovateľ, ktorý uviedol, že súd prvého stupňa pri posudzovaní spôsobilosti odporcu v 1/ a 2/ rade neprihliadol na dôkazy č. 5 a 9, ktoré dokladajú IČO, ktorým sa odporca v 2/ rade identifikoval pri odpovedi na žiadosť navrhovateľa zo dňa 26.08.2008. Zastavenie konania proti odporcovi v 1/ a 2/ rade nemá oporu v existujúcom právnom stave, ktorý dokladá výpis z obchodného registra, ktorý neobsahuje zápis o odobratí bankového povolenia, ktoré sa podľa § 65 ods. 6) zák. č. 483/2001 Z.z. zapisuje do obchodného registra. Spôsobilosť povinného v 2/ rade, byť účastníkom konania vznikla k 1.1.2008, ktorý je dňom zápisu Československej obchodnej banky, a.s., IČO: 36 854 140, Michalská 18, 815 63 Bratislava do obchodného registra. Súd prvého stupňa rozhodol o nespôsobilosti odporcu v 1/ a 2/ rade byť účastníkom konania bez dostatočného odôvodnenia. Preto navrhuje, aby odvolací súd zrušil uznesenie súdu prvého stupňa a vec mu vrátil na ďalšie konanie. Krajský súd v Bratislave, ako súd odvolací (§ 10 ods. 1 O.s.p.) preskúmal uznesenie súdu prvého stupňa podľa § 212 ods. 1 O.s.p., prejednal odvolanie odvolateľa podľa § 214 ods. 2 bez nariadenia pojednávania a po oboznámení sa s obsahom súdneho spisu dospel k záveru, že odvolanie nie je dôvodné. Podľa § 219 ods.1 O.s.p. odvolací súd rozhodnutie potvrdí, ak je vo výroku vecne správne. Podľa ods. 2,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stotožnil s právnym záverom súdu prvého stupňa, ktorý dospel k názoru, že v danom prípade neexistencia právnej subjektivity predstavuje nedostatok neodstrániteľný, na základe ktorého bolo potrebné podľa § 104 ods. 1 veta prvá O.s.p. konanie zastaviť. Odvolací súd poznamenáva, že súd prvého stupňa zastavil konanie len voči odporcovi v 1/ rade a nie aj voči odporcovi v 2/ rade, ako tvrdí odvolateľ. Z výpisu z Obchodného registra Okresného súdu Bratislava I, oddiel: Po, vložka č.: 168/B, je nesporné, že obchodné meno organizačnej zložky bolo v čase rozhodnutia súdu prvého stupňa Československá obchodní banka, a. s., pobočka zahraničnej banky v SR, sídlo organizačnej zložky Michalská 18, 815 63 Bratislava, IČO: 30 805 066, deň zápisu: 08.04.1993. Z výpisu z Obchodného registra Okresného súdu Bratislava I, oddiel: Sa, vložka č.: 4314/B, odvolací súd zistil, že na rovnakej adrese má sídlo subjekt s obchodným menom: Československá obchodná banka, a. s., so sídlom Michalská 18, 815 63 Bratislava, IČO: 36 854 140, deň zápisu: 01.01.2008. Vo výpise je, ako ďalšie právne skutočnosti, uvedené, že Československá obchodná banka, a. s., preberá na základe § 59 ods. 4 a ods. 5 zákona č. 513/1991 Zb. Obchodného zákonníka v znení neskorších predpisov, práva a povinnosti Československej obchodní banky, a. s., pobočky zahraničnej banky v SR, zapísanej v Obchodnom registri Okresného súdu Bratislava I, oddiel: Po, vložka č.: 168/B, vzniknuté do 31.12.2007. Hoci z obsahu spisu nevyplýva, či súd prvého stupňa skúmal, či došlo k prechodu práv a povinnosti zo žalovanej sumy z odporcu v 1/ rade na odporcu v 2/ rade, je nesporné, že odporca v 1/ rade bol dňa 14.01.2015 vymazaný z obchodného registra. Z dôvodu hospodárnosti konania odvolací súd potvrdil v zmysle § 219 ods. 1 O.s.p. napadnuté rozhodnutie súdu prvého stupňa ako vecne správne, nakoľko by súd prvého stupňa v prípade zrušenia a vrátenia napadnutého rozhodnutia konanie voči odporcovi v 1/ rade z dôvodu jeho výmazu z obchodného registra dňa 14.01.2015 zastavil.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https://www.kauzis.sk/judikatura/r/ECLI:SK:KSBA:2016:1109208442.1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