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3Cob/243/2014 z 22. 3. 2016</w:t>
      </w:r>
    </w:p>
    <w:p>
      <w:r>
        <w:t>Rozsudok Krajského súdu Bratislava z 22. marca 2016, sp. zn. 3Cob/243/2014, ECLI:SK:KSBA:2016:1109235853.1</w:t>
      </w:r>
    </w:p>
    <w:p>
      <w:r>
        <w:t>Súd: Krajský súd Bratislava</w:t>
      </w:r>
    </w:p>
    <w:p>
      <w:r>
        <w:t>Spisová značka: 3Cob/243/2014</w:t>
      </w:r>
    </w:p>
    <w:p>
      <w:r>
        <w:t>ECLI: ECLI:SK:KSBA:2016:1109235853.1</w:t>
      </w:r>
    </w:p>
    <w:p>
      <w:r>
        <w:t>Dátum vydania: 22. 3. 2016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3Cob/243/2014 Identifikačné číslo súdneho spisu: 1109235853 Dátum vydania rozhodnutia: 23. 03. 2016 Meno a priezvisko sudcu, VSÚ: JUDr. Elena Ondrišová ECLI: ECLI:SK:KSBA:2016:1109235853.1 ROZSUDOK V MENE SLOVENSKEJ REPUBLIKY Krajský súd v Bratislave v senáte zloženom z predsedníčky senátu JUDr. Eleny Ondrišovej a členov senátu Mgr. Štefana Zelenáka a JUDr. Miroslavy Janečkovej, v právnej veci navrhovateľa VB LEASING SK, spol. s r.o., Košická 49, Bratislava , IČO: 31 378 528, práv. zast. JUDr. Petrom Jančim, advokátom, Jilemnického 22, Liptovský Mikuláš, proti odporcovi KOOPERATIVA poisťovňa, a.s. Vienna Insurance Group, Štefanovičova 4, Bratislava, IČO: 00 585 441 o zaplatenie 15.993,92 EUR s príslušenstvom o odvolaní obidvoch účastníkov proti rozsudku Okresného súdu Bratislava I v Bratislave č.k. 35Cb 140/2009-159 z 12.5.2014, jednohlasne takto r o z h o d o l : Krajský súd v Bratislave rozsudok Okresného súdu Bratislava I v Bratislave č.k. 35Cb 140/2009-159 zo dňa 12.5.2014 v napadnutom štvrtom a v šiestom výroku (teda vo vyhovujúcej časti a v súvisiacom výroku o náhrade trov konania) p o t v r d z u j e . Navrhovateľovi náhradu trov odvolacieho konania nepriznáva. o d ô v o d n e n i e : Súd prvého stupňa rozsudkom zastavil konanie v časti 5.856,55 EUR s príslušenstvom, pripustil zmenu petitu návrhu tak, že odporca je povinný zaplatiť navrhovateľovi sumu 10.137,37 EUR spolu s 9,5% úrokom z omeškania odo dňa 30.9.2006 do zaplatenia, všetko do 3 dní od právoplatnosti rozsudku, odporcovi uložil povinnosť zaplatiť navrhovateľovi sumu 6.197,97 EUR spolu s 9,58% úrokom z omeškania odo dňa 30.9.2006 do zaplatenia, všetko do 3 dní od právoplatnosti rozsudku, vo zvyšnej časti návrh zamietol, odporcovi uložil povinnosť zaplatiť navrhovateľovi náhradu trov konania v sume 1.034,14 EUR k rukám právneho zástupcu navrhovateľa, do troch dní od právoplatnosti rozsudku, odporcovi uložil povinnosť zaplatiť 79.88, EUR náhrady trov štátu na účet súdu prvého stupňa, do 3 dní od právoplatnosti rozsudku a navrhovateľovi taktiež uložil povinnosť zaplatiť 45,79 EUR náhrady trov štátu na účet súdu prvého stupňa do troch dní od právoplatnosti rozsudku. V odôvodnení rozsudku súd prvého stupňa uviedol, že predmetom konania bola sporná výška všeobecnej hodnoty motorového vozidla SEAT Alhambra Stylance 1,9 TDi 85 KW 6G s výrobným číslom karosérie Z. s číslom motora K. XXXXXX ku dňu 30.9.2005 a dôvodnosť krátenia príslušného plnenia vyplateného odporcom navrhovateľovi vo výške 10% z dôvodu ponechania OEV vo vozidle. Pri určení výšky všeobecnej hodnoty motorového vozidla vychádzal zo záverov znaleckého posudku č. 9/2012 zo dňa 13.2.2012 a jeho doplnenia č. 1 zo dňa 15.3.2014, vyhotoveného znalkyňou Ing. Kobliškovou, ktorá určila všeobecnú hodnotu motorového vozidla ku dňu 30.9.2005, t.j. ku dňu odcudzenia motorového vozidla sumou 39.694,- EUR. V odôvodnení rozsudku ďalej poukázal na to, že sporové strany takto určenú všeobecnú hodnotu vozidla akceptovali. V odôvodnení rozsudku ďalej konštatoval, že odporcovi vzniklo podľa § 799 ods. 3 Obč. zák. právo na zníženie plnenia z poistnej zmluvy, keď prisvedčil tvrdeniu odporcu, že ponechaním OEV vo vozidle bolo páchateľovi krádeže umožnené jednoduchšie disponovanie s odcudzeným vozidlom o čom svedčí aj skutočnosť, že sa vozidlo do vyhlásenia rozsudku nenašlo. Poukázal ďalej na čl. V ods. 4 a čl. V ods. 11 zmluvných dojednaní tvoriacich súčasť paušálnej zmluvy a konštatoval, že akceptáciou zmluvných dojednaní strany sporu určili, že za vedomé porušenie povinností navrhovateľa ako poisteného, ktoré boli dohodnuté v zmluvných dojednaniach, majúci vplyv na zväčšenie rozsahu nákladov poistnej udalosti sa bude považovať aj ponechanie OEV vo vozidle. So zreteľom na uvedené uzavrel, že odporca postupoval v súlade s čl. V bod 11 zmluvných dojednaní, keď poistné plnenie krátil v rozsahu 10% z dôvodu porušenia ustanovenia čl. V ods. 4 zmluvných dojednaní. Za dôvodný považoval návrh aj v časti týkajúcej sa úroku z omeškania, nakoľko boli uplatnené v zákonnej sadzbe odo dňa nasledujúceho po dni, kedy odporcovi uplynula dodatočná lehota na prehodnotenie výšky poistného plnenia. O náhrade trov rozhodol s poukazom na § 142 ods. 2 O.s.p, 22,28% úspešnosť navrhovateľa v konaní a vznik trov na právnom zastúpení v sume 2.246,69 EUR a hotových výdavkov v sume 1.435,35 EUR. Obidvom účastníkom uložil povinnosť uhradiť trovy štátu, ktoré vznikli účasťou znalca na pojednávaní a doplnením znaleckému posudku a to podľa pomeru ich úspešnosti k výške žalovaného nároku. Proti tomuto rozsudku podali včas odvolanie obidvaja účastníci. Odporca sa odvolal proti výroku predmetného rozsudku, ktorým mu súd uložil celkovo zaplatiť istinu v sume 16.335,34 EUR a trovy konania, nakoľko žalovaná suma predstavuje čiastku 15.993,92 EUR a teda súd prvého stupňa priznal navrhovateľovi ešte viac ako si návrhom uplatnil. Predmetný rozsudok označil za zmätočný a nepreskúmateľný a tiež za nedostatočne odôvodnený. Navrhol rozsudok súdu prvého stupňa zmeniť návrh v celom rozsahu zamietnuť. Navrhovateľ napadol rozsudok súdu prvého stupňa v časti týkajúcej sa náhrady trov konania. Uviedol, že súd prvého stupňa pri rozhodovaní o trovách postupoval podľa § 142 ods. 2 O.s.p., nakoľko rozhodnutie súdu záviselo výlučne na znaleckom dokazovaní, keď znalecký dôkaz predstavoval najdôležitejší dôkaz potrebný pre určenie výšky plnenia. Odvolací súd prejednal vec v napadnutej vyhovujúcej časti a súvisiacom výroku o náhrade trov podľa § 212 ods. 1 O.s.p. a § 214 ods. 2 O.s.p. bez nariadenia pojednávania a dospel k záveru, že rozsudok je v napadnutej časti vecne správny, keď súd prvého stupňa vykonal dokazovanie v dostatočnom rozsahu, správne vyhodnotil vykonané dôkazy a vec posúdil správne aj po právnej stránke. Podľa § 219 ods. 2 O.s.p.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v celom rozsahu stotožnil so závermi súdu prvého stupňa a to z dôvodov uvedených v odôvodnení napadnutého rozsudku, pričom sa súd prvého stupňa dôsledne vysporiadal so všetkými námietkami účastníkov a napadnutý rozsudok podrobne v súlade s§ 157 O.s.p. vypracoval, a preto odvolací súd rozsudok súdu prvého stupňa ako vecne správny podľa § 219 ods. 1 O.s.p. potvrdil. Odvolací súd prisvedčil názoru odporcu, že výrok napadnutého rozsudku nie je celkom prehľadný, avšak je z neho celkom zrejmé, že súd prvého stupňa nepriznal viac ako si navrhovateľ uplatnil. Po pripustenej zmene návrhu sa navrhovateľ domáhal zaplatenia sumy 10.137,37 EUR spolu s príslušenstvom, pričom daná suma predstavuje rozdiel medzi znalkyňou stanovenou všeobecnou hodnotou vozidla (39.694,- EUR) po odpočítaní spoluúčasti vo výške 5%, t.j. sumy 1.984,70 EUR a poskytnutým plnením vo výške 27.571,93 EUR. Nakoľko súd prvého stupňa považoval krátenie poistného plnenia v rozsahu 10% za dôvodné znížil navrhovateľom požadovanú sumu 10.137,37 EUR o 3.969,40 EUR, t.j. 10% z všeobecnej hodnoty vozidla a v tejto časti žalobu zamietol. Súd prvého stupňa sa síce dopustil procesného pochybenia a v rozsudku rozhodol o zmene návrhu a bez toho, aby uznesenie nadobudlo právoplatnosť rozhodol vo veci, ale nakoľko odvolací súd podľa § 212 ods. 3 O.s.p. prihliada na vady konania pred súdom prvého stupňa len ak mali za následok nesprávne rozhodnutie vo veci, o prípad ktorý v prejednávanej veci nejde, preto odvolací súd na túto procesnú vadu neprihliadol. Odvolací súd nepovažoval za dôvodné odvolanie týkajúce a náhrady trov konania, nakoľko je síce pravdou, že záviselo od výsledku znaleckého dokazovania, avšak navrhovateľ naďalej zotrval na svojom názoru, že odporca nebol oprávnený znížiť poistné plnenie, v rozsahu ktorom bol návrh ako nedôvodný zamietnutý a preto súd prvého stupňa postupoval správne, keď o náhrade trov rozhodoval podľa § 142 ods. 2 O.s.p.. Súd prvého stupňa vyčíslil aj správnym rozsahom keď navrhovateľ bol úspešný v 61,14% (6.197,97 EUR: 10.137,37 EUR : 100) a neúspešný v 38,66% (100%-61,14%) potom celkový úspech navrhovateľa predstavuje 22,28% /51,14% -38,86%). Navrhovateľ bol v odvolacom konaní prevažne úspešný, mal by preto podľa § 224 o ods. 1 a § 142 ods. 2 O.s.p. právo na náhradu jeho trov. Nakoľko si však trovy nevyčíslil, odvolací súd mu ich náhradu v zmysle § 151 ods. 2 O.s.p. nepriznal. Poučenie: Proti tomuto rozsudku odvolanie nie je prípustné</w:t>
      </w:r>
    </w:p>
    <w:p/>
    <w:p>
      <w:r>
        <w:t>Zdroj: KAUZIS.SK – https://www.kauzis.sk/judikatura/r/ECLI:SK:KSBA:2016:1109235853.1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