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7Co/572/2015 z 28. 2. 2016</w:t>
      </w:r>
    </w:p>
    <w:p>
      <w:r>
        <w:t>Uznesenie Krajského súdu Bratislava z 28. februára 2016, sp. zn. 7Co/572/2015, ECLI:SK:KSBA:2016:1110206355.2</w:t>
      </w:r>
    </w:p>
    <w:p>
      <w:r>
        <w:t>Súd: Krajský súd Bratislava</w:t>
      </w:r>
    </w:p>
    <w:p>
      <w:r>
        <w:t>Spisová značka: 7Co/572/2015</w:t>
      </w:r>
    </w:p>
    <w:p>
      <w:r>
        <w:t>ECLI: ECLI:SK:KSBA:2016:1110206355.2</w:t>
      </w:r>
    </w:p>
    <w:p>
      <w:r>
        <w:t>Dátum vydania: 28.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7Co/572/2015 Identifikačné číslo súdneho spisu: 1110206355 Dátum vydania rozhodnutia: 29. 02. 2016 Meno a priezvisko sudcu, VSÚ: JUDr. Blanka Podmajerská ECLI: ECLI:SK:KSBA:2016:1110206355.2 Uznesenie Krajský súd v Bratislave v právnej veci navrhovateliek: 1/E. T., R. X, U., štátna občianka SR, 2/ M. X., U. X, W., štátna občianka SR, proti odporcovi: Slovenská republika, zastúpená Ministerstvom spravodlivosti Slovenskej republiky, Župné námestie 13, Bratislava, o náhradu škody a nemajetkovej ujmy, o odvolaní navrhovateľky v 1/ rade proti uzneseniu Okresného súdu Bratislava I zo dňa 18.12.2014, č.k. 22C/26/2010 - 149, jednohlasne (pomerom hlasov 3:0) takto r o z h o d o l : Odvolanie navrhovateľky v 1/ rade s a o d m i e t a. o d ô v o d n e n i e : Napadnutým uznesením súd prvého stupňa zastavil konanie o dovolaní navrhovateľky v 1/ rade podanom proti rozsudku Krajského súdu v Bratislave zo dňa 27.3.2014, č.k. 3Co/326/2013-121. Rozhodnutie právne odôvodnil ust. § 6 ods.2, 10 ods. 1, 3, § 12 ods.2 zák. č. 71/1992 Zb. v platnom znení, položkou 7a Sadzobníka súdnych poplatkov a vecne tým, že navrhovateľka v 1/ rade v stanovenej lehote neuhradila súdny poplatok za podané dovolanie v sume 40 euro, na zaplatenie ktorého bola vyzvaná výzvou doručenou jej dňa 24.11.2014 za súčasného poučenia o následkoch nezaplatenia súdneho poplatku. V lehote na podanie odvolania navrhovateľka v 1/ rade v písomnom podaní doručenom súdu prvého stupňa dňa 2.3.2015 zopakovala skutkové okolnosti prípadu, nevyjadrila sa k vecnej a právnej správnosti uznesenia Okresného súdu Bratislava I zo dňa 18.12.2014, č.k. 22C/26/2010 - 149 a žiadala zrušiť všetky nezákonné rozsudky z rokov 1997 až do 27.3.2014. Súd prvého stupňa uznesením zo dňa 3.6.2015, č.k. 22C/26/2010-154 navrhovateľku v 1/ rade vyzval, aby v lehote 10 dní od doručenia uznesenia odvolanie doplnila tak, že presne a zrozumiteľne uvedie voči čomu jej odvolanie smeruje, keďže z jeho obsahu je možné vyvodiť, že sa odvoláva voči rozhodnutiu zo dňa 18.2.2013, č.k. 22C/26/2010-103, ktoré nadobudlo právoplatnosť dňa 25.6.2014. Súd prvého stupňa navrhovateľku v 1/ rade súčasne poučil, že ak odvolanie nebude mať všetky požadované náležitosti, súd ho podľa § 43 ods. 2 zák.č. 99/1963 Zb. v platnom znení (ďalej „O.s.p.“) odmietne. Predmetné uznesenie bolo navrhovateľke doručené dňa 19.6.2015. Odvolací súd prejednal vec podľa § 212 ods. 1 O.s.p. bez nariadenia odvolacieho pojednávania (§ 214 ods. 2 O.s.p.) a dospel k záveru, že odvolanie navrhovateľky v 1/ rade je potrebné odmietnuť. Podľa § 205 ods. 1 O.s.p. v odvolaní sa má popri všeobecných náležitostiach (§ 42 ods. 3) uviesť, proti ktorému rozhodnutiu smeruje, v akom rozsahu sa napáda, v čom sa toto rozhodnutie alebo postup súdu považuje za nesprávny a čoho sa odvolateľ domáha. Podľa § 209 ods. 1 O.s.p. súd prvého stupňa uznesením vyzve toho, kto podal odvolanie neobsahujúce náležitosti podľa § 205 ods. 1 a 2, aby chýbajúce náležitosti doplnil, a poučí ho o následkoch neodstránenia vád odvolania podľa § 218 ods. 1 písm. d/ O.s.p. Ak sa aj napriek výzve súdu odvolanie nedoplní alebo ak ide o oneskorené odvolanie alebo podané tým, kto naň nie je oprávnený, predloží súd prvého stupňa odvolanie na rozhodnutie odvolaciemu súdu. Podľa § 218 ods. 1 písm. d/ O.s.p. odvolací súd odmietne odvolanie, ktoré nemá náležitosti podľa § 205 ods. 1 a 2; ak boli dodržané podmienky podľa § 209 ods. 1 a § 211 ods. 1 O.s.p. S poukazom na citované zákonné ustanovenia, odvolací súd odvolanie navrhovateľky v 1/ rade, ktoré ani po postupe podľa § 209 ods. 1 O.s.p. neobsahovalo zákonom stanovené náležitosti potrebné pre jeho prejednanie, podľa § 218 ods. 1 písm. d/ O.s.p. odmietnuť. Z podaného odvolania totiž nebolo zrejmé či a v čom odvolateľka považuje rozhodnutie alebo postup súdu prvého stupňa pri zastavení konania o dovolaní za nesprávny (odvolacie dôvody), ani v akom rozsahu predmetné rozhodnutie napáda a čoho sa podaným odvolaním domáha. Poučenie: Proti tomuto uzneseniu nie je odvolanie prípustné.</w:t>
      </w:r>
    </w:p>
    <w:p/>
    <w:p>
      <w:r>
        <w:t>Zdroj: KAUZIS.SK – https://www.kauzis.sk/judikatura/r/ECLI:SK:KSBA:2016:1110206355.2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