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1Cob/172/2016 z 29. 6. 2016</w:t>
      </w:r>
    </w:p>
    <w:p>
      <w:r>
        <w:t>Uznesenie Krajského súdu Bratislava z 29. júna 2016, sp. zn. 1Cob/172/2016, ECLI:SK:KSBA:2016:1110238503.1</w:t>
      </w:r>
    </w:p>
    <w:p>
      <w:r>
        <w:t>Súd: Krajský súd Bratislava</w:t>
      </w:r>
    </w:p>
    <w:p>
      <w:r>
        <w:t>Spisová značka: 1Cob/172/2016</w:t>
      </w:r>
    </w:p>
    <w:p>
      <w:r>
        <w:t>ECLI: ECLI:SK:KSBA:2016:1110238503.1</w:t>
      </w:r>
    </w:p>
    <w:p>
      <w:r>
        <w:t>Dátum vydania: 29. 6.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1Cob/172/2016 Identifikačné číslo súdneho spisu: 1110238503 Dátum vydania rozhodnutia: 30. 06. 2016 Meno a priezvisko sudcu, VSÚ: JUDr. Andrea Haitová ECLI: ECLI:SK:KSBA:2016:1110238503.1 Uznesenie Krajský súd v Bratislave v právnej veci navrhovateľa: Wiesbauer Gourmet Gastro GmbH, Industriestraße 5, A-3454 Reidling, Rakúska republika, FN: 98447a, zast.: JUDr. Andrej Gara, advokát, Štefánikova 14, 811 05 Bratislava, proti odporcovi: CHAGALL s.r.o., Zámocká 16, 811 01 Bratislava, IČO: 44 544 154, o zaplatenie 1.255,20 EUR s prísl., o odvolaní navrhovateľa proti uzneseniu Okresného súdu Bratislava I zo dňa 22.2.2016 č. k. 28Cb/226/2010-77, takto r o z h o d o l : Krajský súd v Bratislave uznesenie Okresného súdu Bratislava I zo dňa 22.2.2016 č. k. 28Cb/226/2010-77 v napadnutej časti náhrady trov konania p o t v r d z u j e . Odporcovi sa nepriznáva náhrada trov odvolacieho konania. o d ô v o d n e n i e : Súd prvého stupňa uznesením zo dňa 22.2.2016 č. k. 28Cb/226/2010-77 zastavil konanie a žiadnemu z účastníkov nepriznal právo na náhradu trov konania. V odôvodnení uviedol, že navrhovateľ sa podaným návrhom domáhal proti odporcovi zaplatenia sumy 1.255,20 EUR s príslušenstvom. Súd v konaní zistil, že konkurz vyhlásený na majetok odporcu bol uznesením zo dňa 4.8.2015 č. k. 6K/75/2012-223 zrušený pre nedostatok majetku. Predmetné uznesenie súdu nadobudlo právoplatnosť dňa 27.8.2015 a odporca bol dňom 11.9.2015 ex offo vymazaný z obchodného registra, čím zanikol bez právneho nástupcu, a teda stratil spôsobilosť byť účastníkom konania. Vzhľadom na uvedené súd podľa ust. § 107 ods. 4 O.s.p. zastavil konanie pre neexistenciu právnej subjektivity odporcu, čo je neodstrániteľným nedostatkom podmienky konania. O trovách konania súd rozhodol v súlade s § 146 ods. 1. písm. c) O.s.p., podľa ktorého žiaden z účastníkov nemá právo na náhradu trov konania podľa jeho výsledku, ak konanie bolo zastavené. Proti tomuto uzneseniu v časti náhrady trov konania podal v zákonnej lehote odvolanie navrhovateľ a navrhol, aby odvolací súd uznesenie súdu prvého stupňa zmenil tak, že v časti rozhodovania o trovách konania určí, že vráti navrhovateľovi súdny poplatok vo výške 75,- EUR. Mal za to, že súd prvého stupňa nesprávne poukázal na ust. § 146 ods. 1 písm. c) O.s.p., keď pri rozhodovaní o trovách konania sa mal zaoberať s otázkou zavinenia zastavenia konania podľa ust. § 146 ods. 2 O.s.p. Súd mal podľa názoru navrhovateľa v časti rozhodovania o trovách konania poukázať aj na ust. § 11 ods. 8 zákona č. 71/1992 Zb. o súdnych poplatkoch a vrátiť navrhovateľovi súdny poplatok, ktorý uhradil vo výške 75,- EUR, nakoľko v predmetnom konaní došlo k zastavenie konania zo strany odporcu, a to zrušením vyhláseného konkurzu pre nedostatok jeho majetku. Krajský súd ako súd odvolací (§ 10 ods. 1 O.s.p.) preskúmal uznesenie súdu prvého stupňa podľa § 212 ods. 1 O.s.p., prejednal odvolanie podľa ust. § 214 ods. 2 O.s.p. bez nariadenia odvolacieho pojednávania a dospel k záveru, že odvolanie navrhovateľa nie je dôvodné, keď uznesenie súdu prvého stupňa je v napadnutej časti vecne správne. Odvolací súd po preskúmaní spisu dospel k záveru, že súd prvého stupňa správne o trovách konania rozhodol podľa § 146 ods. 1. písm. c) O.s.p., pretože na rozhodovanie súdu podľa ust. § 146 ods. 2 O.s.p. tu nebol dôvod. Zrušenie konkurzu pre nedostatok majetku odporcu a jeho následný výmaz z obchodného registra nie je možné kvalifikovať ako zavinené správanie sa odporcu podľa § 146 ods. 2 druhá veta O.s.p. vo vzťahu k predmetnému súdnemu konaniu. Nakoľko v danom prípad nezavinil zastavenie konania ani jeden z účastníkov konania, nebolo možné o trovách konania rozhodovať podľa zásady procesnej zodpovednosti na zastavení konania v zmysle ust. § 146 ods. 2 O.s.p. a bolo potrebné o nich rozhodnúť v súlade s § 146 ods. 1. písm. c) O.s.p. Pokiaľ ide o navrhovateľom žiadané vrátenie súdneho poplatku za návrh, odvolací súd uvádza, že predmetné rozhodnutie súdu o trovách konania nebráni tomu, aby súd o vrátení súdneho poplatku rozhodol samostatným uznesením postupujúc podľa príslušných ustanovení zákona č. 71/1992 Zb. o súdnych poplatkoch, a preto skutočnosť, že súd v rámci uznesenia o zastavení konania nerozhodol aj o vrátení súdneho poplatku, nezakladá odvolací dôvod proti inak vecne správnemu výroku tohto uznesenia o trovách konania. Na základe uvedeného odvolací súd uznesenie súdu prvého stupňa v napadnutej časti náhrady trov konania ako vecne správne potvrdil podľa ust. § 219 ods. 1, 2 O.s.p. O náhrade trov odvolacieho konania odvolací súd rozhodol podľa ust. § 224 ods. 1 O.s.p. v spojení s ust. § 142 ods. 1 O.s.p. tak, že odporcovi, ktorý zanikol bez právneho nástupcu, a teda stratil svoju právnu subjektivitu, náhradu trov odvolacieho konania nepriznal. Toto rozhodnutie prijal senát krajského súdu pomerom hlasov 3 : 0. Poučenie: Proti tomuto uzneseniu odvolanie n i e j e prípustné.</w:t>
      </w:r>
    </w:p>
    <w:p/>
    <w:p>
      <w:r>
        <w:t>Zdroj: KAUZIS.SK – https://www.kauzis.sk/judikatura/r/ECLI:SK:KSBA:2016:1110238503.1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