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3Co/198/2016 z 29. 6. 2016</w:t>
      </w:r>
    </w:p>
    <w:p>
      <w:r>
        <w:t>Uznesenie Krajského súdu Bratislava z 29. júna 2016, sp. zn. 3Co/198/2016, ECLI:SK:KSBA:2016:1111216137.1</w:t>
      </w:r>
    </w:p>
    <w:p>
      <w:r>
        <w:t>Súd: Krajský súd Bratislava</w:t>
      </w:r>
    </w:p>
    <w:p>
      <w:r>
        <w:t>Spisová značka: 3Co/198/2016</w:t>
      </w:r>
    </w:p>
    <w:p>
      <w:r>
        <w:t>ECLI: ECLI:SK:KSBA:2016:1111216137.1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3Co/198/2016 Identifikačné číslo súdneho spisu: 1111216137 Dátum vydania rozhodnutia: 30. 06. 2016 Meno a priezvisko sudcu, VSÚ: JUDr. Roman Bolebruch ECLI: ECLI:SK:KSBA:2016:1111216137.1 Uznesenie Krajský súd v Bratislave v právnej veci navrhovateľky: G. D., U. XX, X., proti odporcovi: R.E. Holding, s.r.o., Vansovej 2, Bratislava, IČO: 36 666 408, vymazanému z obchodného registra Okresného súdu Bratislava I dňa 26.6.2014, o uloženie povinnosti ukončiť pracovný pomer a o náhradu mzdy, na odvolanie navrhovateľky proti uzneseniu Okresného súdu Bratislava I č.k.18C (25C) 79/201-150, zo dňa 23.10.2015, takto r o z h o d o l : Odvolací súd napadnuté uznesenie súdu prvého stupňa p o t v r d z u j e . Žiaden z účastníkov nemá právo na náhradu trov odvolacieho konania. o d ô v o d n e n i e : Napadnutým uznesením súd prvého stupňa zastavil konanie a rozhodol, že žiaden z účastníkov nemá právo na náhradu trov konania. V odôvodnení uviedol, že navrhovateľka návrhom doručeným súdu 19.5.2011 žiadala, aby súd svojím rozhodnutím uložil odporcovi povinnosť ukončiť s navrhovateľkou pracovný pomer a zaplatiť jej náhradu mzdy od 28.11.2010 do ukončenia pracovného pomeru 450 eur mesačne. V priebehu konania súd prvého stupňa z obchodného registra Okresného súdu Bratislava I oddiel: Sro, vložka číslo: 41975/B zistil, že odporca bol dňom 26.6.2014 ex offo vymazaný z obchodného registra bez právneho nástupcu. Konštatoval, že vzhľadom na to, že odporca stratil spôsobilosť mať práva a povinnosti a spôsobilosť byť účastníkom konania, keďže zanikol bez právneho nástupcu výmazom z obchodného registra, konanie v zmysle § 107 ods. 4 O.s.p. zastavil. O trovách konania rozhodol podľa § 146 ods.1 písm. c) O.s.p. Proti uzneseniu podala navrhovateľka odvolanie, podľa obsahu ktorého žiadala napadnuté uznesenie zrušiť a vrátiť vec na ďalšie konanie. Uviedla, že osobne utrpela nielen finančnú ujmu, nemohli ju zaevidovať na ObÚP ako nezamestnanú, nemohla uzavrieť pracovný pomer a najväčší problém vznikol so zdravotnou, sociálnou poisťovňou, kde má stále vedený pracovný pomer bez akejkoľvek platby. Namietala, že konanie na Okresnom súde Bratislava I začalo ešte v r. 2011, podľa výpisu z obchodného registra Okresného súdu Bratislava I odporca požiadal o výmaz z obchodného registra až dňa 26.6.2014. Uviedla, že je osamelá matka starajúca sa o dve maloleté deti; všetky náklady na bývanie a výživu trojčlennej rodiny znášajú jej rodičia. Napriek tomu, že chcela robiť, stále narážala na ten istý problém, že jej hlavný pracovný pomer trvá. Dôvodila, že odporca mal konateľov. Prieťahmi v konaní stratila okrem financií i nádej a odporcovi sa dala možnosť zrušiť firmu. Odvolací súd, ktorý bol viazaný rozsahom a dôvodmi odvolania (§ 212 ods. 1 O.s.p.), preskúmal napadnuté uznesenie, prejednal odvolanie bez nariadenia pojednávania podľa § 214 ods. 2 O.s.p. a dospel k záveru, že odvolanie nie je dôvodné. Napadnuté uznesenie odvolací súd potvrdil, pretože je vecne správne a nakoľko sa v celom rozsahu stotožňuje s odôvodnením napadnutého uznesenia, konštatuje správnosť jeho dôvodov (§ 219 ods. 1, ods. 2 O.s.p.). Z obsahu spisu vyplýva, že návrh na začatie konania doručený súdu prvého stupňa 19.5.2011 smeroval proti odporcovi: R.E. Holding, s.r.o., Vansovej 2, Bratislava, IČO: 36 666 408; z výpisu z obchodného registra Okresného súdu Bratislava I oddiel: Sro, vložka číslo: 41975/B je zrejmé, že uznesením Okresného súdu Bratislava I zo dňa 6.12.2013, sp. zn. 36CbR/139/2012, ktoré nadobudlo právoplatnosť 16.6.2014, bola zrušená obchodná spoločnosť R.E. Holding, s.r.o., Vansovej 2, Bratislava, zapísaná v Obchodnom registri Okresného súdu Bratislava I, oddiel Sro, vložka č. 41975/B bez likvidácie. Odporca bol v priebehu konania dňa 26.6.2014 ex offo vymazaný v celom rozsahu z obchodného registra Okresného súdu Bratislava I a to bez právneho nástupcu. Podľa § 20a ods. 2 Občianskeho zákonníka právnická osoba zapísaná v obchodnom registri alebo v inom zákonom určenom registri zaniká dňom výmazu z tohto registra, pokiaľ osobitné zákony neustanovujú inak. Podľa § 103 O.s.p. kedykoľvek za konania prihliada súd na to, či sú splnené podmienky, za ktorých môže konať vo veci (podmienky konania). Podľa § 107 ods. 4 O.s.p. ak po začatí konania zanikne právnická osoba, súd pokračuje v konaní s jej právnym nástupcom, a ak právneho nástupcu niet, súd konanie zastaví. Vzhľadom na v konaní zistenú skutočnosť zániku odporcu výmazom z obchodného registra (§ 20a ods. 2 Občianskeho zákonníka), bolo povinnosťou súdu prvého stupňa v zmysle § 107 ods. 4 O.s.p. skúmať, či k zániku odporcu došlo bez právneho nástupcu, čoho dôsledkom je rozhodnutie o zastavení konania, alebo či odporca zanikol s právnym nástupcom a v konaní je potom potrebné s takýmto nástupcom pokračovať. V danom prípade nedošlo k zmene zamestnávateľa prechodom práv a povinností z pracovnoprávnych vzťahov, pretože nedošlo k zániku zamestnávateľa, ktorý má právneho nástupcu, s ktorým by bolo možné v konaní pokračovať. Súd prvého stupňa preto dospel k správnemu záveru, že výmazom odporcu z obchodného registra bez právneho nástupcu odporca stratil spôsobilosť byť účastníkom konania a konanie s poukazom na § 107 ods. 4 O.s.p. zastavil. Z uvedeného dôvodu boli úvahy navrhovateľky uvádzané v odvolaní na posúdenie vecnej správnosti napadnutého uznesenia súdu prvého stupňa právne bezvýznamné. O náhrade trov odvolacieho konania odvolací súd rozhodol podľa § 224 ods. 1 v spojení s § 146 ods. 1 písm. c) O.s.p.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https://www.kauzis.sk/judikatura/r/ECLI:SK:KSBA:2016:1111216137.1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