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8Cob/119/2014 z 27. 4. 2016</w:t>
      </w:r>
    </w:p>
    <w:p>
      <w:r>
        <w:t>Uznesenie Krajského súdu Bratislava z 27. apríla 2016, sp. zn. 8Cob/119/2014, ECLI:SK:KSBA:2016:1111230599.1</w:t>
      </w:r>
    </w:p>
    <w:p>
      <w:r>
        <w:t>Súd: Krajský súd Bratislava</w:t>
      </w:r>
    </w:p>
    <w:p>
      <w:r>
        <w:t>Spisová značka: 8Cob/119/2014</w:t>
      </w:r>
    </w:p>
    <w:p>
      <w:r>
        <w:t>ECLI: ECLI:SK:KSBA:2016:1111230599.1</w:t>
      </w:r>
    </w:p>
    <w:p>
      <w:r>
        <w:t>Dátum vydania: 27. 4. 2016</w:t>
      </w:r>
    </w:p>
    <w:p>
      <w:r>
        <w:t>Forma: Uznesenie</w:t>
      </w:r>
    </w:p>
    <w:p>
      <w:pPr>
        <w:pStyle w:val="Heading2"/>
      </w:pPr>
      <w:r>
        <w:t>Text rozhodnutia</w:t>
      </w:r>
    </w:p>
    <w:p>
      <w:r>
        <w:t>Súd: Krajský súd Bratislava Spisová značka: 8Cob/119/2014 Identifikačné číslo súdneho spisu: 1111230599 Dátum vydania rozhodnutia: 28. 04. 2016 Meno a priezvisko sudcu, VSÚ: JUDr. Tatiana Pastieriková ECLI: ECLI:SK:KSBA:2016:1111230599.1 Uznesenie Krajský súd v Bratislave v právnej veci navrhovateľa: KFZ Sys, s.r.o., "v konkurze", Košútska 1342, 925 21 Sládkovičovo, IČO: 36 814 148, proti odporcovi: m-media, s.r.o., Leškova 3, 811 04 Bratislava, IČO: 35 866 616 (vymazaný dňa 04.06.2015), o zaplatenie istiny 649,48 eur s prísl., o odvolaní spoločnosti Thorpe recovery, s.r.o., Stráž 8419, 960 01 Trenčín, IČO: 46 662 324 zastúpený: JUDr. Peter Psotka, advokát, Stráž 223, 960 01 Zvolen, IČO: 42 193 389, proti uzneseniu Okresného súdu Bratislava I č.k. 32Cb/134/2011-103 zo dňa 22.01.2014, takto r o z h o d o l : Krajský súd v Bratislave odvolacie konanie z a s t a v u j e . o d ô v o d n e n i e : Napadnutým uznesením súd prvého stupňa konanie zastavil. Odporcovi náhradu trov konania nepriznal. Rozhodol tak s poukazom na §§ 5 ods. 1 písm. a), 8 ods. 1, 10 ods. 1, 2, 3 zák. č. 71/1992 Zb. o súdnych poplatkoch, § 146 ods. 1 písm. c) O.s.p.. Súd uviedol, že navrhovateľ súdny poplatok za návrh nezaplatil súčasne s návrhom. Preto ho súd dňa 26.09.2013 vyzval na zaplatenie súdneho poplatku a zároveň ho poučil, že konanie bude zastavené, ak do 10 dní od doručenia výzvy nezaplatí súdny poplatok vo výške 38,50 eur. Výzva na zaplatenie súdneho poplatku bola navrhovateľovi odoslaná dňa 08.10.2013, avšak zásielka sa vrátila súdu dňa 14.10.2013 s poznámkou, že adresát je neznámy. Navrhovateľ do rozhodnutia súdu súdny poplatok nezaplatil, a keďže nejde o prípad uvedený v citovanom ustanovení zákona, kedy by súd mohol pokračovať v konaní bez zaplatenia súdneho poplatku, súd konanie o návrhu navrhovateľa zastavil. Ďalej súd uviedol, že v prípade, že navrhovateľ zaplatí súdny poplatok v lehote na podanie odvolania, súd bude postupovať podľa ust. § 10 ods. 3 zák. č. 71/1992 Zb. o súdnych poplatkoch, zruší uznesenie, ktorým bolo konanie zastavené a bude ďalej pokračovať v konaní. O trovách konania rozhodol podľa ust. § 146 ods. 1 písm. c) O.s.p. tak, že žiaden z účastníkov nemá právo na náhradu trov konania podľa jeho výsledku, ak bolo konanie zastavené. Proti uzneseniu súdu prvého stupňa podala odvolanie v zákonnej lehote spoločnosti Thorpe recovery, s.r.o., Stráž 8419, 960 01 Trenčín, IČO: 46 662 324. Odvolateľ uviedol, spoločnosť SKP, k.s. bola uznesením zverejneným v Obchodnom vestníku SR č. OV 2009/220 dňa 13.11.2009 v spojení s opravným uznesením zverejneným v Obchodnom vestníku č. OV 2009/230 zo dňa 30.11.2009 vydaným Okresným súdom Trnava v konaní sp.zn. 31K/11/2008 ustanovená do funkcie správcu konkurznej podstaty úpadcu KFZ Sys, s.r.o. v konkurze. Dňa 20.06.2012 spoločnosť KFZ Sys, s.r.o. v konkurze ako postupca uzavrela Zmluvu o postúpení pohľadávok so spoločnosťou THORPE CORPORATION LTD., so sídlom Suite 13, First Floor Oliaji Trade Center, Francis Rachel Street, Victoria, Mahe, Seycheles, IČO: 63513. Predmetom postúpenia zmluvy 1 bolo aj postúpenie pohľadávky postupcu voči odporcovi, ktorej zaplatenie je predmetom tohto súdneho konania. Následne dňa 27.06.2012 spoločnosť THORPE CORPORATION LTD. ako postupca uzavrela Zmluvu o postúpení pohľadávok so spoločnosťou Thorpe recovery, s.r.o., Radlinského 1716, 026 01 Dolný Kubín, IČO: 46 662 324. Predmetom zmluvy 2 bolo aj postúpenie pohľadávky postupcu voči odporcovi, ktorej zaplatenie je predmetom tohto súdneho konania. Odvolateľ doložil do súdneho spisu aj predmetnú zmluvu 1 a 2. Zároveň žiadal, aby súd v konaní 4Cb/74/2011 (správne má byť 32Cb/134/2011) pripustil zmenu účastníka na strane navrhovateľa tak, že z konania vystúpi pôvodný navrhovateľ SKP, k.s., Lazovná 64, Banská Bystrica, správca konkurznej podstaty úpadcu KFZ Sys, s.r.o. v konkurze, Košútska 1342, Sládkovičovo a na jeho miesto vstúpi spoločnosť Thorpe recovery, s.r.o., Stráž 8419, 960 01 Trenčín, IČO: 46 662 324. Zároveň poukázal na to, že v čase podania návrhu bol poplatník (SKP, k.s., Lazovná 64, Banská Bystrica, správca konkurznej podstaty úpadcu KFZ Sys, s.r.o. v konkurze, Košútska 1342, Sládkovičovo) podľa § 4 ods. 2 písm. m) zák. č. 71/1992 Zb. od poplatku oslobodený. Nakoľko mu v čase podania návrhu poplatková povinnosť nevznikla, zmena účastníka konania nemá na povinnosť právneho nástupcu pôvodného navrhovateľa platiť súdny poplatok a ani na zákonné oslobodenie od jeho platenia pre navrhovateľa žiaden vplyv. V tejto súvislosti poukázal na rozhodnutie Krajského súdu v Banskej Bystrici č.k. 43CopKR/15/2013. Preto navrhuje, aby odvolací súd rozhodnutie súdu prvého stupňa zrušil. Krajský súd v Bratislave ako súd odvolací preskúmal napadnuté uznesenie súdu prvého stupňa podľa § 212 ods. 1 O.s.p., prejednal odvolanie § 214 ods. 2 O.s.p. a po oboznámení sa s obsahom spisu a dôvodmi odvolania dospel k záveru, že odvolacie konanie je potrebné zastaviť. Podľa § 107 ods. 4 O.s.p., ak po začatí konania zanikne právnická osoba, súd pokračuje v konaní s jej právnym nástupcom, a ak právneho nástupcu niet, súd konanie zastaví. Podľa § 211 ods. 2 O.s.p., ak tento zákon neustanovuje inak, pre konanie na odvolacom súde platia primerane ustanovenia o konaní pred súdom prvého stupňa. Jednou z podmienok konania je spôsobilosť byť účastníkom konania, upravená v ustanovení § 19 O.s.p.. Odvolací súd zistil, že odporca bol dňa 04.06.2015 vymazaný z obchodného registra. Keďže niet právneho nástupcu, nemôže odvolací súd v konaní pokračovať, pretože v spojitosti s nedostatkom spôsobilosti byť účastníkom konania ide o neodstrániteľnú vadu konania vedúcu k zastaveniu konania. Odporca ako právnická osoba zanikol bez právneho nástupcu, z tohto dôvodu odvolací súd v zmysle § 107 ods. 4 O.s.p. odvolacie konanie zastavil. Toto uznesenie bolo členmi senátu prijaté pomerom hlasov 3 : 0 (§ 3 ods. 9 tretia veta zák. č. 757/2004 Z. z. v znení neskorších predpisov). Poučenie: Proti tomuto uzneseniu odvolanie nie je prípustné.</w:t>
      </w:r>
    </w:p>
    <w:p/>
    <w:p>
      <w:r>
        <w:t>Zdroj: KAUZIS.SK – https://www.kauzis.sk/judikatura/r/ECLI:SK:KSBA:2016:1111230599.1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