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1CoKR/20/2015 z 7. 2. 2016</w:t>
      </w:r>
    </w:p>
    <w:p>
      <w:r>
        <w:t>Uznesenie Krajského súdu Bratislava z 7. februára 2016, sp. zn. 1CoKR/20/2015, ECLI:SK:KSBA:2016:1111234911.1</w:t>
      </w:r>
    </w:p>
    <w:p>
      <w:r>
        <w:t>Súd: Krajský súd Bratislava</w:t>
      </w:r>
    </w:p>
    <w:p>
      <w:r>
        <w:t>Spisová značka: 1CoKR/20/2015</w:t>
      </w:r>
    </w:p>
    <w:p>
      <w:r>
        <w:t>ECLI: ECLI:SK:KSBA:2016:1111234911.1</w:t>
      </w:r>
    </w:p>
    <w:p>
      <w:r>
        <w:t>Dátum vydania: 7. 2.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1CoKR/20/2015 Identifikačné číslo súdneho spisu: 1111234911 Dátum vydania rozhodnutia: 08. 02. 2016 Meno a priezvisko sudcu, VSÚ: JUDr. Eugen Palášthy ECLI: ECLI:SK:KSBA:2016:1111234911.1 Uznesenie Krajský súd v Bratislave v právnej veci navrhovateľa: J. F., Q.. XX.XX.XXXX, U. X. XXX, XXX XX Š., zast. AK OLEXOVA VASILISIN s.r.o., Gorkého 6, 811 01 Bratislava (sídlo predtým: Dunajská 18, 811 08 Bratislava), proti odporcovi: JUDr. Marek Letkovský, so sídlom kancelárie Legionárska 1/C, 831 04 Bratislava, správca konkurznej podstaty úpadcu PODIELOVÉ DRUŽSTVO SLOVENSKÉ INVESTÍCIE, so sídlom Poľná 1, 811 08 Bratislava, IČO: 35 784 717, o určenie právneho dôvodu, vymáhateľnosti a výšky popretej pohľadávky, o odvolaní navrhovateľa voči uzneseniu Okresného súdu Bratislava I č. k. 7Cbi/161/2011-13 zo dňa 16.09.2014, takto r o z h o d o l : Krajský súd v Bratislave odvolanie navrhovateľa voči uzneseniu Okresného súdu Bratislava I č. k. 7Cbi/161/2011-13 zo dňa 16.09.2014 o d m i e t a . Odporcovi náhradu trov odvolacieho konania n e p r i z n á v a . o d ô v o d n e n i e : Napadnutým uznesením súd prvého stupňa procesným postupom vyplývajúcim z § 43 ods. 1 Občianskeho súdneho poriadku (ďalej len „OSP“) vyzval navrhovateľa na odstránenie vád návrhu doložením plnej moci udelenej právnemu zástupcovi AK OLEXOVA VASILISIN s.r.o. na zastupovanie v incidenčnom konaní 7Cbi/161/2011, alebo predložením návrhu obsahujúcom podpis navrhovateľa. V odôvodnení uznesenia uviedol, že navrhovateľ sa návrhom doručeným súdu 22.09.2011 domáhal určenia právneho dôvodu, vymáhateľnosti a výšky pohľadávok v rozsahu prihlásenom do konkurzu vedenom na Okresnom súde Bratislava I pod sp. zn. 3K/95/2010. Pri skúmaní náležitostí návrhu súd zistil, že tento bol v mene navrhovateľa podpísaný AK OLEXOVA VASILISIN s.r.o. a doložený plnou mocou z 13.09.2011, z ktorej vyplýva, že bola udelená na zastupovanie navrhovateľa výlučne v konkurznom konaní 3K/95/2010. Splnomocnenec tak nemal oprávnenie na podanie žaloby. Napadnuté uznesenie vydal zákonný sudca konajúci v zmysle § 374 ods. 4 OSP o odvolaní voči predchádzajúcemu uzneseniu vyššieho súdneho úradníka (VSU) č. k. 7Cbi/161/2011-10 zo dňa 16.04.2014, ktorým bol navrhovateľ z identických dôvodov, postupom podľa § 43 ods. 1 OSP, vyzvaný na doloženie riadnej plnej moci alebo doloženie návrhu obsahujúceho priamo podpis navrhovateľa. Vzhľadom na charakter uznesenia vydaného VSU, voči ktorému zákon odvolanie nepripúšťa (§ 202 ods. 3 písm. l/) sa podaním odvolania uznesenie VSU zo zákona zrušilo a vo veci opätovne rozhodol sudca. Súd sa nestotožnil s tvrdením navrhovateľa, že plnomocenstvo udelené na zastupovanie v konkurze sa vťahuje aj na zastupovanie v incidenčnom konaní. Poukázal na skutočnosť, že zatiaľ čo konanie konkurzné je konaním nesporovým, incidenčné konanie je samostatným novým sporovým konaním o určovacej žalobe, ktoré sa riadi inými procesnými pravidlami, ako konanie konkurzné a právne zastúpenie navrhovateľa si preto vyžaduje predloženie plnej moci. Plnomocenstvo udelené na zastupovanie navrhovateľa v konkrétnom konkurznom konaní nie je postačujúce na zastupovanie navrhovateľa v incidenčnom konaní. Voči predmetnému uzneseniu sudcu podal odvolanie navrhovateľ (ďalej „odvolateľ“) z dôvodov v ňom uvedených. Žiadal, aby odvolací súd napadnuté rozhodnutie zrušil resp., v prípade ak sa nestotožní s názorom odvolateľa, poskytol mu predĺženie lehoty určenej v napadnutom uznesení o 30 dní z dôvodu, že v stanovenej lehote predloženie plnomocenstva nie je možné. Krajský súd v Bratislave, ako súd odvolací (§ 10 ods. 1 zák. č. 99/1963 Zb. OSP), preskúmal uznesenie súdu prvého stupňa podľa § 212 ods. 1 OSP, bez nariadenia pojednávania podľa § 214 ods. 2 OSP a dospel k záveru, že odvolanie nie je dôvodné. Z obsahu spisu súdu prvého stupňa vyplýva, že navrhovateľ sa návrhom doručeným súdu 22.09.2011 domáhal určenia pravosti popretej pohľadávky. K návrhu, ktorý za navrhovateľa podpísal právny zástupca - AK OLEXOVA VASILISIN s.r.o. bola priložená neoverená fotokópia plnej moci z 13.09.2011. Z obsahu plnomocenstva, založeného na č. l. 2 spisu súdu prvého stupňa vyplýva, že bolo udelené len na zastupovanie navrhovateľa v konkurznom konaní 3K/95/2010. Súd preto navrhovateľa vyzval na predloženie plnej moci udelenej právnemu zástupcovi na zastupovanie v incidenčnom spore 7Cbi/161/2011. Podaním doručeným súdu prvého stupňa dňa 09.02.2015 právny zástupca navrhovateľa doručil súdu neoverenú fotokópiu plnej moci z 10.08.2014. Z obsahu tejto fotokópie, ktorá však bez jej predloženia v origináli alebo v úradne overenej fotokópii nespĺňa náležitosti riadnej plnej moci vyplýva, že bola udelená aj na zastupovanie v bližšie neoznačenom incidenčnom konaní. Podľa § 202 ods. 3 písm. l) OSP, odvolanie nie je prípustné proti uzneseniu, ktorým sa rozhodlo o podaní podľa § 43 ods. 1 alebo o odvolaní podľa § 209 ods. 1. Podľa § 218 ods. 1 písm. c) OSP, odvolací súd odmietne odvolanie, ktoré smeruje proti rozhodnutiu, proti ktorému nie je odvolanie prípustné. Odvolanie voči uzneseniu podľa § 43 ods. 1 OSP, ktorým súd vyzval účastníka na doplnenie alebo odstránenie vád podania, nie je prípustné. V danom prípade odvolanie smeruje voči uzneseniu súdu prvého stupňa, voči ktorému odvolanie nie je prípustné. Odvolací súd preto odvolanie podľa ustanovenia § 218 ods. 1 písm. c) OSP odmietol bez skúmania jeho opodstatnenosti. Odmietnutie odvolania má obdobné účinky ako zastavenie konania. O náhrade trov odvolacieho konania preto odvolací súd rozhodol podľa § 146 ods. 1 písm. c) OSP v spojení s § 224 ods. 1 OSP tak, že náhradu trov odvolacieho konania odporcovi nepriznal, pretože mu v súvislosti s odvolaním žiadne trovy nevznikli a ich náhradu si ani neuplatnil. Rozhodnutie bolo prijaté senátom odvolacieho súdu pomerom hlasov 3 : 0 (§ 3 ods. 9 zákona č. 757/2004 Z. z.). Poučenie: Proti tomuto uzneseniu odvolanie n i e j e prípustné.</w:t>
      </w:r>
    </w:p>
    <w:p/>
    <w:p>
      <w:r>
        <w:t>Zdroj: KAUZIS.SK – https://www.kauzis.sk/judikatura/r/ECLI:SK:KSBA:2016:1111234911.1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