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8Co/236/2016 z 25. 7. 2016</w:t>
      </w:r>
    </w:p>
    <w:p>
      <w:r>
        <w:t>Rozsudok Krajského súdu Bratislava z 25. júla 2016, sp. zn. 8Co/236/2016, ECLI:SK:KSBA:2016:1111244386.1</w:t>
      </w:r>
    </w:p>
    <w:p>
      <w:r>
        <w:t>Súd: Krajský súd Bratislava</w:t>
      </w:r>
    </w:p>
    <w:p>
      <w:r>
        <w:t>Spisová značka: 8Co/236/2016</w:t>
      </w:r>
    </w:p>
    <w:p>
      <w:r>
        <w:t>ECLI: ECLI:SK:KSBA:2016:1111244386.1</w:t>
      </w:r>
    </w:p>
    <w:p>
      <w:r>
        <w:t>Dátum vydania: 25. 7.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137222</w:t>
      </w:r>
    </w:p>
    <w:p/>
    <w:p>
      <w:r>
        <w:t>Zdroj: KAUZIS.SK – https://www.kauzis.sk/judikatura/r/ECLI:SK:KSBA:2016:1111244386.1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