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8Co/260/2016 z 18. 7. 2016</w:t>
      </w:r>
    </w:p>
    <w:p>
      <w:r>
        <w:t>Rozsudok Krajského súdu Bratislava z 18. júla 2016, sp. zn. 8Co/260/2016, ECLI:SK:KSBA:2016:1111244423.1</w:t>
      </w:r>
    </w:p>
    <w:p>
      <w:r>
        <w:t>Súd: Krajský súd Bratislava</w:t>
      </w:r>
    </w:p>
    <w:p>
      <w:r>
        <w:t>Spisová značka: 8Co/260/2016</w:t>
      </w:r>
    </w:p>
    <w:p>
      <w:r>
        <w:t>ECLI: ECLI:SK:KSBA:2016:1111244423.1</w:t>
      </w:r>
    </w:p>
    <w:p>
      <w:r>
        <w:t>Dátum vydania: 18. 7. 2016</w:t>
      </w:r>
    </w:p>
    <w:p>
      <w:r>
        <w:t>Forma: Rozsudok</w:t>
      </w:r>
    </w:p>
    <w:p>
      <w:r>
        <w:t>Oblasť práva: Občianske právo</w:t>
      </w:r>
    </w:p>
    <w:p>
      <w:pPr>
        <w:pStyle w:val="Heading2"/>
      </w:pPr>
      <w:r>
        <w:t>Text rozhodnutia</w:t>
      </w:r>
    </w:p>
    <w:p>
      <w:r>
        <w:t>Súd: Krajský súd Bratislava Spisová značka: 8Co/260/2016 Identifikačné číslo súdneho spisu: 1111244423 Dátum vydania rozhodnutia: 19. 07. 2016 Meno a priezvisko sudcu, VSÚ: JUDr. Jana Vlčková ECLI: ECLI:SK:KSBA:2016:1111244423.1 ROZSUDOK V MENE SLOVENSKEJ REPUBLIKY Krajský súd v Bratislave v senáte zloženom z predsedníčky senátu JUDr. Jany Vlčkovej a členov senátu JUDr. Moniky Holickej a JUDr. Ondreja Krajča v právnej veci žalobcu: Nadácia Matice slovenskej, so sídlom v Malackách, Hviezdoslavova 46, IČO: 30 843 481, zastúpenom: FUTEJ &amp; Partners, s.r.o., so sídlom Radlinského č. 2, Bratislava, za ktorú koná konateľ JUDr. Daniel Futej, CSc., proti žalovanému: Slovenská republika, zastúpená Národnou bankou Slovenska, so sídlom v Bratislave, Imricha Karvaša č. 1, o náhradu škody 979.642,20 eur s príslušenstvom, na odvolanie žalobcu proti rozsudku Okresného súdu Bratislava I zo dňa 09. decembra 2013, č. k. 25C 180/2011-272, takto r o z h o d o l : Odvolací súd rozsudok súdu prvej inštancie v napadnutej časti p o t v r d z u j e . Žalovanému náhradu trov odvolacieho konania n e p r i z n á v a . o d ô v o d n e n i e : 1. Rozsudkom zo dňa 09.decembra 2013, č. k. 25C 180/2011-272 zamietol súd prvej inštancie žalobu; ktorou sa žalobca domáhal proti žalovanému zaplatenia sumy 979.642,20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žalobcu na prerušenie konania do právoplatného skončenia konania vedeného na Okresnom súde Bratislava I pod sp. zn. 19C/56/2011, rozhodol, že nepožiada Súdny dvor Európskej únie o rozhodnutie o predbežnej otázke podľa článku 267 Zmluvy o fungovaní Európskej únie a zamietol návrh žalobcu na prerušenie konania a žalovanému nepriznal náhradu trov konania. Vykonaným dokazovaním mal preukázané, že rozhodnutím zo dňa 21. 3. 2002 schválil Úrad pre finančný trh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na základe kontroly vykonanej v roku 2007 uložila OCP pokutu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3. 2010 Družstvo požiadalo NBS listom z 15. 4. 2010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4. 2010 a následne urgenciou zo dňa 30. 6. 2010 požiadala predsedu predstavenstva Družstva a aj Družstvo samotné o predloženie špecifikovanej písomnej informácie a dokumentácie k zmluve za účelom dohľadu na mieste. V súvislosti s oznámením Družstva zo dňa 10. 5. 2010 o tom, že ročná finančná správa Družstva za rok 2009 bola uverejnená na internetovej stránke, NBS upozornila Družstvo listom zo dňa 14. 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7. 2010 pre nedostatok informácií a pre nemožnosť otvoriť účtovníctvo Družstva za rok 2009 nemohol tento overiť, či hodnota finančných investícií uvedených v účtovnej závierke Družstva ku dňu 31. 12. 2009, bola vykázaná v reálnej hodnote. NBS vydala dňa 12. 7. 2010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A.. P. G.,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A.. A. P.. Aplikujúc ust. § 3 ods. 1, 2, § 9 ods. 1, § 15 ods. 1 a § 17 ods. 1 zák. č. 514/2003 Z.z. o zodpovednosti za škodu spôsobenú pri výkone verejnej moci na vykonaným dokazovaním zistený skutkový stav veci, dospel k záveru , že žalobca v konaní nepreukázal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Žalobca sa preto musí domáhať zaplatenia svojej pohľadávky voči Družstvu, ktoré je vo vzťahu k nemu v pozícii dlžníka/povinného, resp. osoby, ktorá je povinná žalobcovi vydať získaný prospech v podobe vyrovnacieho podielu. Aj napriek tomu, že žalobca si uplatnil pohľadávku voči Družstvu v konkurze vyhlásenom na majetok Družstva, v čase rozhodovania nepreukázal bezúspešnosť uplatňovania svojich práv voči Družstvu. S poukazom na vyjadrenie správcu konkurznej podstaty úpadcu zo dňa 20. 08. 2013 konštatoval, že toho času nie je možné ustáliť majetok úpadcu - Družstva, s ktorým bol žalobca v záväzkovom vzťahu, a z ktorého majetku by mala byť uspokojená jeho pohľadávka, uplatňovaná i v prebiehajúcom konaní, titulom náhrady škody za nesprávny úradný postup a z tohto dôvodu nemohol v rozhodnom čase (§ 154 O.s.p.) ustáliť, či a najmä v akej výške, vznikla žalobcovi škoda, a preto považoval žalobu za predčasne podanú. K rozhodnutiu NS ČR sp. zn. 29Cdo 4968/2009, na ktoré poukazoval žalobca , uviedol, že jeho závery sú pre daný prípad neaplikovateľné, nakoľko konkurzné konanie v danej veci nie je ukončené a vzhľadom na jeho stav nemožno jednoznačne konštatovať vylúčenie možnosti uspokojenia pohľadávky žalobcu ako prípadného veriteľa v rozsahu, v akom sa v prebiehajúcom konaní domáha náhrady škody. Za preukázaný nepovažoval ani nesprávny úradný postup, ktorý mal podľa žalobcu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žalovaného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žalobcovi, ktorý nebol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Za dôvodný nevyhodnotil ani návrh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 danej veci je výlučne nesprávny úradný postup NBS vyplývajúci z dohľadu nad Družstvom, a nie nad OCP, ktorý je predmetom konania vedeného pod sp. zn. 19C/56/2011, a preto dokazovanie nesprávneho úradného postupu v konaní sp. zn. 19C/56/2011 nepredstavuje takú právne relevantnú skutočnosť, ktorá by mala význam pre rozhodnutie súdu vo veci samej. Vzhľadom na právny vzťah medzi žalobcom - ako členom Družstva a Družstvom nemá na preukázanie predpokladov zodpovednosti žalovaného za škodu vplyv prípadné zanedbanie dohľadu NBS nad OCP, s ktorým bolo v záväzkovom vzťahu iba Družstvo. Otázka existencie a vzniku škody Družstva je rovnako pre prejednávanú vec bezpredmetná, pretože úspech, prípadne neúspech Družstva, ako účastníka súdneho konania sp. zn. 19C/56/2011, má význam len z hľadiska prebiehajúceho konkurzného konania, ktoré nie je toho času skončené a prebieha naďalej. Za dôvodný nepovažoval ani návrh na prerušenie konania v súvislosti s požiadaním Súdneho dvora Európskej únie o rozhodnutie o predbežnej otázke podľa článku 267 Zmluvy o fungovaní Európskej únie podaný podľa § 109 ods. 1, písm. c/ O.s.p., nakoľko žalobca nežiadal o výklad platnosti právneho aktu Európskej únie a odpovede na ním nastolené prejudiciálne otázky nepovažoval za potrebné na rozhodnutie vo veci. O trovách konania rozhodol podľa § 142 ods. 1 O. s. p. a ich náhradu úspešnému žalovanému nepriznal, pretože si ich neuplatnil a v konaní mu ani žiadne trovy nevznikli. 2. Proti tomuto rozsudku, do výroku o zamietnutí návrhu na prerušenie konania a návrhu vo veci samej, podal v zákonom stanovenej lehote odvolanie žalobca, domáhajúc sa jeho zmeny tak, aby bolo jeho návrhu na prerušenie konania a žalobe vo veci samej vyhovené alternatívne jeho zrušenia a vrátenia veci súdu prvej inštancie na ďalšie konanie dôvodiac tým,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Naďalej považoval za opodstatnený svoj návrh na prerušenie konania, keďže výsledok konania pod sp.zn. 19C 56/2011 má úzky vplyv na toto konanie, a to čo do dôvodu i rozsahu, v akom sa Národná banka Slovenska dopustila nesprávneho úradného postupu pri výkone dohľadu, a to i nad obchodníkom s cennými papiermi, v ktorej súvislosti mala vzniknúť škoda družstvu, ktorého bola členom. V prípade, ak by sa v konaní pod sp.zn. 19C 56/2011 preukázal nesprávny úradný postup Národnej banky Slovenska pri výkone dohľadu nad obchodníkom s cennými papiermi, tak dokazovanie v tomto smere by bolo v danom konaní nadbytočné a bolo by preto nehospodárne, aby na súde prebiehali súčasne dve skutkovo i časovo súvisiace dokazovania, v ktorých by sa posudzoval nesprávny úradný postup Národnej banky Slovenska voči rovnakým dohliadaním subjektom. V kontexte uvedeného zotrval na svojej argumentácii, že škoda v jej majetkovej sfére vznikla nesprávnym úradným postupom Národnej banky Slovenska aj v súvislosti s obchodníkom s cennými papiermi. Záverom zdôraznil, že výsledok konania, v ktorom sa rieši otázka majúca podstatný vplyv a význam pre rozhodnutie v danej veci, môže podstatne zmeniť rozhodnutie súdu vo veci samej a môže tak spôsobiť existenciu dôvodu na obnovu konania, a preto je presvedčený, že by bolo procesne ekonomickejšie vyčkať na rozhodnutie súdu vo veci vedenej pod sp.zn.19C 56/2011.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 záver súdu prvej inštancie ,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 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Ing. Libor Červenka,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 možnosť vymôcť plnenie od subjektu, ktorý jediný je podľa názoru žalovaného a súdu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žalovaným. Aktuálny stav konkurzu preto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3. Žalovaný vo svojom vyjadrení k odvolaniu žalobcu uviedol, že súd prvej inštancie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 s tvrdením žalobcu,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žalobcu. Návrh žalobcu na prerušenie konania považoval za účelový pokus o predlžovanie prvostupňového konania a v tomto smere poukázal na to, že uvedené konanie a konanie pod sp.zn. 19C 56/2011 sú rozdielne a vzájomne nezávislé súdne konania, v ktorých sa preukazujú rozdielne skutkové okolnosti s rozdielnou právnou argumentáciou - preukazuje sa výkon dohľadu nad dvoma rozdielnymi subjektmi, keďže v konaní pod sp.zn. 19C 56/2011 Družstvo preukazuje údajný nesprávny úradný postup Národnej banky Slovenska nad obchodníkom s cennými papiermi a v tomto konaní sa preukazuje údajný nesprávny úradný postup Národnej banky Slovenska nad Družstvom, a pokiaľ žalobca preukazuje aj údajný nesprávny úradný postup nad obchodníkom s cennými papiermi tento preukazovať v tomto konaní považuje za irelevantný, nakoľko na strane žalobcu nemohlo dôjsť k vzniku škody v bezprostrednej a priamej príčinnej súvislosti s údajným nesprávnym úradným postupom Národnej banky Slovenska nad obchodníkom s cennými papiermi, keďže nebol v žiadnom vzťahu s obchodníkom s cennými papiermi, ktorý bol v záväzkovo právnom vzťahu iba s Družstvom, ktoré s ním uzatvorilo zmluvu o riadení portfólia, a teda iba Družstvu by teoreticky mohla vzniknúť škoda v priamej príčinnej súvislosti s údajným nesprávnym úradným postupom Národnej banky Slovenska nad obchodníkom s cennými papiermi. Zdôraznil, že Družstvu vznikla povinnosť vrátiť žalobcovi finančné prostriedky a len v prípade, ak sa nedomôže svojej pohľadávky voči Družstvu, tak až potom bude zrejmé, či mu vznikla škoda a v akej výške. V tejto súvislosti zdôraznil subsidiárnu zodpovednosť štátu za škodu vo vzťahu k zodpovednosti Družstva -ako dlžníka, ktorý prijal finančné prostriedky od žalobcu a ktoré má povinnosť tieto finančné prostriedky mu vrátiť. V kontexte uvedeného zdôraznil, že až po vyčerpaní všetkých zákonných možností veriteľov úpadcu - Družstva (teda aj žalobcu ) k uspokojeniu nárokov zo svojich právnych vzťahov proti súkromnej právnickej osobe a aj zodpovedným predstaviteľom, môže byť nastolená otázka vzniku škody a prípadnej zodpovednosti štátu za ňu. Vzhľadom na uvedené mal za to, že v konaní pod sp.zn. 19C 56/2011 sa nerieši významná otázka, ktorá by mohla mať podstatný vplyv a význam pre rozhodnutie v tomto konaní, a preto neexistuje objektívny dôvod na prerušenie konania. Argumentoval, že žalobca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Žalobca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 žalobca,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žalobcu, že súd prvej inštancie nevykonal listinné dôkazy v súlade s ustanovením § 129 ods. 1 O.s.p. uviedol,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žalobcovi rovnakého právneho zástupcu. 4. Na základe dovolania žalobcu bol (v poradí prvý) rozsudok Krajského súdu v Bratislave č.k. 8Co/128/2014 - 312 zo dňa 24. 03. 2015; ktorým bol rozsudok súdu prvej inštancie potvrdený ; zrušený uznesením dovolacieho súdu sp.zn. 4Cdo 747/2015 zo dňa zo dňa 26.04.2016 z dôvodu procesnej nesprávnosti spočívajúcej v nedoručení vyjadrenia žalovaného ( č.l. 300-306) k odvolaniu žalobcovi. 5. Pokiaľ ide o túto vytknutú procesnú vadu, odvolací súd zistil, že po skončení odvolacieho konania; v rámci dovolacieho konania; bol tento nedostatok odstránený súdom prvej inštancie, ktorý doručil žalobcovi aj vyjadrenie žalovanej k odvolaniu zo dňa 18.02.2014 (č.l. 300- 306 spisu) na základe pokynu zo dňa 14.10.2015 (č.l.369 spisu), a ktoré právny zástupca žalobcu prevzal dňa 27.10.2015. 6. Odvolací súd; s poukazom na § 470 ods. 1, 2 zák.č. 160/2015 Z.z. , Civilný sporový poriadok ( ďalej len "CSP") účinného od 01.07.2016; opätovne preskúmal rozsudok súdu prvej inštancie v napadnutom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7. V zmysle § 109, ods. 2 písm. c/ O.s.p. súd môže (fakultatívne) prerušiť konanie pokiaľ je vhodné v konaní dočasne nepokračovať vzhľadom na predbežnú otázku, ktorú pre svoje rozhodnutie môže síce posúdiť v prebiehajúcom konaní sám, ale môže tiež vyčkať až na jej posúdenie v inom konaní, pričom vyriešenie tejto predbežnej otázky v inom konaní môže mať význam pre jeho rozhodnutie. Ide teda o prerušenie konania, ktoré nie je pre samotné konanie nevyhnutné, a preto súd konanie nemusí prerušiť; je na úvahe vec prejednávajúceho súdu, či túto procesnú možnosť využije, keďže to nie je jeho povinnosť. Súd má najskôr zvážiť možnosť iných vhodných opatrení, a až keď tieto zlyhajú, môže konanie prerušiť, pričom musí vždy mať na zreteli požiadavku rýchlej a účinnej ochrany účastníkov v súdom konaní (§ 6 O.s.p.) a hospodárnosť konania, z hľadiska ktorých by malo prerušenie konania predstavovať skôr výnimku ako pravidlo. 8. S poukazom na vyššie uvedené postupoval súd prvej inštancie v danom prípade dôsledne podľa § 109 ods. 2, písm. c/ O.s.p. skúmajúc, či sú splnené zákonné predpoklady na prerušenie konania, pričom dospel k správnemu záveru, že v konaní vedenom pod sp. zn. 19C 56/2011 sa nerieši otázka, ktorá by mohla mať zásadný a rozhodujúci význam pre rozhodnutie v prejednávanej veci, a pokiaľ návrh žalobcu na prerušenie konania ako nedôvodný zamietol, rozhodol vecne správne. 9. Odvolací súd poznamenáva, že v konaní prebiehajúcom pod sp.zn. 19C 56/2011 sa vyriešenie otázky nesprávneho úradného postupu NBS v súvislosti s výkonom dohľadu nad obchodníkom s cennými papiermi neodrazí priamo vo výroku rozsudku, ktorý je podľa § 159 ods. 2 O.s.p. záväzný pre všetky orgány (vrátane súdov). Len skutočnosť, že vzhľadom na zhodné tvrdenia žalobcov v oboch konaniach o tom, že im vznikla škoda v dôsledku nesprávneho úradného postupu NBS vo vzťahu k obchodníkovi s cennými papiermi, je potrebné v oboch konaniach posúdenie rovnakých predbežných otázok, nezakladá potrebu prerušenia toho konania, keďže túto otázku je potrebné vyriešiť vo vzťahu k rozdielnym subjektom vystupujúcim ako poškodení; keď žalobcom v konaní pod sp.zn. 19C 56/2011 je PDSI, ktoré bolo v zmluvnom vzťahu s obchodníkom s cennými papiermi, na rozdiel od žalobcu v tomto konaní, ktorý ako člen Družstva, nebol v žiadnom záväzkovom vzťahu s obchodníkom s cennými papiermi. Súdu prvej inštancie nič nebránilo túto otázku samostatne v tomto konaní posúdiť, bez zreteľa na výsledok konania pod sp. zn. 19C 56/2011, a preto neobstojí ani argumentácia potreby prerušenia konania z hľadiska jeho hospodárnosti, či duplicitného vedenia rovnakého dokazovania v oboch súbežne prebiehajúcich konaniach. Napokon viazanosť súdu posúdením predbežnej otázky v inom konaní nevyplýva výslovne ani z ust. § 135 ods. 1 O.s.p., a preto možno uzavrieť, že pokiaľ rozhodnutie vo veci, hoci obdobnej, pod sp.zn. 19C 56/2011, nie je pre rozhodnutie v danej veci právne záväzné, je výlučne na úvahe súdu prvej inštancie, či sa rozhodne konanie prerušiť alebo či si predbežnú otázku sám vyrieši v tomto konaní.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16.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V posudzovanej veci súd prvej inštancie vykonal náležité dokazovanie potrebné na zistenie všetkých rozhodujúcich skutočností dôležitých pre posúdenie dôvodnosti žaloby, ktorou sa žalobca domáhal zaplatenia náhrady škody, ako aj na posúdenie opodstatnenosti tvrdení, ktoré uvádzal žalovaný na svoju obranu, zhodnotením výsledkov vykonaného dokazovania v súlade so zásadou voľného hodnotenia dôkazov dospel k správnym skutkovým záverom, a na ich základe následne vyvodil aj správny právny záver, že v danej veci neboli splnené zákonné podmienky zodpovednosti štátu za škodu spôsobenú žalobcovi nesprávnym úradným postupom orgánov štátu, pričom na vec aplikoval zodpovedajúce ustanovenia zákona č. 514/2003 Z.z. o zodpovednosti za škodu spôsobenú pri výkone verejnej moci (§ 3 ods. 1, ods.2, § 9 ods. 1, § 17 ods.1 ) v spojení so zákonom č. 566/2001 Z.z. o cenných papieroch a investičných službách ( ďalej len "zákon o CP") a zákonom č. 747/2004 Z.z. o dohľade nad finančným trhom ( ďalej len " zákon o dohľade") a svoje dôvody, pre ktoré žalobe nevyhovel a neprihliadol tak na námietky žalobcu proti postupu orgánov štátu (NBS ) pri výkone dohľadu, aj náležite v súlade so zákonnými požiadavkami odôvodnil, a preto možno odôvodnenie jeho rozhodnutia považovať za presvedčivé. Obsah odvolania žalobcu nie je spôsobilý spochybniť správnosť záverov napadnutého rozsudku súdu prvej inštancie z hľadiska ním uplatňovaných odvolacích dôvodov, keď ani v odvolacom konaní neboli zistené také nové rozhodujúce skutočnosti alebo dôkazy, ktoré by mali za následok zmenu skutkového stavu alebo by spochybňovali správnosť právnych záverov, na ktorých súd prvej inštancie založil svoje rozhodnutie. 19.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20.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21.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22.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23.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24.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25. So zreteľom na uvedené potom žalobca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26.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27.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žalobca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28.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29.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30.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 128 ods. 1, písm.h/ ). Až novelou zákona účinnou od 1.1.2009 bola NBS povinná dohliadať aj na aktuálnosť prospektu investície ( § 127 ods. 4 zákona o CP v znení účinnom od 1.1.2009 v spojení s § 125c ods. 1), pričom povinnosť predložiť dodatok na schválenie orgánu dohľadu mal štatutárny orgán vyhlasovateľa. V nadväznosti na uvedené odvolací súd uzavrel, že žalobca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žalobcu, že nedostatky v aktualizácii údajov prospektu, mali vplyv na hodnotenie majetkových hodnôt, resp. že by sankcionovanie Družstva orgánom dohľadu, ovplyvnilo jeho rozhodnutie zotrvať v Družstve, resp. ďalej investovať do majetku Družstva. Žalobca ničím nepreukázal, že ku vzniku škody spočívajúcej v nevyplatení mu zmeniek došlo v priamej a bezprostrednej príčinnej súvislosti s neaktualizovaním údajov prospektu, resp. že jeho nemožnosť rozpoznať riziko bola zapríčinená zanedbaním dohľadu NBS nad aktualizáciou údajov, resp. nesankcionovaním Družstva za nesplnenie si v tejto súvislosti jeho povinnosti. 31.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32. Podľa § 415 Obč. zák., každý je povinný počínať si tak, aby nedochádzalo ku škodám na zdraví, na majetku, na prírode a životnom prostredí. 33. Podľa § 441 Obč. zák. ak bola škoda spôsobená výlučne zavinením poškodeného, znáša ju sám. 34. V tejto súvislosti odvolací sú poznamenáva, že žalobca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transakcie/ investície v oznámení o verejnej ponuke (§ 129 ods. 1 písm. b/ zákona o CP) a neprimerane sa spoliehal na to, že štát v rámci výkonu dohľadu je garantom návratnosti vložených peňažných prostriedkov a ich zhodnotenia. Žalobca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Žalobca rovnako zanedbal svoju prevenčnú povinnosť vo vzťahu ku kontrole činnosti Družstva, keď svojou účasťou na členskej schôdzi, mohol uplatňovať svoje práva vyplývajúce jej z členstva, a to riadiť záležitosti Družstva a kontrolovať činnosť Družstva a jeho orgánov. Žalobca uložením peňažných prostriedkov do súkromného podnikateľského subjektu prevzal na seba určité riziká, a to vrátane rizík spojených s jeho zlým hospodárením, a túto nemôže prenášať na štát. 35. Nemožno sa stotožniť ani s tvrdením žalobcu v tom, že medzi vzniknutou škodou, ktorá sa má rovnať hodnote ním investovanej sumy do Družstva, resp. výške sumy, na ktorú mu boli vystavené zmenky a nesprávnym úradným postupom spočívajúcim v nečinnosti orgánu dohľadu, je daná príčinná súvislosť, v tom, že keby včas zakročil a pozastavil by činnosť Družstva alebo OCP, nebol by žalobca svoje peniaze zveril Družstvu, resp. že by vymohol ním vložené peniaze, resp. sumy, na ktoré boli zmenky vystavené. Žalobcovi nevznikla škoda tým, že vstúpil do Družstva a vložil do neho peňažné prostriedky formou členských vkladov alebo tým, že skôr nevystúpil z Družstva, ale tým, že mu vznikla nevymožiteľná pohľadávka voči Družstvu na vyplatenie zmenkových súm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žalobcu by bola uspokojená. 36. Nakoľko výkon dohľadu NBS sa nevzťahuje na spory vyplývajúce zo záväzkovo-právnych vzťahov medzi obchodníkom s cennými papiermi a ich klientmi (§ 136 ods. 1 zákona o CP) ,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37. Odvolací súd zhodne so žalovaným konštatuje, že nakoľko žalobca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žalobcu. 38. Podľa § 442 ods. 1 Obč. zák. uhrádza sa skutočná škoda a to, čo poškodeného ušlo (ušlý zisk). 39.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40. V zmysle uvedeného možno vyvodiť záver, že pokiaľ si žalobca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žalobcovi škoda (v podobe nevymožiteľnosti pohľadávky ) ešte nevznikla a môže mu vzniknúť až po skončení konkurzného konania, resp. po právoplatnosti rozvrhového uznesenia. V prvom rade si teda žalobca musí vysporiadať svoje nároky so subjektmi zmluvných vzťahov a vo vzťahu k iným subjektom si môže uplatňovať mimozáväzkovú zodpovednosť za vznik majetkovej ujmy až po tom, čo táto ujma zo záväzkových vzťahov vznikla, teda až vtedy ak právo žalobcu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žalobcu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bolo potrebné zamietnuť aj z toho dôvodu, že bola predčasne podaná. 41. V tejto súvislosti žalovaný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Žalobca sa mylne domnieva, že existencia pohľadávky voči priamemu dlžníkovi mu automaticky zakladá vznik majetkovej škody, táto mu totiž nevzniká v okamihu splatnosti jej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žalobcu, že zákon číslo 514/2003 Z.z. nevyžaduje žiadne predchádzajúce vysporiadanie súkromnoprávnych vzťahov a že žiadna platná norma neumožňuje vysloviť záver o predčasnosti podania návrhu a to ani vtedy, ak doposiaľ nemal možnosť vymôcť plnenie od subjektu, ktorý je jej povinný dané plnenie vrátiť. 42. Pokiaľ žalobca argumentoval rozsudkom Najvyššieho súdu Českej republiky sp.zn. 29 Cdo 4968/2009 zo dňa 11. 4. 2012 vo vzťahu k predčasnosti žaloby,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43. Inou vadou konania v zmysle ust. § 205 ods. 2, písm. 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prvej inštancie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44. Dokazovanie vykonáva súd na pojednávaní (§ 122 ods. 1 O.s.p.). Dôkaz listinou sa vykoná tak, že predseda senátu alebo samosudca na pojednávaní listinu alebo jej časť prečíta alebo oznámi jej obsah; to neplatí, ak súd vo veci nenariaďuje pojednávanie (§ 129 ods. 1 O.s.p.). 45. Námietku žalobcu, že súd prvej inštancie nevykonal dokazovanie v súlade s ustanovením § 129 ods. 1 O.s.p., nepovažoval odvolací súd za opodstatnenú. Postup súdu prvej inštancie v procese dokazovania možno zistiť len z obsahu pojednávania zachyteného v zápisnici o pojednávaní. Z obsahu zápisnice pred súdom prvej inštancie zo dňa 9. 12. 2013 vyplýva, že tento oboznámil obsah spisu a listinných dokladov bližšie špecifikovaných v zápisnici z pojednávania, ku ktorým sa právny zástupca žalobcu a splnomocnená zástupkyňa žalovaného zhodne vyjadrili tak, že ich obsah je im známy, nakoľko ich majú k dispozícii. 46. Dokazovanie listinnými dôkazmi, ktorých obsah súd prvej inštancie oboznámil na pojednávaní, bolo vykonané v súlade s ust. § 129 ods. 1 O.s.p. a zo skutočnosti, že v zápisnici nie je zachytené, či oboznámenie vykonal prečítaním presne označených listín alebo ich presne označených častí, nemožno vyvodiť ich procesnú neúčinnosť, resp. ich nevykonanie zákonným spôsobom. Navyše, ide predovšetkým o listinné doklady predložené samotným žalobcom, a preto mu bol ich obsah známy, dokonca sa na tieto dôkazy odvolával v súvislosti s preukazovaním svojho nároku, a preto súd prvej inštancie nevychádzal pri svojom rozhodovaní zo žiadnej takej rozhodujúcej skutočnosti, resp. listinného dôkazu, preukazujúceho také skutočnosti, ktoré by žalobcovi neboli známe a na ktoré skutočnosti či dôkazy by nebol mohol v konaní patrične, svojimi procesnými návrhmi a vyjadreniami, reagovať. Napokon žalobca, resp. jeho právny zástupca, nenamietali v priebehu pojednávaní, že by na ňom nedošlo k oboznámeniu s listinnými dokladmi tak, ako to bolo zaznamenané v zápisnici o pojednávaní, resp. že by došlo k zaprotokolovaniu tejto skutočnosti v rozpore s faktickým stavom. 47. S poukazom na uvedené odvolací súd uzavrel, že dokazovanie listinnými dokladmi bolo vykonané zákonným spôsobom, tieto tak boli spôsobilým podkladom pre zisťovanie skutkového stavu tak, ako bol správne ustálený súdom prvej inštancie a strany sporu mali možnosť v konaní uplatniť svoje právo sa k týmto dôkazom vyjadriť (§ 123 O.s.p.). 48. Súd prvej inštancie ku skutkovým zisteniam, na ktorých založil svoje rozhodnutie, tak dospel v súlade s § 122 ods. 1 O.s.p. a § 129 ods. 1 O.s.p., a preto v konaní pred súdom prvej inštancie nedošlo k procesnej vade majúcej za následok nesprávne rozhodnutie vo veci. 49.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50. Odvolací súd tak nepovažoval námietky žalobcu uvádzané v odvolaní za dôvodné a za stavu, keď súd prvej inštancie na základe dostatočne zisteného skutkového stavu a riadne vykonaných dôkazov dospel k správnym skutkovým zisteniam a správne vec posúdil aj po právnej stránke, žalobcom uplatnené odvolacie dôvody nemohli obstáť. 51. Keď teda súd prvej inštancie za daného skutkového stavu, ktorý bol zistený správne, zamietol žalobu z dôvodu nesplnenia zákonných predpokladov zodpovednosti štátu za škodu spôsobenú nesprávnym úradným postupom podľa § 9 zákona č. 514/2003 Z.z., rozhodol vecne správne a odvolací súd preto rozsudok súdu prvej inštancie v napadnutej (zamietajúcej) časti, vrátane výroku o náhrade trov konania, potvrdil (§ 387 ods. 1 CSP). 52. O nároku na náhradu trov odvolacieho konania rozhodol odvolací súd podľa § 396 ods. 1 CSP v spojení s § 255 ods. 1 CSP. Žalovanému, ktorý mal vo veci úspech v celom rozsahu, nárok na náhradu trov odvolacieho konania nepriznal, nakoľko mu v odvolacom konaní v súvislosti s bránením práva žiadne trovy nevznikli. 53. Toto rozhodnutie bolo prijaté pomerom hlasov 3 : 0 .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https://www.kauzis.sk/judikatura/r/ECLI:SK:KSBA:2016:1111244423.1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