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6Co/743/2014 z 24. 4. 2016</w:t>
      </w:r>
    </w:p>
    <w:p>
      <w:r>
        <w:t>Rozsudok Krajského súdu Bratislava z 24. apríla 2016, sp. zn. 6Co/743/2014, ECLI:SK:KSBA:2016:1111244539.3</w:t>
      </w:r>
    </w:p>
    <w:p>
      <w:r>
        <w:t>Súd: Krajský súd Bratislava</w:t>
      </w:r>
    </w:p>
    <w:p>
      <w:r>
        <w:t>Spisová značka: 6Co/743/2014</w:t>
      </w:r>
    </w:p>
    <w:p>
      <w:r>
        <w:t>ECLI: ECLI:SK:KSBA:2016:1111244539.3</w:t>
      </w:r>
    </w:p>
    <w:p>
      <w:r>
        <w:t>Dátum vydania: 24. 4. 2016</w:t>
      </w:r>
    </w:p>
    <w:p>
      <w:r>
        <w:t>Forma: Rozsudok</w:t>
      </w:r>
    </w:p>
    <w:p>
      <w:r>
        <w:t>Oblasť práva: Občianske právo</w:t>
      </w:r>
    </w:p>
    <w:p>
      <w:pPr>
        <w:pStyle w:val="Heading2"/>
      </w:pPr>
      <w:r>
        <w:t>Text rozhodnutia</w:t>
      </w:r>
    </w:p>
    <w:p>
      <w:r>
        <w:t>Súd: Krajský súd Bratislava Spisová značka: 6Co/743/2014 Identifikačné číslo súdneho spisu: 1111244539 Dátum vydania rozhodnutia: 25. 04. 2016 Meno a priezvisko sudcu, VSÚ: JUDr. Darina Kuchtová ECLI: ECLI:SK:KSBA:2016:1111244539.3 ROZSUDOK V MENE SLOVENSKEJ REPUBLIKY Krajský súd v Bratislave v senáte zloženom z predsedníčky senátu JUDr. Dariny Kuchtovej a členov senátu JUDr. Martina Murgaša a JUDr. Edity Szabovej v právnej veci navrhovateľa: E. L., X.. XX.XX.XXXX, L. L., R.Á. XXXX/X, zastúpený: FUTEJ &amp; Partners, s.r.o., so sídlom Radlinského 2, 811 07 Bratislava proti odporcovi: Slovenská republika, zastúpená Národnou bankou Slovenska, so sídlom ul. Imricha Karvaša 1, 813 25 Bratislava v konaní o náhradu škody vo výške 37.397,02 eur s príslušenstvom, na odvolanie navrhovateľa proti rozsudku Okresného súdu Bratislava I v Bratislave zo dňa 30. júna 2014, č. k. 11C/188/2011-659 a proti uzneseniu Okresného súdu Bratislava I v Bratislave zo dňa 14. augusta 2014, č. k. 11C/188/2011-678 takto r o z h o d o l : Krajský súd v Bratislave rozsudok Okresného súdu Bratislava I v Bratislave zo dňa 30. júna 2014, č. k. 11C/188/2011-659, p o t v r d z u j e . Uznesenie Okresného súdu Bratislava I v Bratislave zo dňa 14. augusta 2014, č. k. 11C/188/2011-678, p o t v r d z u j e . o d ô v o d n e n i e : Napadnutým rozsudkom súd prvého stupňa zamietol návrh navrhovateľa, ktorým sa voči odporcovi domáhal uloženia povinnosti odporcovi zaplatiť mu sumu 37.397,02 eur s prísl., spôsobenú nesprávnym úradným postupom NBS podľa § 14 zák. č. 514/2003 Z.z. o zodpovednosti za škodu spôsobenú pri výkone verejnej moci a o zmene niektorých zákonov v znení neskorších predpisov (ďalej len zák. č. 514/2003 Z.z.). Navrhovateľ vložil peňažné prostriedky do družstva Podielové družstvo slovenské investície (ďalej len družstvo) a stal sa jeho členom. Družstvo zhromažďovalo peňažné prostriedky od svojich členov a zabezpečovalo ich zhodnocovanie na základe verejnej ponuky majetkových hodnôt podľa § 126 zákona č. 566/2001 Z.z. o cenných papieroch a investičných službách a o zmene a doplnení niektorých zákonov (zákon o cenných papieroch) v znení neskorších predpisov (ďalej len zákon č. 566/2001 Z.z.), ktorú schválil právny predchodca Národnej banky Slovenska - Úrad pre finančný trh rozhodnutím č. N.-XXX/ XXXX/SPI zo dňa 21.03.2002, ktoré nadobudlo právoplatnosť dňa 28.03.2002. Družstvo zhodnocovalo peňažné prostriedky členov výlučne prostredníctvom spoločnosti CAPITAL INVEST, o.c.p., a.s. (ďalej len obchodník s cennými papiermi), ktorá svoju činnosť vykonávala do 01.03.2011, kedy jej Národná banka Slovenska (ďalej len NBS) odobrala povolenie na poskytovanie investičných služieb. Družstvo a obchodník s cennými papiermi dňa 02.06.2008 uzatvorili zmluvu o správe portfólia cenných papierov. Miera zhodnotenia peňažných prostriedkov vložených navrhovateľom do družstva mala byť v súlade s Prospektom investície a činnosťou obchodníka s cennými papiermi vo výške 8 % p.a. Nad činnosťou obchodníka s cennými papiermi vykonávala dohľad NBS podľa § 136 a nasl. zákona č. 566/2001 Z.z. a podľa zákona č. 566/1992 Zb. o Národnej banke Slovenska v znení neskorších predpisov (ďalej len zákon č. 566/1992 Zb.). Peňažné prostriedky vložil do Družstva výhradne z dôvodu, že sa spoľahol na dohľad NBS nad činnosťou Družstva a obchodníka s cennými papiermi, a teda že bude zabezpečené ich riadne fungovanie a budú ochránené a zhodnocované jeho peňažné prostriedky. Navrhovateľ sa v máji 2010 dozvedel, že obchodník s cennými papiermi skončil s Družstvom činnosť ku dňu 30.04.2010, že družstvu neodovzdal žiadne portfólio cenných papierov ani zverené peňažné prostriedky, a preto družstvo nemá prostriedky na výplatu peňažných prostriedkov a ich zhodnotenie, ktoré mu zveril. Nevedel, že môže dôjsť ku škode na jeho majetku, pretože (ako uvádzalo družstvo) obchodník s cennými papiermi počas trvania zmluvy predkladal vyúčtovania, v ktorých, v rozpore so skutočným stavom o plnení svojich záväzkov zo zmluvy, družstvo ubezpečoval, že zhodnocovanie vkladov prebieha v dohodnutej výške; zároveň si obchodník s cennými papiermi vyúčtovával za činnosť podľa zmluvy odmenu vo výške zhodnotenia portfólia družstva nad zmluvne dohodnuté osempercentné zvýšenie hodnoty portfólia družstva. V dôsledku činnosti obchodníka s cennými papiermi mu vznikla škoda, ktorá predstavuje sumu, o ktorú sa zmenšil jeho majetok, nakoľko družstvo mu ju nevrátilo a ani nevráti. Družstvo, ktoré sa výpoveďou zmluvy o riadení portfólia zo strany obchodníka s cennými papiermi dostalo do stavu, že nemohlo vykonávať svoju činnosť, sa obrátilo na NBS (napríklad listom zo dňa 15.04.2010) a žiadalo ju o pomoc. NBS je zodpovedná za dohľad nad finančným trhom a disponuje zákonom zverenými právomocami. Namietal, že NBS nepostupovala v súlade so zákonom č. 566/2001 Z.z., ani zákonom č. 566/1992 Zb., a preto objektívne zodpovedá za škodu, ktorá mu vznikla v dôsledku nesprávneho úradného postupu. Nesprávny úradný postup NBS spočíva v tom, že neurobila riadne a včas úkony potrebné na nápravu zistených nedostatkov u družstva a obchodníka s cennými papiermi, ani na ich zamedzenie v budúcnosti, pričom z charakteru zistených porušení vedela alebo musela vedieť, že nedostatky v činnosti obchodníka s cennými papiermi zasahujú do práv a právom chránených záujmov družstva vo vzťahu k jeho záväzkom voči členom družstva. NBS včas neupozornila družstvo na riziká vyplývajúce z činnosti obchodníka s cennými papiermi, tak aby družstvo a jeho členovia mohli chrániť svoje investície, ktorý mohol vykonávať svoju činnosť až do 01.03.2011, kedy mu NBS odobrala povolenie na poskytovanie investičných služieb. NBS neskoro zistila neaktuálnosť údajov zahrnutých do prospektu investície družstva a oneskorene zakázala družstvu činnosť. NBS nereagovala na podnet družstva zo dňa 24.06.2010 na vyhlásenie obchodníka s cennými papiermi za neschopného plniť záväzky voči klientom, čím spôsobila, že družstvo si nemohlo uplatniť nárok na náhradu za nedostupný klientsky majetok. NBS neprijala voči obchodníkovi s cennými papiermi vhodné opatrenia (sankcie), ktorými by zabezpečila, že obchodník s cennými papiermi by nemohol nakladať so svojím majetkom inak, než za účelom uspokojenia pohľadávky navrhovateľa alebo tretích osôb, aj keď NBS musela vedieť, že obchodník s cennými papiermi pri vykonávaní svojej činnosti porušuje zákon č. 566/2001 Z.z.. Ku škode by nedošlo, ak by NBS vykonávala dohľad nad obchodníkom s cennými papiermi riadne, urobila by vo vzťahu k družstvu a obchodníkovi s cennými papiermi potrebné opatrenia na nápravu. Odporca v písomnom vyjadrení navrhol návrh na začatie konania zamietnuť ako nedôvodný a neopodstatnený, požadovanú náhradu škody neuznáva. Družstvo a jeho dcérske spoločnosti sú podnikateľskými subjektmi, ktoré vznikli a vyvíjajú činnosť podľa zákona č. 513/1991 Zb. Obchodný zákonník v znení neskorších predpisov (ďalej len ObZ). Navrhovateľ vedel, že vložením finančných prostriedkov sa stala členkou podnikateľského subjektu a s jej členstvom sú spojené určité práva a povinnosti, ktoré sa okrem iného týkajú aj hospodárenia družstva. Za činnosť družstva zodpovedá a v mene družstva koná predstavenstvo ako štatutárny orgán. Navrhovateľ musel vedieť, že s jeho investíciou je spojené aj riziko a doterajší alebo propagovaný výnos nie je zárukou budúcich výnosov, tak ako to ustanovuje § 129 ods. 1 písm. b/ zákona č. 566/2001 Z.z.. Tvrdenie navrhovateľa, že sa spoliehal na to, že družstvo a obchodník s cennými papiermi sú pod dohľadom NBS, sú účelové a založené na neznalosti právnych predpisov. Prospekt investície, schválený Úradom pre finančný trh, je informačným dokumentom, ktorého účelom je poskytnúť investorom dostatok informácií pre ich investičné rozhodnutie. Súd prvého stupňa po vykonaní dokazovania výsluchom účastníkov konania, po vykonaní dokazovania so správami o činnosti a finančnej situácii Družstva a ďalšími listinnými dôkazmi odcitovanými v odôvodnení rozhodnutia súdu prvého stupňa na č.l. 5, na základe takto vykonaného dokazovania ustálil nasledovný skutkový stav: Úrad pre finančný trh ako právny predchodca NBS na úseku dohľadu nad finančným trhom rozhodnutím č. N.-XXX/XXXX/SPI, zo dňa 21.03.2002 schválil družstvu prospekt investície, v ktorom družstvo vyhlásilo, že skutočnosti v ňom uvedené sú úplné a pravdivé. Úrad pre finančný trh dňa 13.05.2003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To znamená, že od februára 2002 sú družstvá pod dozorom ÚFT, ktorý ich veľmi pozorne sleduje, posudzuje každý prejav navonok a doposiaľ nemá k činnosti výhrady" nie sú v súlade so skutočnosťou, pretože Úrad podľa § 127 ods. 4 a § 122 ods. 5 zákona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(uvedené kurzívou) nepoužíval a nešíril, a to ani vo vzťahu k členom družstva. Kompetencie Úradu pre finančný trh prešli s účinnosťou od 01.01.2006 na NBS [§ 45 ods. 1 zákona č. 747/2004 Z.z. o dohľade nad finančných trhom v znení neskorších predpisov (ďalej len zákon č. 747/2004 Z.z.)]. Dohľad nad finančným trhom je neverejný (§ 2 ods. 2, § 17 ods. 1 zákona č. 747/2004 Z.z.). Navrhovateľ ako člen družstva vložil do družstva peňažné prostriedky, ktoré spolu so zhodnotením predstavujú sumu 37.058,03 €. Predmetná suma vplýva z troch zmeniek vystavených družstvom: 1. členský podiel navrhovateľa v celkovej sume XX.XXX,XX €., ktorý bol na základe dohody medzi navrhovateľom a družstvom prevedený do zmenky, ID zmenky: XXXX, 2. zmenka vystavená dňa XX.XX.XXXX na R. X.XXX,XX €., ID zmenky: XXXX na základe zmluvy o vydaní zmenky zo dňa XX.XX.XXXX, 3. zmenka vystavená dňa XX.XX.XXXX na R. X.XXX,XX €., ID zmenky: XXXX na základe zmluvy o vydaní zmenky zo dňa XX.XX.XXXX. Ani jedna z uvedených zmeniek mu nebola vyplatená. Rozdiel medzi žalovanou sumou a súčtom zmeniek predstavuje sumu XXX,XX €., ktorá je zákonným 6 % úrokom zo zmeniek za obdobie nasledujúce po dni splatnosti zmeniek do XX.XX.XXXX. Družstvo ako klient a obchodník s cennými papiermi ako obhospodarovateľ uzatvorili dňa 02.06.2008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Prípadné akékoľvek spory, ktoré by vznikli zo zmluvy, budú zmluvné strany prioritne riešiť dohodou s vynaložením všetkého úsilia a v prípade, že k dohode nepríde, bude vec riešená v súlade s právnym poriadkom SR. 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Družstvo v dňoch 15.04.2010 a 28.06.2010 požiadalo NBS o preskúmanie postupu obchodníka s cennými papiermi a o vyhlásenie obchodníka za neschopného plniť záväzky voči družstvu; žiadalo o vykonanie dohľadu na mieste potom, čo mu obchodník s cennými papiermi vypovedal zmluvu o zriadení portfólia. Dňa 23.04.2010 opäť požiadalo NBS o zjednanie nápravy v činnosti obchodníka s cennými papiermi vo vzťahu k družstvu. Družstvo tvrdilo, že podalo podnet NBS už v roku 2007, ale ten súdu nepredložilo. Na základe podnetu družstva NBS vykonala dohľad na mieste, od družstva si dňa 25.04.2007 vyžiadala štruktúru majetku k 31.12.2005 a 31.12.2006 a dňa 24.08.2007 boli prerokované problémy a nezrovnalosti podľa 2 ods. 8 zákona č. 747/2004 Z.z.; na prerokovaní sa zúčastnili zástupcovia družstva a NBS. NBS rozhodnutím č. S.-XXXX/X/XXXX, zo dňa 08.01.2008 uložila obchodníkovi s cennými papiermi pokutu v sume 500.000,- Sk (16.596,96 €) Banková rada NBS rozhodnutím č. D.-XXX/XXXX, zo dňa 07.05.2008 zrušila rozhodnutie NBS č. S.- XXXX/X/XXXX, zo dňa 08.01.2008 a vec jej vrátila na ďalšie konanie. NBS v novom konaní rozhodnutím č. S.-XXXX-X/XXXX, zo dňa 20.08.2008 uložila obchodníkovi s cennými papiermi pokutu v sume 300.000,- Sk. Obchodník s cennými papiermi proti tomuto rozhodnutiu nepodal riadny opravný prostriedok (rozklad). NBS dňa 27.7.2010 oznámila Prezídiu Policajného zboru, Odboru bola proti korupcii Bratislava, skutočnosti, o ktorých sa dozvedela pri výkone dohľadu na diaľku, nasvedčujúce, že konaním oprávnených osôb družstva došlo k naplneniu skutkovej podstaty trestného činu. Na základe tohto oznámenia bolo začaté trestné stíhanie uznesením č. J.-XXX/BPK-L.-XXXX, zo dňa 16.11.2010. NBS predbežným opatrením č. S.-XXXX/XXXX, zo dňa 12.07.2010 uložila obchodníkovi s cennými papiermi zdržať sa nakladania s majetkom klientov zvereným obchodníkovi bez jej predchádzajúceho písomného súhlasu. NBS zastavila konanie o žiadosti družstva o schválenie dodatku k prospektu investície (rozhodnutie č. S.-XXXX/X-X/XXXX, zo dňa 26.08.2010). Rozhodnutie bolo potvrdenie rozhodnutím Bankovej rady NBS č. D.-XXXX/XXXX, zo dňa 08.12.2010, ktoré nadobudlo právoplatnosť dňa 16.12.2010. NBS rozhodnutím č. S.-XXXX-X/XXXX, zo dňa 21.12.2010 odobrala obchodníkovi s cennými papiermi povolenie na poskytovanie investičných služieb pre porušenie ustanovení § 156 ods. 2 písm. a/, § 55 ods. 7, ods. 9, § 85 ods. 2, § 84 ods. 1 písm. b/, § 76 ods. 2, § 77 ods. 7 zákona č. 566/2001 Z.z.. Rozhodnutie bolo potvrdené druhostupňovým rozhodnutím č. D.-XXX/XXXX, zo dňa 01.03.2011, ktoré nadobudlo právoplatnosť a vykonateľnosť dňa 04.03.2011. Súd prvého stupňa vec právne posúdil v súlade s ust. § 3 ods. 1 písm. d/, ods. 2 a § 9 ods. 1 a 2 zák. č. 514/2003 Z.z., poukázal na ust. § 126, 127 a § 135 ods. 1 zák. č. 566/2001 Z.z., ust. § 135 ods. 2 a ods. 7 cit. zákona, ust. § 233 ods. 1, § 241 ods. 1 a 2, § 243a Obchodného zákonníka, v spojení s ust. § 244 ods. 1 a 3 Obch. zák. a konštatoval, že medzi účastníkmi konania nebolo sporné uzatvorenie zmluvy o riadení portfólia medzi obchodníkom s cennými papiermi ako obhospodarovateľom a družstvom ako klientom zo dňa 02.06.2008, ako aj členstvo navrhovateľa v družstve. Sporným zostalo ustálenie, či ide o nesprávny úradný postup orgánu verejnej moci pri výkone verejnej moci, a teda ustálenie subjektu zodpovedného za vznik škody navrhovateľovi. Navrhovateľ sa domáhal náhrady škody podľa zákona č. 514/2003 Z.z. titulom nesprávneho úradného postupu NBS, spočívajúceho v údajnom zanedbaní povinností, v nečinnosti a prieťahoch pri výkone dohľadu nad obchodníkom s cennými papiermi, ktorý spravoval portfólio družstva.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5 Cdo 126/2009, zo dňa 30.06.2010, 6 Cdo 115/2010, zo dňa 31.05.2011).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Družstvo,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 v roku 2007 vykonala dohľad na mieste, počas ktorého zistila u obchodníka s cennými papiermi nedostatky, ktoré viedli k: o uloženiu pokuty v sume 500.000,- Sk, t.j. 16.596,96 € (rozhodnutím č. S.-XXXX/X/XXXX, z 08.01.2008, ktoré bolo zrušené rozhodnutím druhostupňového správneho orgánu - Bankovej rady NBS - č. D. XXX/XXXX, zo dňa 07.05.2008), o uloženiu pokuty v sume 300.000,- Sk, t.j. 9.958,18 € (rozhodnutím č. S.-XXXX-X/XXXX, z 20.08.2008, ktoré je právoplatné a vykonateľné, pretože obchodník s cennými papiermi sa vzdal práva podať rozklad), - predbežným opatrením č. S.-XXXX/XXXX, z 12.07.2010 nariadila obchodníkovi s cennými papiermi zdržať sa nakladanie s majetkom mu zvereným bez jej predchádzajúceho súhlasu, - dňa 27.07.2010 polícii oznámila skutočnosti, že mohlo dôjsť k spáchaniu trestného činu predstaviteľmi družstva, na základe ktorého bolo začaté trestné stíhanie uznesením č. J.-XXX/BPK-L.-XXXX, zo 16.11.2010, - zastavila konanie o schválenie dodatku k prospektu investície, o ktoré požiadalo družstvo (rozhodnutím č. S.-XXXX/X-X/XXXX, zo 26.08.2010), - odobrala obchodníkovi s cennými papiermi povolenie na poskytovanie investičných služieb rozhodnutím č. S.-XXXX-X/XXXX, zo dňa 21.12.2010, ktoré bolo potvrdené druhostupňovým rozhodnutím č. D.-XXX/XX, zo dňa 01.03.2011, - NBS rozhodnutím č. S.-XXXXX-X/XXXX, z 30.05.2011 zakázala družstvu predaj majetkových hodnôt. Súd prvého stupňa konštatoval, že z uvedeného vyplýva,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01.06.2010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31.05.2010 nemohla prekročiť rozsah svojich právomocí, zverených jej zákonom č. 566/2001 Z.z. a č. 747/2004 Z.z., pretože by konala v rozpore s čl. 2 ods. 2 Ústavy SR.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Navrhovateľ nepreukázal, že odporca sa dopustil nesprávneho úradného postupu. V konaní poukazoval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Preto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Na základe uvedeného súd prvého stupňa uzavrel, že nebola naplnená prvá a základná podmienka pre vyvodenie zodpovednosti voči štátu, a to existencia nesprávneho úradného postupu orgánu verejnej moci (NBS) pri výkone verejnej moci podľa § 9 zákona č. 514/2003 Z.z. Škoda, ktorá navrhovateľovi vznikla v podobe nevyplateného členského podielu, je škodou, ktorú nespôsobil odporca. Navrhovateľ ako člen družstva musel vedieť, že s jeho investíciou je spojené aj riziko a doterajší alebo propagovaný výnos nie je zárukou budúcich výnosov.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navrhovateľovi vznikla, vyplýva z nedbanlivostného konania družstva a obchodníka s cennými papiermi, teda iného subjektu ako je odporca. Medzi konaním odporcu a škodou, ktorá navrhovateľovi vznikla, preto nemôže existovať ani priama príčinná súvislosť. Na základe uvedeného neboli splnené zákonné podmienky vyplývajúce z § 3 ods. 1 písm. d/ a § 9 zákona č. 514/2003 Z.z. pre vyvodenie zodpovednosti voči štátu. O náhrade trov konania súd rozhodol podľa § 142 ods. 1, v spojení s § 151 ods. 1 OSP a úspešnému odporcovi náhradu trov konania nepriznal, pretože ich nežiadal. Proti tomuto rozsudku v zákonom stanovenej lehote podal odvolanie navrhovateľ a žiadal, aby odvolací súd zmenil odvolaním napadnutý výrok rozsudku súdu prvého stupňa a to tak, že ukladá odporcovi zaplatiť navrhovateľovi náhradu škody v sume 37.397,02 eur s prísl., ako aj nahradiť mu trovy konania alebo aby napadnutý výrok rozsudku súdu prvého stupňa zrušil a vec vrátil súdu prvého stupňa na ďalšie konanie. Navrhovateľ namietal, že súd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V tejto súvislosti poukázal na niektoré citáty z rozhodnutí súdov a to na Nález Ústavného súdu sp. zn. III. ÚS 341/07, Nález Ústavného súdu I. ÚS 243/07, ako aj Nález Ústavného súdu sp. zn. PL. ÚS 21/96. V prvom rade navrhovateľ namietal, že odporcov argument o tom, že upozornil družstvo, že odporca vykonáva dohľad nad činnosťou družstva, ako vyhlasovateľa verejnej ponuky majetkových hodnôt podľa § 135 ods. 1 zákona č. 566/2001 Z.z., ale nie dohľad nad celkovou činnosťou družstva, je úplne irelevantný, ak navrhovateľ nemohol o takto zúženom dohľade orgánu dohľadu vedieť. V tejto súvislosti navrhovateľ poukázal na zákon č. 566/2001 Z.z., ktorý nepoužíva rozlíšenie medzi „činnosťou“ a „celkovou činnosťou“ dohliadaného subjektu, pričom takéto rozlíšenie neobsahovalo ustanovenie § 135 ods. 1 tohto zákona č. 566/2001 Z.z. ani v čase, keď odporca schválil projekt Investície (2002) a Družstvo sa stalo dohliadaným subjektom, ako vyhlasovateľ verejnej ponuky majetkových hodnôt. Mala za to, že predmet dohľadu nebol menený a navrhovateľ sa dôvodne spoliehal, že v rámci dohľadu bude odporca dohliadať na dodržiavanie podmienok ustanovených povoleniami podľa zákona č. 566/2001 Z.z., preto navrhovateľ mal za to, že existuje príčinná súvislosť medzi škodou navrhovateľa a porušením zákonných povinností odporcom, spočívajúce v nesprávnom výkone dohľadu, ktorým bol porušený zákon č. 566/2001 Z.z. Za nepochopiteľné preto považoval konštatovanie súdu prvého stupňa, že navrhovateľ sa mal viac starať o svoje záležitosti v rámci zásady, že „právo patrí bdelým“. Navrhovateľ nemal zákonom stanovené právomoci dohľadu nad činnosťou družstva, ani obchodníka s CP, ktorým by mohol zabezpečiť dodržiavanie zákona o CP tým, že došlo k zamietnutiu návrhu navrhovateľa aj z dôvodu nedostatku príčinnej súvislosti, resp. z dôvodu, že k nezákonnému postupu zo strany odporcu nedošlo, súd odobril výklad zákona č. 566/2001 Z.z., ktorý úplne popiera zmysel právnej úpravy dohľadu. Navrhovateľ poukázal na tú skutočnosť, že povinnosťou NBS podľa § 137 ods. 2 ZCP je a bolo zisťovanie a vyhodnocovanie informácií, pričom podľa § 135 ods. 1 ZCP, ktorý platí v tomto znení už od 01.05.2007, družstvo ako vyhlasovateľ verejnej ponuky majetkových hodnôt, ako aj obchodník, patrili a patria k povinne dohliadaným subjektom zo strany NBS hoci odporca tvrdil celý čas v konaní opak. Podľa § 135 ods. 2 ZCP mal odporca zisťovať všetky informácie a podklady o dodržiavaní, resp. nedodržiavaní povolení na činnosť vydaných NBS družstvu a obchodníkovi. Zároveň NBS má podľa § 135 ods. 2 ZCP zisťovať informácie a podklady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samotného navrhovateľa. Poukázal na skutkovo a právne totožné konanie vedené na Okresnom súde Bratislava I pod sp. zn. 7C/206/2011 a na výpoveď svedka A.. B. E. M.., tak isto i na ďalší dôkaz a to zápis zo stretnutia NBS v roku 2007, ktorý taktiež tvorí súčasť vyššie citovaného súdneho spisu s inšpektorom NBS A.. O., pričom poukázal, že v konaní 7C/206/2011 sa ďalej zistilo, že NBS po zistení o rizikovosti portfólia družstva sa uspokojila s takou nápravou stavu, že toto portfólio bolo následne po vytknutí zo strany NBS rozložené namiesto jednej do troch zmeniek a to zmeniek vystavených spoločnosťou CI HOLDING a.s., CI REALITYs.r.o. a GLOBAL production, s.r.o., pričom posledné dve spoločnosti boli opäť stopercentnými dcérskymi spoločnosťami CI HOLDING, a.s. a vo všetkých troch spoločnostiach bolo navyše či už členom predstavenstva, alebo konateľom A.. Z. Č., vtedajší predseda predstavenstva obchodníka. Teda NBS aj naďalej akceptovala stav, že celé portfólio družstva je rozložené a investované do prepojených subjektov z CI HOLDING a.s. a obchodníkom. Následne v roku 2008 NBS vydala právoplatné sankčné rozhodnutie voči obchodníkovi, v ktorom konštatovala, že obchodník vo svojej činnosti pre svojich klientov a v rámci v nich aj výslovne pre družstvo porušil ZCP vo viacerých podstatných ohľadoch. Ani po vydaní tohto rozhodnutia NBS, okrem bezvýznamnej pokuty vo výške 10 000,- eur, rovnako ani po zisteniach k samotnému družstvu z roku 2007 NBS nevyužila svoje kompetencie v zmysle za ZCP existujúce už od roku 2007 a neprijala žiadne následné kontrolné, alebo významnejšie opatrenia, ktoré podľa ZCP ako i zákona 747/2004 Z.z. o dohľade nad finančným trhom mala a stále má. Týmto podcenením situácie NBS umožnila ďalšiu činnosť družstva, aj obchodíka, čo vyústilo v roku 2010 do nedostupnosti navrhovateľom vložených prostriedkov do družstva, pričom NBS svojou nečinnosťou a ľahostajným prístupom k svojim kompetenciám zapríčinila tiež to, že navrhovateľka už skôr nemohla rozpoznať riziko svojej investície, resp., že túto investíciu mu NBS svojim zanedbaným dohľadom ani v minimálnej možnej miere neochránila. NBS rozhodnutím zo dňa 30.05.2011, pod číslom S.-XXXXX-XXXXX, ktorý bol vydaný v rámci výkonu dohľadu nad družstvom, zakázala družstvu predaj majetkových hodnôt (ďalej len rozhodnutie o zákaze činnosti) z dôvodu neaktuálnosti prospektu vzhľadom k tomu, že sa zmenili skutočnosti v ňom uvedené. Navrhovateľ uviedol, že z výpočtu uvedených nedostatkov prospektu družstva uvedených v rozhodnutí o zákaze činnosti je nepochybné, že prospech bol neaktuálny, pričom samotná NBS samotná NBS uviedla, že na základe neaktuálneho prospektu nie je možné uskutočňovať verejnú ponuku majetkových hodnôt. Navrhovateľ zároveň uviedol, že údaje zahrnuté do prospektu boli v skutočnosti neaktuálne dlhodobo pred májom roku 2010 a táto neaktuálnosť siahala až k 31.12.2006, kedy došlo v sídle NBS dňa 27.08.2008 k stretnutiu s poverenými členmi predstavenstva družstva A.. B. E. C. A.. H. J. za účelom prerokovania problémov činnosti družstva z dôvodu nedodržiavania prospektu. I na základe takéhoto prerokovania nedostatkov vyplynulo, že družstvo svojím konaním porušovalo ustanovenie § 129 ods. 3, v spojení s ustanovením § 128 ods. 1 písm. b), c) a h) a ustanovenie § 125 c) ods. 1 v spojení s ustanovením § 127 ods. 4 zákona o CP od roku 31.12.2006, avšak NBS voči družstvu zasiahla až v máji roku 2011, kedy mu vydaním rozhodnutia o zákaze činnosti zakázala činnosť. Navrhovateľ uviedol, že NBS sama vydaním rozhodnutia o zákaze činnosti, t.j. rozhodnutia NBS zo dňa 30.05.2011, pod č. S.-XXXXX-X/XXXX potvrdila, že voči Družstvu bola povinná zakročiť už štyri roky pred vydaním tohto rozhodnutia a zamedziť situácii, v ktorej Družstvo napriek neaktuálnemu a neúplnému a tým aj neplatnému prospektu pokračovalo vo svojom podnikaní a neoprávnene zhromažďovalo finančné prostriedky od tretích osôb (členov družstva), vrátane navrhovateľa a uvádzalo ich do omylu o absolútne rozhodujúcich skutočnostiach, preinvestovanie doň alebo zotrvanie so svojou investíciou v ňom. Navrhovateľ zdôraznil, že konanie NBS o dohľade nad Družstvom z dôvodu neaktuálneho prospektu písomne iniciovalo samotné Družstvo podnetom z 15.04.2010. Navrhovateľ k predčasnosti žalobného návrhu uviedol, že podľa rozsudku NS ČR 29 Cdo 4968/2009, z 11.04.2012, ktorý je plne aplikovateľný aj na slovenské právne pomery a ktorý judikoval, že existujúce konkurzné konanie samo osebe nevylučuje možnosť podať veriteľom, ktorí si prihlásili svoju pohľadávku do konkurzu, žalobu o náhradu škody proti štátu a nerobí žalobu predčasnou, pretože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Dodal, že žiadna právna úprava neumožňuje vysloviť záver o predčasnosti podania žaloby. Zák. č. 514/2003 Z.z. neustanovuje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tak ako to tvrdí odporca. Ak by sa pripustil názor, že prebiehajúce konkurzné konanie vylučuje podanie občianskoprávnej činnej žaloby o náhradu škody, potom by zákon o konkurze a reštrukturalizácii suspendoval občiansky zákonník a súčasne by to znamenalo, že občianskoprávna zodpovednosť, zodpovednosť štátu, či trestnoprávna zodpovednosť je subsidiárna voči zodpovednosti úpadcu podľa zákona o konkurze, tento záver je celkom neprijateľný a scestný. V skutkovo právne totožnom konaní vedenom na OS BA I pod sp. zn. 7C/194/2011 bol navrhnutý výsluch práve E.. H. Z., ktorý je ustanoveným správcom konkurznej podstaty Družstva, aby objasnil stav konkurzu, ktorého výsluch bol nariadený na 21.01.2013. Navyše navrhovateľ uviedol, že jeho pohľadávka bola správcom popretá a vedie o ňu proti správcovi incidenčné žaloby, t.j. v danom konkurze ani viac ako dva roky od jeho vyhlásenia nie sú zistené ani len pohľadávky, pričom správca sa opakovane vyjadril, že nepredpokladá uspokojenie veriteľov v konkurze Družstva v 100 % rozsahu, resp. že šance na uspokojenie pohľadávok sú minimálne. Aktuálny stav konkurzu je taký, že objektívne vylučuje možnosť navrhovateľa ako veriteľa uspokojiť sa z konkurzu sp. zn. 3K/95/2010. Navrhovateľ namietal, že zo zápisníc o pojednávaní pred súdom prvého stupňa vyplýva, že listinné dôkazy neboli riadne vykonané spôsobom podľa § 129 ods. 1 O.s.p., v zápisniciach nie je uvedené, že boli prečítané určité presne označené listiny alebo ich presne označené časti. V tejto súvislosti poukázal na rozhodnutie NS SR sp. zn. 6M Cdo 11/2010, ak v zápisniciach nie je uvedené, že boli prečítané určité presne označené listiny, tieto nemôžu byť pre súd prvého stupňa podkladom pre právne posúdenie veci o základe uplatneného nároku. K odvolaniu sa písomne vyjadril odporca, ktorý navrhol, aby odvolací súd rozsudok súdu prvého stupňa v jeho napadnutej časti ako vecne a právne správny potvrdil. Odporca mal za to, že prvostupňový súd v prejednávanej veci vykonal rozsiahle dokazovanie, riadne zabezpečil listinné dôkazy, dostatočne a správne zistil skutkový stav a dospel aj k správnemu a riadne odôvodnenému rozhodnutiu v predmetnej veci. Uviedol,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skutkovo a právne identických veciach sa konali už od 02.07.2012. Naopak tvrdenia navrhovateľa nasvedčujú, že tento sa účelovo snaží dodatočne navrhovať ďalšie právne irelevantné dôkazy, ktoré odďaľujú rozhodnutie vo veci, pričom navrhovateľ nevyužil všetky možnosti na vymoženie svojho nároku, keď nepodal žiaden návrh proti členom predstavenstva ani členom kontrolnej komisie družstva, ktorí by boli zodpovední za riadenie družstva PDSI a tiež za hospodárenie a nakladanie s majetkom družstva PDSI. K námietke navrhovateľa, že odporca nepostupoval v súlade s princípom právneho štátu, odporca mal za to, že jeho kompetencie sú dané platnými právnymi predpismi, vrátane Ústavy SR a mal za to, že postupoval v súlade s ústavou, nebol nečinný a ani nespôsobil žiadne zbytočné prieťahy pri svojom postupe voči družstvu PDSI, ale aj obchodníkovi, CI, dodržiaval zákonné pravidlá ustanovené zákonom o dohľade a ZoCP. Zároveň odporca uviedol, že od účinnosti novelizovaného ustanovenia § 129 ods. 3 zákona o Cenných papieroch (zákon č. 566/2001 Z.z. o cenných papieroch a investičných službách v platnom znení) (ďalej len Zocp), teda až od 01.06.2010 boli povinnosti vyhlasovateľa verejnej ponuky majetkových hodnôt rozšírené tak, že družstvo PDSI ako vyhlasovateľ verejnej ponuky majetkových hodnôt malo zákonom uloženú aj povinnosť dodržiavať schválený prospekt investície. Až od 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01.01.2009 na základe novelizovaného ustanovenia § 127 ods. 4 ZoCP v znení zákona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Uviedol, že žiaden zákon neukladal vyhlasovateľom verejnej ponuky majetkových hodnôt, ani družstvu PDSI -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t.j. za dodržiavaniu prospektu investície družstva PDSI, bolo aj voči členom družstva zodpovedné predstavenstvo PDSI ako štatutárny orgán na to, či vyhlasovateľovi verejnej ponuky majetkových hodnôt táto povinnosť bola, alebo nebola osobitne uložená v zákone o cenných papieroch. Odporca nevykonával dohľad nad finančnými ukazovateľmi PDSI, ktoré malo široký predmet činnosti. Odporca mohol kontrolovať len to, či si družstvo plní informačné povinnosti podľa bývalých ustanovení § 126 až § 130 zákona o cenných papieroch, a to či informácie zverejňované družstvom obsahujú náležitosti predpísané bývalým ustanovením § 129 zákona o cenných papieroch a či družstvo zverejňuje finančné správy v zmysle bývalého ustanovenia § 130 zákona o cenných papieroch. Odporca nebol a ani nie je príslušný potvrdzovať správnosť finančných ukazovateľov. Pokiaľ navrhovateľ poukazuje na rozsudok Najvyššieho súdu Českej republiky sp. zn. 29Cdo/4968/2009 zo dňa 11.04.2012 a tvrdí, že existujúce konkurzné konanie samo osebe nevylučuje možnosť podať veriteľom, ktorí si prihlásili svoje pohľadávky do konkurzu, návrh o náhradu škody proti štátu a nerobí žalobu predčasnou mal za to, že toto tvrdenie navrhovateľa je zavádzajúce a nezodpovedá skutočnosti, keď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zákona o konkurze a vyrovnaní (Českého zákona č. 328/1991 Sb. O konkursu a vyrovnání ve znení pozdějších předpisů). Tento rozsudok sa konkrétne zaoberal náhradou škody, ktorej sa navrhovatelia domáhali proti členom štatutárneho orgánu príslušnej obchodnej spoločnosti a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môže navrhovateľovi vzniknúť škoda. Táto škoda nevzniká v okamihu splatnosti pohľadávky, ani v okamihu omeškania dlžníka, ale mohla by vzniknúť až okamihom, keď sa právo veriteľa teda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teda zatiaľ nevznikla žiadna škoda, pretože navrhovateľ (ako veriteľ) má vymáhateľnú pohľadávku voči svojmu družstvu, ako dlžníkovi a jeho žaloba je jednoznačne predčasná, čo objektívne a správne skonštatoval aj prvostupňový súd. Odporca zároveň poukázal i na písomné vyjadrenie správcu konkurznej podstaty Družstva PDSI, ktorý uviedol, že účtovníctvo úpadcu (PDSI) je v katastrofálnom stave, bolo vedené len do júla 2010 a po tomto dátume sa v účtovníctve nenachádzajúce žiadne účtovné záznamy, účtovné doklady sú v neporiadku, resp. mnohé z nich chýbajú a navyše veľká časť finančných operácií úpadcu bola realizovaná v hotovosti, opäť bez riadneho zaznamenania v účtovníctve a/alebo absencie relevantných dokladov... pohľadávky neboli popreté z dôvodu, že by neboli nedostatočne zdokladované, ale v dôsledku veľmi podozrivého hospodárenia úpadcu v období pred konkurznom, zlého stavu účtovníctva a tým spojenej nemožnosti jednoznačne preveriť skutočnú existenciu uplatnených pohľadávok. Pokiaľ sa navrhovateľ vyjadril, že správca konkurznej podstaty sa údajne mal vyjadriť, že šance na uspokojenie pohľadávok veriteľov sú minimálne, toto tvrdenie je zavádzajúce a práve naopak správca konkurznej podstaty Družstva PDSI vo svojom vyjadrení o stave konkurzu uviedol, že hlavné zdroje príjmov, ktoré by mal získať správca konkurznej podstaty spočívajú v uplatnených nárokoch súdnou cestou a v záujme úpadcu - Družstva PDSI vedie približne 200 súdnych konaní, o ktorých nebolo právoplatne rozhodnuté. Zároveň odporca uviedol, že navrhovateľ nepreukázal, že mu vznikla škoda spôsobená štátom - odporcom, pretože navrhovateľ ako veriteľ má vymáhateľnú pohľadávku voči Družstvu PDSI ako aj voči orgánom Družstva PDSI a jeho žaloba je jednoznačne predčasná. K odvolaniu navrhovateľa, že listinné dôkazy údajne neboli riadne vykonané spôsobom upraveným v ut. § 129, odporca uviedol, že zo zápisnice prvostupňového súdu z pojednávania jasne vyplýva, že súd oboznámil jednotlivé dôkazy nachádzajúce sa v súdnom spise, pričom pri oboznamovaní jednotlivých dôkazov presne špecifikoval o aké jednotlivé doklady išlo a aký je ich obsah. Navyše súd na pojednávaní oboznámil jednotlivé dôkazy tak súdu aj právnemu zástupcovi navrhovateľa, ako aj odporcovi bol obsah týchto listín dôverne známy z inej súdnej činnosti prvostupňového súdu, pretože na súde prvého stupňa je podaných cca 800 žalôb na rovnakom skutkovom a právnom základe a od 02.07.2012 sa uskutočnili stovky pojednávaní v skutkovo a právne identických veciach s totožnými listinnými dôkazmi. Navyše rozhodnutie NS SR sp. zn. 1Obo 283/2006, z 27.02.2008 netreba dokazovať skutočnosti všeobecne známe alebo známe súdu z jeho činnosti. Zároveň ak navrhovateľ poukazuje na judikatúru NS SR 6 M Cdo 11/2010, zavádzajúco poukazuje na tú časť predmetnej judikatúry NS SR, podľa ktorej je nedostatkom, pokiaľ v zápisniciach nie je uvedené, že boli prečítané určité presne označené listiny alebo ich presne označené časti. Tendenčne zamlčiava však tú časť predmetnej judikatúry NS SR, podľa ktorej nevyhnutných predpokladom pre nedostatok je aj to, že ani z nich nevyplýva, že sudca oznámil ich obsah. Pritom zo zápisníc prvostupňového súdu jasne vyplýva, že súd oboznámil jednotlivé listinné dôkazy, ktoré sa nachádzajú v súdnom spise. Krajský súd v Bratislave, ako súd odvolací (§ 10 ods. 1 O.s.p.), viazaný rozsahom a dôvodmi odvolania (§ 212 ods. 1 O.s.p.), preskúmal rozsudok súdu prvého stupňa v jeho napadnutej časti, prejednal odvolanie bez nariadenia pojednávania a dospel k záveru, že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Národnej banky Slovenska pri vykonávaní dohľadu nad činnosťou družstva. V tomto smere odvolací súd poukazuje na podrobné odôvodnenie napadnutého rozsudku. Je nesporným,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ustanovenia § 129 ods. 3 zákona č. 566/2001 Z.z. (novela zákona 566/2001 Z.z. vykonávaná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v prospech investície v zmysle § 125c ods. 1, v spojení s ustanovením § 127 ods. 4 zákona č. 566/2001 Z.z. bola vyhlasovateľovi verejnej ponuky majetkových hodnôt stanovená až od 01.01.2009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pokiaľ ide o rizikovosť portfólia, zákon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NBS mohla podľa platnej právnej úpravy kontrolovať len to, či družstvo plní informačné povinnosti v zmysle § 126 až 130 zákona č. 566/2001 Z.z. V tejto súvislosti treba poukázať na to, že navrhovateľ si musel byť vedomý toho, že s jeho investíciou je spojené riziko a že doterajší, alebo propagovaný výnos nie je zárukou budúcich výnosov (ustanovenie § 129 ods. 1 písm. b) zákona č. 566/2001 Z.z. v znení platnom do 21.07.2013, § 126 až 130 boli zo zákona č. 566/2001 Z.z. vypustené novelou, vykonanou zákonom č. 206/2013 Z.z. účinným dňa 22.07.2013). Ak si týchto skutočností navrhovateľ nebol vedomý, nemožno to pričítať na ťarchu Národnej banky Slovenska v zmysle zásady, podľa ktorej neznalosť zákona neospravedlňuje. To isté platí aj pokiaľ ide o argumentáciu navrhovateľa, že o rozsahu dohľadu NBS nad činnosťou družstva nemal vedomosť. Vzhľadom na vyššie uvedené možno konštatovať, že v predmetnom konaní nebol preukázaný základný predpoklad vzniku zodpovednosti za škodu spôsobenú nesprávnym úradným postupom štátu v zmysle § 9 zákona č. 514/2003 Z.z., ktorým je nesprávny postup štátu, zastúpeného Národnou bankou Slovenska. Pokiaľ ide o rozsudok Najvyššieho súdu Českej republiky sp. zn. 29Cdo/4968/2009 na ktorý v odvolaní poukazoval navrhovateľ, odvolací súd v tomto smere poukazuje na podrobnú argumentáciu odporcu, s ktorou sa stotožňuje. Na zdôraznenie správnosti odvolací súd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v podstate nič. Teda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a to v akej výške vznikla veriteľovi škoda, možno zistiť už skôr, než pri rozvrhu a to napr. pri vydaní čiastočného rozvrhu, alebo pri právoplatnom schválení konečnej správy. V predmetnej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nie je vyriešená (nie je zrejmé, že v rámci konkurzného konania navrhovateľ nedostane nič) a vzhľadom na to nemožno ustáliť ani výšku škody. Správne súd prvého stupňa uviedol, že právo na náhradu škody spôsobenej nesprávnym úradným postupom v zmysle čl. 46 ods. 3 Ústavy SR nie je absolútne, ale v záujme zistenia právnej istoty podlieha zákonným obmedzeniam upravujúcim predpoklady pre jeho uplatnenie podľa čl. 46 ods. 3, ods. 4 a čl. 51 ods. 1 Ústavy SR. Tiež správne konštatoval, že pre vyvodenie zodpovednosti za škodu podľa zák. č. 514/2003 Z.z. je nevyhnutné kumulatívne splnenie zákonných podmienok a to nesprávny úradný postup orgánu verejnej moci pri výkone verejnej moci, škoda, príčinná súvislosť medzi nesprávnym úradným postupom orgánu verejnej moci a škodou. Správne konštatoval, že NBS nezanedbala svoje povinnosti a dohľad nad dohliadanými subjektmi - Družstvom a obchodníkom s cennými papiermi vykonávala v zákonnom rozsahu ako dohľad nad plnením povinnosti vyhlasovateľa verejnej ponuky majetkových hodnôt a v súlade s ust. § 125 až 128 zák. č. 566/2001 Z.z. v znení účinnom v čase vykonávania dohľadu. Navrhovateľ nepreukázal v konaní, že odporca sa dopustil nesprávneho úradného postupu, poukazoval v konaní len na skutočnosť, že odporca bol nečinný, spôsoboval prieťahy, neskoro zistil nedostatky v činnosti obchodníka s cennými papiermi a nerobil riadne a včas úkony potrebné na nápravu zistených nedostatkov. Záver súdu prvého stupňa, že v danej veci nebola naplnená prvá základná podmienka pre vyvodenie zodpovednosti voči štátu a to existencia nesprávneho úradného postupu orgánu verejnej moci pri výkone verejnej moci podľa § 9 zák. č. 514/2003 Z.z. bola správna. Obchodník s cennými papiermi porušil svoje povinnosti, ktoré mu vyplývali zo zmluvy pri zhodnocovaní finančných prostriedkov, ktoré malo Družstvo vo svojom portfóliu. A práve Družstvo malo a mohlo mať vedomosť o nehospodárnom konaní obchodníka s cennými papiermi. Medzi konaním odporcu a škodou, ktorá navrhovateľovi vznikla, nemôže existovať ani priama príčinná súvislosť. Vzhľadom na vyššie uvedené preto odvolací súd rozsudok súdu prvého stupňa v jeho napadnutej časti, ktorou bol zamietnutý návrh o náhradu škody považuje za vecne správny a preto ho v tejto časti s poukazom na ustanovenie § 219 ods. 1 O.s.p. aj potvrdil. Napadnutým uznesením zo dňa 14.08.2014, č. k. 11C/188/2011 -678 súd prvého stupňa uložil navrhovateľovi povinnosť zaplatiť v lehote 10 dní od doručenia uznesenia súdny poplatok za podané odvolanie vo výške 20,- eur podľa položky 7a sadzobníka súdnych poplatkov. Proti tomuto uzneseniu v zákonom stanovenej lehote podal odvolanie navrhovateľ a žiadal, aby odvolací súd napadnuté uznesenie súdu prvého stupňa zrušil a konanie o vyrubení súdneho poplatku zastavil. Navrhovateľ uviedol, že s poukazom na ustanovenie § 18ca zákona o súdnych poplatkoch, účinného k 01.10.2012, nie je povinný takýto poplatok zaplatiť. Uviedol, že uloženie je povinnosť zaplatiť súdny poplatok za odvolanie vzhľadom k tomu, že predmetom konania je nárok navrhovateľa na náhradu škody proti Slovenskej republike, zastúpenej Národnou bankou Slovenska sa takéto konanie začalo do 30. septembra 2012 a na takéto konanie sa vzťahuje neobmedzené vecné oslobodenie od platenia súdneho poplatku ex lege, ktoré sa týka všetkých položiek sadzobníka zákona o súdnych poplatkoch. Odvolací súd (§ 10 ods. 1 O.s.p.) viazaný rozsahom a dôvodmi odvolania podľa § 212 ods. 1 O.s.p., preskúmal napadnuté uznesenie súdu prvého stupňa s poukazom na ustanovenie § 214 ods. 2 O.s.p. a dospel k záveru, že odvolanie navrhovateľa nie je dôvodné. Položka 7a sadzobníka súdnych poplatkov, ktorý tvorí prílohu zákona č. 71/1992 Zb., bola do sadzobníka vložená novelou zákona č. 71/1992 Zb. vykonanou zákonom č. 286/2012 Z.z. , ktorý nadobudol účinnosť 01.10.2012. Súčasne bol touto novelou do zákona č. 71/1992 Zb. vložený § 18ca, podľa ktorého z úkonov navrhnutých, alebo za konania začaté do 30.09.2012 sa vyberajú poplatky podľa predpisov účinných do 30.09.2012, i keď sa stanú splatnými po 30. septembri 2012. Konanie o náhradu škody podľa zákona č. 514/2003 Z.z. nebolo do 30.09.2012 uvedené v sadzobníku súdnych poplatkov. Napriek tomu je navrhovateľ povinný zaplatiť poplatok za odvolanie. Totiž podľa § 6 ods. 2 prvá veta zák. č. 71/1992 Zb. ak je sadzba poplatku stanovená za konanie, rozumie sa tým konanie na jednom stupni. To znamená, že navrhovateľ by nebol povinný zaplatiť poplatok za odvolanie iba v prípade, ak by odvolanie podal pred 30. septembrom 2012. Odvolanie však podal dňa 05.08.2014 Odvolacie konanie sa teda začalo za účinnosti zákona č. 71/1992 Zb., v znení zákona č. 286/2012 Z.z. a preto je navrhovateľka povinná zaplatiť poplatok za odvolanie v zmysle položky 7a Sadzobníka súdnych poplatkov vo výške 20,- eur. Zákonom č. 286/2012 Z.z. bolo zo zákona č. 71/1992 Zb. vypustené ustanovenie § 4 ods. 1 písm. k), podľa ktorého bolo konanie vo veciach náhrady škody spôsobenej nezákonným rozhodnutím orgánu verejnej moci, alebo jeho nesprávnym úradným postupom oslobodené od súdnych poplatkov. Znamená to, že toto konanie nie je od 01.10.2012 oslobodené od súdnych poplatkov. Z týchto dôvodov odvolací súd napadnuté uznesenie súdu prvého stupňa podľa § 219 ods. 1 O.s.p. ako vecne správne potvrdil. Vzhľadom na vyššie uvedené, odvolací súd napadnuté uznesenie s poukazom na ust. § 219 ods. 1 O.s.p. ako vecne správne potvrdil. O trovách odvolacieho konania odvolací súd rozhodol podľa § 224 ods. 1 O.s.p., v spojení s ust. § 142 ods. 1 O.s.p. a ich náhradu úspešnému odporcovi nepriznal, pretože mu v odvolacom konaní žiadne trovy nevznikli. Toto rozhodnutie bolo odvolacím senátom prijaté pomerom hlasov 3:0. Poučenie: Proti tomuto rozsudku odvolanie nie je prípustné.</w:t>
      </w:r>
    </w:p>
    <w:p/>
    <w:p>
      <w:r>
        <w:t>Zdroj: KAUZIS.SK – https://www.kauzis.sk/judikatura/r/ECLI:SK:KSBA:2016:1111244539.3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