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4Co/242/2015 z 16. 2. 2016</w:t>
      </w:r>
    </w:p>
    <w:p>
      <w:r>
        <w:t>Rozsudok Krajského súdu Bratislava z 16. februára 2016, sp. zn. 4Co/242/2015, ECLI:SK:KSBA:2016:1111244551.2</w:t>
      </w:r>
    </w:p>
    <w:p>
      <w:r>
        <w:t>Súd: Krajský súd Bratislava</w:t>
      </w:r>
    </w:p>
    <w:p>
      <w:r>
        <w:t>Spisová značka: 4Co/242/2015</w:t>
      </w:r>
    </w:p>
    <w:p>
      <w:r>
        <w:t>ECLI: ECLI:SK:KSBA:2016:1111244551.2</w:t>
      </w:r>
    </w:p>
    <w:p>
      <w:r>
        <w:t>Dátum vydania: 16. 2. 2016</w:t>
      </w:r>
    </w:p>
    <w:p>
      <w:r>
        <w:t>Forma: Rozsudok</w:t>
      </w:r>
    </w:p>
    <w:p>
      <w:r>
        <w:t>Oblasť práva: Občianske právo</w:t>
      </w:r>
    </w:p>
    <w:p>
      <w:pPr>
        <w:pStyle w:val="Heading2"/>
      </w:pPr>
      <w:r>
        <w:t>Text rozhodnutia</w:t>
      </w:r>
    </w:p>
    <w:p>
      <w:r>
        <w:t>Súd: Krajský súd Bratislava Spisová značka: 4Co/242/2015 Identifikačné číslo súdneho spisu: 1111244551 Dátum vydania rozhodnutia: 17. 02. 2016 Meno a priezvisko sudcu, VSÚ: JUDr. Valéria Kleinová ECLI: ECLI:SK:KSBA:2016:1111244551.2 ROZSUDOK V MENE SLOVENSKEJ REPUBLIKY Krajský súd v Bratislave v senáte zloženom z predsedníčky senátu JUDr. Valérie Kleinovej a členov senátu Mgr. Ingrid Degmovej Pospíšilovej a JUDr. Michaely Frimmelovej v právnej veci navrhovateľa: B. G., I.. XX.XX.XXXX, Z. B. XXX, Z. Z., zastúpený zákonným zástupcom F. G., Z. B. XXX, Z. Z., zast. FUTEJ &amp; Partners, s.r.o., Radlinského 2, Bratislava, IČO: 35 955 341, proti odporcovi: Slovenská republika, zastúpená Národnou bankou Slovenska, Imricha Karvaša 1, Bratislava, IČO: 30 844 789, o náhradu škody vo výške 134.005,06 eur s príslušenstvom, na odvolanie navrhovateľa proti rozsudku Okresného súdu Bratislava I zo dňa 3. novembra 2014, č.k. 9C 189/2011-211 a proti uzneseniu zo dňa 11. marca 2015 č. k. 9 C 189/2011-247 takto r o z h o d o l : Odvolací súd rozsudok súdu prvého stupňa v napadnutej časti o zamietnutí návrhu vo veci samej vrátane trov konania potvrdzuje. Napadnuté uznesenie súdu prvého stupňa zo dňa 11. 3. 2015 č. k. 9C 189/2011-247 p o t v r d z u j e . Odporcovi náhradu trov odvolacieho konania nepriznáva. o d ô v o d n e n i e : Napadnutým rozsudkom súd prvého stupňa zamietol návrh navrhovateľa, ktorým sa domáhal uložiť odporcovi povinnosť zaplatiť mu sumu 134.005,06 eur s príslušenstvom titulom náhrady škody spôsobenej nesprávnym úradným postupom Národnej banky Slovenska podľa zák. č. 514/2003 Z.z. o zodpovednosti za škodu spôsobenú pri výkone verejnej moci a o zmene niektorých zákonov, a zároveň zamietol jeho žiadosť na podanie jeho prejudiciálnej otázky Súdnemu dvoru Európskej únie. V konaní úspešnému odporcovi nepriznal náhradu trov konania s poukazom na ust. § 142 ods. 1 O.s.p., z dôvodu, že ich náhradu si neuplatnil. Svoje rozhodnutie v časti výroku, ktorým návrh zamietol, odôvodnil právne ust. § 3 ods. 1, 2, § 9 ods. 1, 2 , § 15 ods. 1, § 17 ods. 1 zák. č. 514/2003 Z. z. o zodpovednosti za škodu spôsobenú pri výkone verejnej moci a o zmene niektorých zákonov a vecne tým, že navrhovateľ v konaní nepreukázal vznik škody, ani namietaný nesprávny úradný postup odporcu, a tým ani príčinnú súvislosť medzi ním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Zistil tiež, že Okresný súd Bratislava I uznesením zo dňa 11.04.2011 č.k. 3K/95/2010-21 právoplatným dňa 05.05.2011, vyhlásil konkurz na majetok Družstva ako úpadcu, a do funkcie správcu ustanovil W.. W. Y., pričom veritelia Družstva boli vyzvaní na prihlásenie pohľadávok. Poukázal na to, že navrhovateľ sa stal členom Družstva PODIELOVÉ DRUŽSTVO SLOVENSKÉ INVESTÍCIE , do družstva vložil členský vklad, dňa 4.10.2010 požiadal o zrušenie členského podielu, pričom mu vzniklo právo na vyplatenie vyrovnacieho podielu v žalovanej výške. Uviedol, že navrhovateľ ako majiteľ pohľadávky voči Družstvu v žalovanej výške , s ktorým bol v právnom vzťahu, sa musí domáhať zaplatenia svojej pohľadávky voči Družstvu, ktoré je voči nemu v pozícii dlžníka/povinného. Dal do pozornosti, že v čase rozhodovania, ktorý čas je s poukazom na ust. § 154 OSP rozhodujúci pre posúdenie veci, nepreukázal bezúspešnosť uplatňovania svojich práv voči Družstvu vzhľadom na prebiehajúce incidenčné a konkurzné konanie. Tvrdil, že v čase rozhodovania u navrhovateľa neexistuje škoda, preto nárok vyhodnotil za predčasne uplatnený.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keď k takým povinnostiam patrila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takom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 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súd prvého stupňa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navrhovateľa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navrhovateľa, keď z listinných dôkazov, najmä z rozhodnutí Národnej banky Slovenska o uložení pokút vo výške 16.596,96 eur (500.000,-Sk) a vo výške 9.958,18 eur (300.000,-Sk)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V dôvodoch svojho rozhodnutia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práv súvisiacich s Družstvom. Poukázal na podstatnú skutočnosť, že vo veci je podstatný len prípadný nesprávny úradný postup, ktorého by sa mohla dopustiť NBS zanedbaním dohľadu vo vzťahu k dohliadanému subjektu, ktorým je Družstvo., nakoľko len v priamej príčinnej súvislosti s takýmto nesprávny úradným postupom by mohla navrhovateľke vzniknúť škoda. Zanedbanie dohľadu nad Obchodníkom s cennými papiermi by mohlo spôsobiť škodu len družstvu, čo je subjekt odlišný od navrhovateľa. Konštatoval, že NBS dohľad nad dohliadaným subjektom - Družstvom nezanedbala a nedopustila sa preto nesprávneho úradného postupu. Doplnil, že medzi navrhovateľkou uvádzanou škodu a vytýkaným (nepreukázaným) nesprávnym úradným postupom navyše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návrh navrhovateľky vyhodnotil za nedôvodný. Vzhľadom na vyššie uvedené závery nepripustil navrhnuté dokazovanie výsluchom svedkov a listinným dôkazom - účtovnej dokumentácie družstva za roky 2002 až 2010 na preukázanie výšky uplatnenej škody. Proti tomuto rozsudku podal navrhovateľ prostredníctvom svojho právneho zástupcu včas odvolanie v časti výroku, ktorým súd prvého stupňa zamietol je ho návrh na zaplatenie náhrady škody s príslušenstvom, a navrhol rozsudok v tejto napadnutej časti zmeniť, a jeho návrhu vo veci samej vyhovieť, resp. rozsudok súdu prvého stupňa v uvedenej časti zrušiť a vec vrátiť na ďalšie konanie. Zároveň žiadal priznať náhradu trov konania. V odvolaní navrhovateľ uviedol, že Národná banka Slovenska zanedbávala svoje povinnosti pri výkone dohľadu nad Družstvom aj obchodníkom s cennými papiermi minimálne od roku 2007. Poukázal na to, že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R.. E. V., H..,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Ing. Libor Červenka, vtedajší predseda predstavenstva obchodníka.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jej nedostupnosti do Družstva vložených prostriedkov, pričom banka svojou nečinnosťou a ľahostajným prístupom k svojim kompetenciám zapríčinila aj to, že už nemohol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Uviedol, že žiadna platná právna norma neumožňuje vysloviť záver o predčasnosti podania návrhu, a to ani vtedy, ak doposiaľ nemal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neho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Namietal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6MCdo 11/2010 zo dňa 31.01.2012). Odporca vo svojom vyjadrení k odvolaniu navrhovateľa žiadal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Mal za to, že navrhovateľ nevyužila všetky možnosti na uplatnenie a vymoženie svojho nároku, pretože nepodal žiadnu žalobu proti členom predstavenstva a ani členom kontrolnej komisie Družstva, ktorí boli zodpovední za riadenie Družstva a za hospodárenie s jeho majetkom. Ohľadom navrhovateľom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navrhovateľa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navrhovateľ nepreukázal, že sa bezúspešne domáhal vydania svojej pohľadávky od dlžníka, teda Družstva, keďže stále je účastníkom prebiehajúceho konkurzného konania. V tejto súvislosti poukázal na judikatúru NS ČR, podľa ktorej, kým má navrhovateľ pohľadávku na vydanie bezdôvodného obohatenia voči tomu, kto ho získal, resp. kým nepreukázala bezúspešné domáhanie sa vydania tohto obohatenia, nie je daný základný predpoklad zodpovednosti štátu za škodu podľa zák. č. 58/1969 Zb., a to existencia samotnej škody. Aktuálne podľa neho nemožno ani odhadnúť výšku škody navrhovateľa, keďže vznik škody a jej výška závisia od výsledku konkurzného konania, teda škoda môže navrhovateľovi vzniknúť až po jeho ukončení. Škoda totiž podľa neho nevzniká v okamihu splatnosti pohľadávky a ani v okamihu omeškania dlžníka, ale mohla by vzniknúť okamihom, keď sa právo veriteľa stalo fakticky nevymáhateľným (III.ÚS 361/09 z 26.11.2009, II ÚS 165/2012 z 13. 2.2013).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navrhovateľkou na náhradu škody, spôsobenej jej nesprávnym úradným postupom Národnej banky Slovenska pri výkone dohľadu nad Družstvom. Z obsahu spisu vyplýva, že navrhovateľ mal voči PODIELOVÉMU DRUŽSTVU SLOVENSKÉ INVESTÍCIE, Poľná č. 1, Bratislava, IČO: 35 784 717 (ďalej „Družstvo“), toho času v konkurze vyhlásenom uznesením Okresného súdu Bratislava I zo dňa 11.04.2011, č.k. 3K 95/2010-21, právoplatným dňa 05.05.2011, pohľadávku vo výške 4.575,52 Eur, ktorá jej Družstvom nebola vyplatená, a uplatnila si ju voči Družstvu v konkurze, následne po popretí časti tejto pohľadávky bola navrhovateľom iniciovaná žaloba o určenie jej oprávnenosti, konanie o ktorej nie je doposiaľ právoplatne skončené.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spojení s § 127 ods. 4 zák. č. 566/2001 Z.z. o cenných papieroch a investičných službách. posudzovanej veci sa navrhovateľ návrhom domáhal uloženia povinnosti odporcovi zaplatiť jeho škodu, ktorá mu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 nemohol rozpoznať riziko svojej investície už skôr, najmä po zisteniach, že obchodník s cennými papiermi poskytol Družstvu investičnú službu, ktorú mu poskytovať nemohol. V posudzovanej veci sa teda navrhovateľ voči štátu domáha náhrady škody, ktorá mu mala byť spôsobená nesprávnym úradným postupom Národnej banky Slovenska podľa zák. č. 514/2003 Z.z. o zodpovednosti za škodu spôsobenú pri výkone verejnej moci a o zmene niektorých zákonov. Hmotnoprávnym základom pre uplatnenie práva navrhovateľa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 vedomý nebol, nemožno to pričítať na ťarchu Národnej banky Slovenska v zmysle zásady, podľa ktorej neznalosť zákona neospravedlňuje. To isté platí aj pokiaľ ide o jej argumentáciu, že o rozsahu dohľadu Národnej banky Slovenska nad činnosťou Družstva nemal vedomosť. Nebolo možné sa stotožniť ani s námietkou navrhovateľa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navrhovateľovi. Nebolo možné stotožniť sa ani s námietkou navrhovateľa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 očakával a namietal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 v priebehu celého konania pred súdom prvého stupňa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 tvrdený nesprávny úradný postup odporcu v konaní nepreukázal.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Družstvo, ktoré je v súčasnosti v konkurze, vyhlásenom uznesením Okresného súdu Bratislava I zo dňa 11.04.2011, č.k. 3K 95/2010-21, právoplatným dňa 05.05.2011, malo voči navrhovateľovi dlh v žalovanej výške, pričom súd prvého stupňa správne vyhodnotil, že navrhovateľ v konaní neuniesol dôkazné bremeno, keď nepreukázal vznik škody, pretože nepreukázal bezúspešné domáhanie sa úhrady pohľadávky voči dlžníkovi, teda Družstvu, s ktorým bol v právnom vzťahu, a ktoré je vo vzťahu k nemu v pozícii dlžníka povinného mu vydať získaný prospech v podobe vyrovnacieho podielu. Kým teda nepreukázal bezúspešné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navrhovateľa, rozporujúce záver súdu prvého stupňa o predčasnosti podanej žaloby, ako nedôvodné. Nebolo možné sa stotožniť ani s námietkou navrhovateľa v podanom odvolaní, týkajúcou sa údajného procesného pochybenia súdu prvého stupňa, ktorý na pojednávaní nevykonal dokazovanie listinnými dôkazmi predpísaným spôsobom, nakoľko z obsahu zápisnice o pojednávaní pred prvostupňovým súdom vyplýva, že súd prvého stupňa právneho zástupcu navrhovateľ a právneho zástupcu odporcu oboznámil s obsahom listinných dôkazov založených v spise, následne po poučení podľa § 120 ods. 4 OSP sa obaja právni zástupcovia vyjadrili, že nemajú ďalšie návrhy na doplnenie dokazovania. Nemožno teda u navrhovateľa konštatovať, že by mu procesným postupom súdu prvého stupňa bolo odňaté právo na spravodlivé súdne konanie. Navrhovateľom vytýkané procesné pochybenie súdu prvého stupňa, ktoré malo spočívať v riadnom nevykonaní dokazovania nevyhnutného k preukázaniu rozhodujúcich skutočností, spôsobom uvedeným v ust. § 129 ods.1 O.s.p., teda nebolo odvolacím súdom zistené . S poukazom na citované ustanovenie a za stavu, keď súd prvého stupňa v danom prípade v potrebnom rozsahu pre rozhodnutie vo veci samej zistil skutkový stav, vykonaním potrebných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O trovách odvolacieho konania rozhodol odvolací súd podľa § 142 ods. 1 v spojení s § 224 ods. 1 OSP. V odvolacom konaní úspešnému odporcovi však ich náhradu nepriznal, nakoľko si ich náhradu neuplatnil ( §151 ods. 1 OSP). Napadnutým uznesením č.k. 9C 189/2011-247 zo dňa 11. 03. 2015 súd prvého stupňa uložil navrhovateľke povinnosť do 10 dní od doručenia uznesenia zaplatiť súdny poplatok za odvolanie proti rozsudku vo výške 20 eur s tým, že poplatok bol vyrubený podľa ust. § 6 ods. 2 zák. č. 71/1992 Zb. a položky č. 7a Sadzobníka súdnych poplatkov.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01.10.2012 a na ust. § 18ca zákona č. 71/1992 Zb., účinného k 01.10.2012, namietala uloženie povinnosti zaplatiť súdny poplatok za odvolanie vzhľadom na to, že predmetom konania je nárok navrhovateľky proti odporcovi na náhradu škody podľa ust. § 9 zák. č. 514/2003 Z. z., pričom konanie sa začalo do 30.09.2012, a vzťahuje sa naň neobmedzené vecné oslobodenie od súdneho poplatku ex lege, ktoré smeruje k vecnému oslobodeniu od platenia akýchkoľvek súdnych poplatkov, uvedených v Sadzobníku zákona o súdnych poplatkov, účinného do 01.10.2012, teda aj k vyrubenému poplatku. Mala za to, že napadnuté uznesenie súdu prvého stupňa spočíva na nesprávnom právnom posúdení veci. Odvolací súd, ktorý bol viazaný rozsahom a dôvodmi odvolania (§ 212 ods. 1 O.s.p.), preskúmal napadnuté uznesenie, prejednal odvolanie bez nariadenia pojednávania podľa § 214 ods. 2 O.s.p. a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správne označil položku Sadzobníka súdnych poplatkov, podľa ktorej súdny poplatok vyrubil, a súdny poplatok bol navrhovateľke vyrubený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 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 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 povinný zaplatiť poplatok za odvolanie (i s poukazom na ust. § 6 ods. 2 prvá veta zák. č. 71/1992 Zb.) iba v prípade, ak by odvolanie podal pred 30. septembrom 2012. Odvolanie však podal dňa 12.12.2014, z čoho vyplýva, že odvolacie konanie sa začalo za účinnosti zák. č. 71/1992 Zb. v znení zák. č. 286/2012 Z. z.. Preto postupoval súd prvého stupňa správne, ak jej napadnutým uznesením uložil povinnosť zaplatiť poplatok za odvolanie v zmysle pol. 7a Sadzobníka súdnych poplatkov, účinnej v čase vzniku poplatkovej povinnosti, pričom poplatok vyrubil aj v správnej výške 20 eur. Z týchto dôvodov odvolací súd napadnuté uznesenie podľa § 219 ods. 1 O.s.p. ako vecne správne potvrdil. O trovách odvolacieho konania rozhodol podľa ust. § 142 ods. 1 v spojení s § 224 ods. 1 O.s.p. a ich náhradu úspešnému odporcovi nepriznal, pretože si právo na ich náhradu neuplatnil (ust. § 151 ods. 1 O.s.p.). Toto rozhodnutie prijal senát Krajského súdu v Bratislave pomerom hlasov 3:0. Poučenie: Proti tomuto rozsudku odvolanie nie je prípustné.</w:t>
      </w:r>
    </w:p>
    <w:p/>
    <w:p>
      <w:r>
        <w:t>Zdroj: KAUZIS.SK – https://www.kauzis.sk/judikatura/r/ECLI:SK:KSBA:2016:1111244551.2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