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9Co/142/2016 z 8. 6. 2016</w:t>
      </w:r>
    </w:p>
    <w:p>
      <w:r>
        <w:t>Rozsudok Krajského súdu Bratislava z 8. júna 2016, sp. zn. 9Co/142/2016, ECLI:SK:KSBA:2016:1111244559.2</w:t>
      </w:r>
    </w:p>
    <w:p>
      <w:r>
        <w:t>Súd: Krajský súd Bratislava</w:t>
      </w:r>
    </w:p>
    <w:p>
      <w:r>
        <w:t>Spisová značka: 9Co/142/2016</w:t>
      </w:r>
    </w:p>
    <w:p>
      <w:r>
        <w:t>ECLI: ECLI:SK:KSBA:2016:1111244559.2</w:t>
      </w:r>
    </w:p>
    <w:p>
      <w:r>
        <w:t>Dátum vydania: 8. 6. 2016</w:t>
      </w:r>
    </w:p>
    <w:p>
      <w:r>
        <w:t>Forma: Rozsudok</w:t>
      </w:r>
    </w:p>
    <w:p>
      <w:pPr>
        <w:pStyle w:val="Heading2"/>
      </w:pPr>
      <w:r>
        <w:t>Text rozhodnutia</w:t>
      </w:r>
    </w:p>
    <w:p>
      <w:r>
        <w:t>Súd: Krajský súd Bratislava Spisová značka: 9Co/142/2016 Identifikačné číslo súdneho spisu: 1111244559 Dátum vydania rozhodnutia: 09. 06. 2016 Meno a priezvisko sudcu, VSÚ: JUDr. Roman Huszár ECLI: ECLI:SK:KSBA:2016:1111244559.2 ROZSUDOK V MENE SLOVENSKEJ REPUBLIKY Krajský súd v Bratislave v senáte zloženom z predsedu senátu JUDr. Romana Huszára a členiek senátu JUDr. Zuzany Posluchovej a JUDr. Magdalény Florekovej v právnej veci navrhovateľa: S. O., J. R. Č.. XX, J. , zastúpeného advokátskou kanceláriou FUTEJ &amp; Partners s.r.o., Bratislava so sídlom Radlinského č. 2, IČO: 35 955 341, proti odporcovi: Slovenská republika zastúpená Národnou bankou Slovenska, so sídlom Imricha Karvaša č. 1, Bratislava, o zaplatenie náhrady škody vo výške 7.407,89€ s príslušenstvom, na odvolanie navrhovateľa proti rozsudku Okresného súdu Bratislava I č.k. 9 C 190/2011-148 zo dňa 1.decembra 2015 a proti uzneseniu tohto istého súdu č.k. 9 C 190/2011-177 zo dňa 20.januára 2016, pomerom hlasov 3:0 takto r o z h o d o l : Odvolací súd rozsudok súdu prvého stupňa v napadnutej časti a napadnuté uznesenie č.k. 9 C 190/2011-177 zo dňa 20.1.2016 p o t v r d z u j e . Odporcovi náhradu trov odvolacieho konania nepriznáva. o d ô v o d n e n i e : Napadnutým rozsudkom súd prvého stupňa zamietol návrh, ktorým sa navrhovateľ voči odporcovi domáhal zaplatenia sumy 7.407,89€ s príslušenstvom predstavujúcu náhradu škody spôsobenej nesprávnym úradným postupom odporcu pri vykonávaní bankového dohľadu nad činnosťou PODIELOVÉHO DRUŽSTVA SLOVENSKÉ INVESTÍCIE (ďalej len "PDSI") a obchodníka s cennými papiermi CAPITAL INVEST, o.c.p., a.s. (ďalej len "obchodník s CP"). Ďalej prvostupňový súd zamietol návrh navrhovateľa na podanie prejudiciálnej otázky Súdnemu dvoru Európskej únie a rozhodol, že odporcovi náhradu trov konania nepriznáva. Svoje rozhodnutie po právnej stránke prvostupňový súd odôvodnil ustanoveniami § 3 ods.1,2, § 9 ods.1,2, § 15 ods.1 , § 17 ods.1 zákona č. 514/2003 Z.z. o zodpovednosti za škodu spôsobenú pri výkone verejnej moci , § 127 ods. 2, § 128 zákona č. 566/2001 Z.z. o cenných papieroch, keď z obsahu návrhu je zrejmé, že navrhovateľ sa voči odporcovi domáha náhrady škody titulom zodpovednosti štátu za nesprávny úradný postup v zmysle zákona č. 514/2003 Z.z., preto súd nárok posudzoval v intenciách tohto zákona. Prvostupňový súd uviedol, že navrhovateľ bol členom družstva PODIELOVÉ DRUŽSTVO SLOVENSKÉ INVESTÍCIE, do tohto družstva vložil členský vklad, avšak vzhľadom na rozhodnutie o vystúpení z Družstva mu členstvo zaniklo rozhodnutím predstavenstva družstva podľa čl. 16 ods.3 Stanov družstva k 30.03.2011, čím mu vzniklo právo na vyplatenie vyrovnacieho podielu.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odporcu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ďalej preukázané, že Družstvo predložilo NBS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k. ČVS:PPZ-153/BPK-B-2010 zo 16. 11. 2010, bolo dňa 10.08.2010 začaté trestné stíhanie podľa § 199 ods. 1 Trestného poriadku pre obzvlášť závažný zločin podvodu podľa § 221 ods. 1 a ods. 4 písm. a) Trestného zákona spolupáchateľstvom podľa § 20 Trestného zákona. Prvostupňový súd vznik škody titulom nesprávneho úradného potupu posudzoval v zmysle § 9 zákona č.514/2003 Z.z., keď navrhovateľ bola povinný preukázať zákonné podmienky vzniku zodpovednosti odporcu za vznik škody, ktorá mu mala vzniknúť v príčinnej súvislosti s nesprávnym úradným postupom NBS pri výkone dohľadu nad Družstvom, ktorého bola členkou. Zákonné podmienky vzniku zodpovednosti odporcu za vznik škody musia byť splnené kumulatívne bez ohľadu na zavinenie, nakoľko ide o objektívnu zodpovednosť štátu, ktorej sa nemôže zbaviť. Podľa názoru súdu navrhovateľ nepreukázal, že by NBS vo vzťahu k Družstvu nesprávne úradne postupovala. Práve naopak, v konaní bolo preukázané, že NBS až od účinnosti zákona č.566/2001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Vzhľadom na uvedené prvostupňový súd návrh zamietol z dôvodu, že navrhovateľ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Prvostupňový súd ďalej poukázal nato, že nárok na náhradu škody voči štátu môže byť úspešne uplatnený iba vtedy, ak poškodený nemôže dosiahnuť uspokojenie svojej pohľadávky voči dlžníkovi, ktorý je povinný plniť. Navrhovateľ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tunajšom súde incidenčnou žalobou. Súd doposiaľ o incidenčnej žalobe navrhovateľa nerozhodol a konkurz nie je ukončený, preto nie je možné ustáliť výšku škody, ktorá navrhovateľovi vznikla a návrhy na začatie konania o zaplatenie škody je možné považovať za predčasne podané. S poukazom na tieto skutočnosti prvostupňový súd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č.514/2003 Z.z.. Podľa názoru prvostupňového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zo strany NBS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NBS vyplývajúci z dohľadu nad Obchodníkom s CP v danom prípade právne irelevantný, pretože na strane navrhovateľky nedošlo k vzniku škody v priamej príčinnej súvislosti s prípadným nesprávnym úradným postupom NBS spočívajúcom v zanedbaní dohľadu nad Obchodníkom s CP, preto sa súd takýmto prípadným nesprávnym úradným postupom ani nezaoberal. Odporca v konaní preukázal, že NBS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prvostupňový súd návrh zamietol. V napadnutom rozsudku súd prvého stupňa ďalej zamietol návrh navrhovateľa na podanie prejudiciálnej otázky Súdnemu dvoru Európskej únie podľa čl 267 Zmluvy o fungovaní Európskej únie konštatujúc, že rozhodnutie Súdneho dvora EÚ o navrhovateľom položených otázkach nie je nevyhnutné pre meritórne rozhodnutie veci. Návrh na začatie prejudiciálneho konania zamietol aj z dôvodu, že nie je súdom, proti rozhodnutiu ktorého nie je prípustný opravný prostriedok podľa vnútroštátneho práva. O trovách konania súd prvého stupňa rozhodol podľa § 142 ods. 1 O.s.p. a ich náhradu úspešnému odporcovi nepriznal z dôvodu, že tento si náhradu trov konania neuplatnil a ani mu žiadne nevznikli. Proti tomuto rozsudku a to proti výroku, ktorým súd návrh vo veci samej zamietol podal v zákonom stanovenej lehote odvolania navrhovateľ, ktorý žiadal aby odvolací súd rozsudok v napadnutej časti zmenil, návrh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W.. B. Č.,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Navrhovateľ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Navrhovateľ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navrhovateľa, že o rozsahu dohľadu NBS nad činnosťou Družstva nemal vedomosť.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 a následne rozhodnutím zo dňa 21. decembra 2010, č. ODT-8305-5/2010, ktorým odobrala obchodníkovi s cennými papiermi povolenie na poskytovanie investičných služieb). V tejto súvislosti odvolací súd poznamenáva, že navrhovateľ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K námietke navrhovateľa, že listinné dôkazy vyžiadané prvostupňovým súdom,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odporcu boli vzájomne účastníkom súdom prvého stupňa doručované pred pojednávaním nariadeným na prejednanie veci samej. Zo zápisnice z pojednávania súdu nariadeného na deň 1.12.2015 jednoznačne vyplýva, že prvostupňový súd v zmysle § 119 ods. 5 O.s.p. oboznámil účastníkov konania s doposiaľ vykonaným dokazovaním a obsahom spisu.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ako vecne správny v zmysle § 219 ods. 1,2 O.s.p. potvrdil vrátane výroku o trovách konania, o ktorých prvostupňový súd správne rozhodol v zmysle § 142 ods. 1 v spojení s § 151 ods. 1 O.s.p. Napadnutým uznesením č.k. 9 C 190/2011-177 zo dňa 20.1.2016 súd prvého stupňa uložil navrhovateľovi povinnosť zaplatiť v lehote desať dní súdny poplatok za odvolanie v sume 20,- € s poukazom na položkou 7a Sadzobníka súdnych poplatkov zák. č. 71/1992 Zb. o súdnych poplatkoch a poplatku za výpis z registra trestov. Uznesenie odvolaním v zákonom stanovenej lehote napadol navrhovateľ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 bez nariadenia odvolacieho pojednávania podľa § 214 ods. 2 O.s.p. a dospel k záveru, že odvolanie navrhovateľa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30.12.2011 domáhal náhrady škody podľa zák. č. 514/2003 Z. z., o návrhu ktorom bolo rozsudkom zo dňa 1.12.2015 súdom prvého stupňa rozhodnuté. Navrhovateľ dňa 17.12. 2015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Ak prvostupňový súd zaviazal navrhovateľa na zaplatenie súdneho poplatku za odvolanie proti rozsudku podané dňa 17.12.2015 postupoval vecne správne, v dôsledku čoho odvolací podľa § 219 ods. 1 a 2 O.s.p. napadnuté uznesenie súdu prvého stupňa ako vecne správne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https://www.kauzis.sk/judikatura/r/ECLI:SK:KSBA:2016:1111244559.2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