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8Co/330/2016 z 26. 9. 2016</w:t>
      </w:r>
    </w:p>
    <w:p>
      <w:r>
        <w:t>Rozsudok Krajského súdu Bratislava z 26. septembra 2016, sp. zn. 8Co/330/2016, ECLI:SK:KSBA:2016:1111244615.1</w:t>
      </w:r>
    </w:p>
    <w:p>
      <w:r>
        <w:t>Súd: Krajský súd Bratislava</w:t>
      </w:r>
    </w:p>
    <w:p>
      <w:r>
        <w:t>Spisová značka: 8Co/330/2016</w:t>
      </w:r>
    </w:p>
    <w:p>
      <w:r>
        <w:t>ECLI: ECLI:SK:KSBA:2016:1111244615.1</w:t>
      </w:r>
    </w:p>
    <w:p>
      <w:r>
        <w:t>Dátum vydania: 26. 9. 2016</w:t>
      </w:r>
    </w:p>
    <w:p>
      <w:r>
        <w:t>Forma: Rozsudok</w:t>
      </w:r>
    </w:p>
    <w:p>
      <w:r>
        <w:t>Oblasť práva: Občianske právo</w:t>
      </w:r>
    </w:p>
    <w:p>
      <w:pPr>
        <w:pStyle w:val="Heading2"/>
      </w:pPr>
      <w:r>
        <w:t>Text rozhodnutia</w:t>
      </w:r>
    </w:p>
    <w:p>
      <w:r>
        <w:t>Súd: Krajský súd Bratislava Spisová značka: 8Co/330/2016 Identifikačné číslo súdneho spisu: 1111244615 Dátum vydania rozhodnutia: 27. 09. 2016 Meno a priezvisko sudcu, VSÚ: JUDr. Jana Vlčková ECLI: ECLI:SK:KSBA:2016:1111244615.1 ROZSUDOK V MENE SLOVENSKEJ REPUBLIKY Krajský súd v Bratislave v senáte zloženom z predsedníčky senátu JUDr. Jany Vlčkovej a členov senátu JUDr. Ondreja Krajča a JUDr. Moniky Holickej v právnej veci žalobkyne: G.. C. L., R. M.. E. XX, F.,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20. februára 2015, č.k. 14C/194/2011-258, takto r o z h o d o l : Odvolací súd rozsudok súdu prvej inštancie v napadnutej časti p o t v r d z u j e . Žalovanému náhradu trov odvolacieho konania n e p r i z n á v a . o d ô v o d n e n i e : 1. Rozsudkom zo dňa 20. februára 2015, č.k. 14C/194/2011-258, zamietol súd prvej inštancie žalobu; ktorou sa žalobkyňa domáhala zaplatenia náhrady škody vo výške 9.149,40 eur s 9,25 % úrokom z omeškania ročne od 19.04.2011 do zaplatenia, podľa zák. č. 514/2003 Z.z., o zodpovednosti za škodu spôsobenú pri výkone verejnej moci; a žalovanému nepriznal náhradu trov konania. Zároveň návrh žalobkyne na začatie prejudiciálneho konania pred Súdnym dvorom Európskej únie podľa článku 267 Zmluvy o fungovaní Európskej únie zamietol. Vychádzal zo zistenia, že žalobkyňa sa na základe písomnej prihlášky stala; s členským podielom v hodnote 9.149,40 eur; členkou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žalobkyňa si svoj nárok na náhradu škody uplatnila v konkurznom konaní vedenom Okresným súdom Bratislava I sp.zn. 3K 95/2010 vo veci úpadcu - Družstva, ktorého bola členkou, kde však bola jej pohľadávka správcom konkurznej podstaty popretá a žalobkyňa podala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žalobkyňa v konaní nepreukázala naplnenie predpokladov zodpovednosti štátu za škodu spôsobenú nesprávnym úradným postupom, keď nepreukázala vznik škody, nesprávny úradný postup žalovaného, teda ani príčinnú súvislosť medzi nesprávnym úradným postupom a škodou. Konštatoval, že Národná banka Slovenska sa v súvislosti s uplatňovaním jej Ústavou Slovenskej republiky a zákonom vymedzenej právomoci pri výkone dohľadu nad plnením povinnosti aktualizácie a dodržiavania schváleného prospektu investícii zo strany Družstva nedopustila tvrdeného nesprávneho úradného postupu, nakoľko až od účinnosti zákona č.566/2001 Z.z. o cenných papieroch od 01.06.2010 bola oprávnená dohliadať aj na skutočnosť, či vyhlasovateľ majetkových hodnôt -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žalobkyňa svoje finančné prostriedky vložila do Družstva, s ktorým bola v právnom vzťahu a preto iba Družstvu vznikla povinnosť vrátiť jej vložené finančné prostriedky; a iba ak by sa žalobkyňa nedomohla úhrady svojej pohľadávky proti Družstvu v konkurznom konaní; ktoré doposiaľ nie je skončené a nie je skončené ani konanie o incidenčnej žalobe žalobkyne na Okresnom súde Bratislava I; bolo by zrejmé, že jej škoda skutočne vznikla, prípadne v akej výške.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veriteľky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Slovenska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žalovanej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žalobkyne nie je dôvodné. 5. V posudzovanej veci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avšak jej členstvo zaniklo a vznikol jej nárok na vyplatenie vyrovnacieho podielu vo výške 9.149,40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8. Hmotnoprávnym základom pre uplatnenie práva žalobkyne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 orgány štátu, samosprávy, právnické, fyzické osoby ) ako aj jeho dostupnosť ( publikovateľnosť )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20. Súd prvej inštancie postupoval správne, keď sa nestotožnil s argumentáciou žalobkyne,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22.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jeho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24. Pokiaľ ide o námietku žalobkyne, že súd prvej inštancie nevykonal dokazovanie listinnými dôkazmi predpísaným spôsobom, odvolací súd ju považuje za nedôvodnú a účelovú, keď z obsahu zápisnice o pojednávaní konanom dňa 20.02.2015 pred prvoinštančným súdom vyplýva, že strany boli oboznámené s obsahom listinných dôkazov predložených v priebehu konania a boli riadne oboznámené i listinné dôkazy nachádzajúce sa v pripojenom spise Okresného súdu Bratislava I sp. zn. 14C/223/2011. 25.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konania rozhodol odvolací súd podľa ust. § 396 ods. 2 CSP v spojení s § 262 ods. 1 a § 255 CSP, a úspešnému žalovanému nárok na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https://www.kauzis.sk/judikatura/r/ECLI:SK:KSBA:2016:1111244615.1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