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8Co/355/2016 z 28. 11. 2016</w:t>
      </w:r>
    </w:p>
    <w:p>
      <w:r>
        <w:t>Rozsudok Krajského súdu Bratislava z 28. novembra 2016, sp. zn. 8Co/355/2016, ECLI:SK:KSBA:2016:1111244630.1</w:t>
      </w:r>
    </w:p>
    <w:p>
      <w:r>
        <w:t>Súd: Krajský súd Bratislava</w:t>
      </w:r>
    </w:p>
    <w:p>
      <w:r>
        <w:t>Spisová značka: 8Co/355/2016</w:t>
      </w:r>
    </w:p>
    <w:p>
      <w:r>
        <w:t>ECLI: ECLI:SK:KSBA:2016:1111244630.1</w:t>
      </w:r>
    </w:p>
    <w:p>
      <w:r>
        <w:t>Dátum vydania: 28. 11. 2016</w:t>
      </w:r>
    </w:p>
    <w:p>
      <w:r>
        <w:t>Forma: Rozsudok</w:t>
      </w:r>
    </w:p>
    <w:p>
      <w:r>
        <w:t>Oblasť práva: Občianske právo</w:t>
      </w:r>
    </w:p>
    <w:p>
      <w:pPr>
        <w:pStyle w:val="Heading2"/>
      </w:pPr>
      <w:r>
        <w:t>Text rozhodnutia</w:t>
      </w:r>
    </w:p>
    <w:p>
      <w:r>
        <w:t>Súd: Krajský súd Bratislava Spisová značka: 8Co/355/2016 Identifikačné číslo súdneho spisu: 1111244630 Dátum vydania rozhodnutia: 29. 11. 2016 Meno a priezvisko sudcu, VSÚ: JUDr. Jana Vlčková ECLI: ECLI:SK:KSBA:2016:1111244630.1 ROZSUDOK V MENE SLOVENSKEJ REPUBLIKY Krajský súd v Bratislave v senáte zloženom z predsedníčky senátu JUDr. Jany Vlčkovej a členov senátu JUDr. Ondreja Krajča a JUDr. Moniky Holickej v právnej veci žalobkyne: A.. F. I., I. K. X. XXXX, zastúpenej: FUTEJ &amp; Partners, s.r.o., Radlinského č. 2, Bratislava, IČO: 35 955 341, proti žalovanému: Slovenská republika - Národná banka Slovenska, so sídlom ul. Imricha Karvaša č. 1, Bratislava, o náhradu škody, na odvolanie žalobkyne proti rozsudku Okresného súdu Bratislava I, zo dňa 20. januára 2014, č.k. 4C/195/2011-86, takto r o z h o d o l : Odvolací súd rozsudok súdu prvej inštancie v napadnutej časti p o t v r d z u j e . Žalovanému náhradu trov odvolacieho konania nepriznáva . o d ô v o d n e n i e : 1. Rozsudkom zo dňa 20. januára 2014, č.k. 4C/195/2011-86, zamietol súd prvej inštancie žalobu; ktorou sa žalobkyňa domáhala zaplatenia náhrady škody vo výške 27.073,16 eur s 9,25 % úrokom z omeškania ročne od 19.04.2011 do zaplatenia, podľa zák. č. 514/2003 Z.z., o zodpovednosti za škodu spôsobenú pri výkone verejnej moci; a žalovanému nepriznal náhradu trov konania. Zároveň návrh žalobkyne na začatie prejudiciálneho konania pred Súdnym dvorom Európskej únie podľa článku 267 Zmluvy o fungovaní Európskej únie zamietol. Vychádzal zo zistenia, že žalobkyňa sa na základe písomnej prihlášky stala členkou družstva PODIELOVÉ DRUŽSTVO SLOVENSKÉ INVESTÍCIE (ďalej "Družstvo"); s členským podielom v hodnote 27.073,16 eur;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žalobkyňa si svoj nárok na náhradu škody uplatnila v konkurznom konaní vedenom Okresným súdom Bratislava I sp. zn. 3K 95/2010 vo veci úpadcu - Družstva, ktorého bola členkou, kde však bola jej pohľadávka správcom konkurznej podstaty popretá a žalobkyňa podala incidenčnú žalobu, pričom konanie v tejto veci nie je doposiaľ ukončené. Takto ustálený skutkový stav veci posúdil po právnej stránke podľa čl. 2 ods. 2 Ústavy SR, ust. § 1, § 3 ods. 1 § 9 ods. 1, 2, § 15 ods. 1, § 17 ods. 1 zák. č. 514/2003 Z.z. o zodpovednosti za škodu spôsobenú pri výkone verejnej moci a o zmene niektorých zákonov, § 127 Zákona o cenných papieroch, a dospel k záveru, že žalobkyňa v konaní nepreukázala naplnenie predpokladov zodpovednosti štátu za škodu spôsobenú nesprávnym úradným postupom, keď nepreukázala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a až od účinnosti zákona č.566/2001 Z.z. o cenných papieroch od 01.06.2010 bola Národná banka Slovenska oprávnená dohliadať aj na skutočnosť, či vyhlasovateľ majetkových hodnôt -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žalobkyňa bola v právnom vzťahu iba s Družstvom a iba ak by sa žalobkyňa nedomohla úhrady svojej pohľadávky proti Družstvu v konkurznom konaní; ktoré doposiaľ nie je skončené a nie je skončené ani konanie o incidenčnej žalobe žalobkyne na Okresnom súde Bratislava I; prípadne v súdnom konaní o náhradu škody proti členom predstavenstva alebo kontrolnej komisie Družstva, bolo by zrejmé, že jej škoda skutočne vznikla, prípadne v akej výške. Zamietnutie návrhu žalobkyne na začatie prejudiciálneho konania pred Súdnym dvorom Európskej únie odôvodnil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Z.z., avšak nie dohľad nad jeho celkovou činnosťou a nesúhlasila so záverom súdu prvej inštancie,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veriteľky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žalovanej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Na základe podaného odvolania preskúmal odvolací vecnú správnosť napadnutého rozsudku, a keďže dospel k záveru, že rozsudok súdu prvej inštancie je vecne správny, rozsudkom zo dňa 24. septembra 2014, č.k. 2Co/385/2014-123, ho potvrdil. 5. Citovaný rozsudok odvolacieho súdu zo dňa 24. septembra 2014, č.k. 2Co/385/2014-123, napadla žalobkyňa odvolaním, pričom Najvyšší súd Slovenskej republiky uznesením zo dňa 18. augusta 2016, napadnutý rozsudok zrušil a vec vrátil odvolaciemu súdu na ďalšie konanie. Jediným dôvodom jeho zrušenia bolo zistenie, že odvolací súd porušil právo žalobkyne na spravodlivé súdne konanie a odňal jej možnosť konať pred súdom tým, že jej neumožnil vyjadriť sa k vyjadreniu žalovaného k jej odvolaniu, obsahujúcemu skutkovú a právnu argumentáciu týkajúcu sa veci. 6. Odvolací súd po zrušení a vrátení veci dovolacím súdom, v intenciách jeho záväzného právneho názoru, zaslal vyjadrenie žalovaného k odvolaniu žalobkyni s tým, že má možnosť sa k nemu vyjadriť. Žalobkyňa však túto možnosť nevyužila. 7. Následne odvolací súd opätovne vec prejednal, podľa § 380 ods. 1 CSP, bez nariadenia odvolacieho pojednávania podľa § 378 ods. 1 v spojení s § 219 ods. 3 CSP a opätovne dospel k záveru, že odvolanie žalobkyne nie je dôvodné 8. V danom spore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9.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10.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avšak na základe rozhodnutia predstavenstva Družstva zo dňa 20.01.2011 jej týmto dňom členstvo v Družstve zaniklo a zároveň jej vznikol nárok na vyplatenie vyrovnacieho podielu v sume 27.073,16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pod sp. zn. 3Cbi/257/2011 na Okresnom súde Bratislava I. 11. Hmotnoprávnym základom pre uplatnenie práva žalobkyne na náhradu škody bolo ustanovenie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12.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13. Podľa čl. 1 ods. 1 veta prvá Ústavy SR, Slovenská republika je zvrchovaný, demokratický a právny štát. 14. Podľa čl. 2 ods.2 Ústavy SR, štátne orgány môžu konať iba na základe Ústavy, v jej medziach a v rozsahu a spôsobom, ktorý ustanoví zákon. 15. Podľa čl. 2 ods.3 Ústavy SR, každý môže konať, čo nie je zákonom zakázané, a nikoho nemôže nútiť, aby konal niečo, čo zákon neukladá. 16. Podľa čl. 20 ods.1 Ústavy SR, každý má právo vlastniť majetok. 17. Podľa čl. 20 ods.3 Ústavy SR, vlastníctvo zaväzuje. 18.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 orgány štátu, samosprávy, právnické, fyzické osoby ) ako aj jeho dostupnosť ( publikovateľnosť ) ich adresátom. 19.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20.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21.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Z.z. o cenných papieroch v spojení s ust. § 125c ods. 1. zák.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22.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Z.z. o cenných papieroch, vykonanou zákonom č. 129/2010 Z.z. 23. Súd prvej inštancie postupoval správne, keď sa nestotožnil s argumentáciou žalobkyne,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24.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Z.z. 25.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26.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27. Pokiaľ ide o námietku žalobkyne, že súd prvej inštancie nevykonal dokazovanie listinnými dôkazmi predpísaným spôsobom, odvolací súd ju považuje za nedôvodnú a účelovú, keď z obsahu zápisnice o pojednávaní konanom dňa 20.1.2014 pred prvoinštančným súdom vyplýva, že strany boli oboznámené s obsahom listinných dôkazov predložených v priebehu konania. 28.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29. Vzhľadom na uvedené, odvolací súd rozsudok súdu prvej inštancie v napadnutej časti; t.j. vo výroku vo veci samej a súvisiacom výroku o náhrade trov konania; ako vecne správny potvrdil (§ 387 ods. 1,2 CSP). 30. O nároku na náhradu trov odvolacieho konania rozhodol odvolací súd podľa ust. § 396 ods. 2 CSP v spojení s § 262 ods. 1 a § 255 CSP, a úspešnému žalovanému nárok na náhradu trov odvolacieho konania nepriznal, keď mu v odvolacom konaní žiadne trovy nevznikli. 31.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https://www.kauzis.sk/judikatura/r/ECLI:SK:KSBA:2016:1111244630.1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