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7Co/368/2016 z 27. 9. 2016</w:t>
      </w:r>
    </w:p>
    <w:p>
      <w:r>
        <w:t>Rozsudok Krajského súdu Bratislava z 27. septembra 2016, sp. zn. 7Co/368/2016, ECLI:SK:KSBA:2016:1111244843.2</w:t>
      </w:r>
    </w:p>
    <w:p>
      <w:r>
        <w:t>Súd: Krajský súd Bratislava</w:t>
      </w:r>
    </w:p>
    <w:p>
      <w:r>
        <w:t>Spisová značka: 7Co/368/2016</w:t>
      </w:r>
    </w:p>
    <w:p>
      <w:r>
        <w:t>ECLI: ECLI:SK:KSBA:2016:1111244843.2</w:t>
      </w:r>
    </w:p>
    <w:p>
      <w:r>
        <w:t>Dátum vydania: 27. 9. 2016</w:t>
      </w:r>
    </w:p>
    <w:p>
      <w:r>
        <w:t>Forma: Rozsudok</w:t>
      </w:r>
    </w:p>
    <w:p>
      <w:r>
        <w:t>Oblasť práva: Občianske právo</w:t>
      </w:r>
    </w:p>
    <w:p>
      <w:pPr>
        <w:pStyle w:val="Heading2"/>
      </w:pPr>
      <w:r>
        <w:t>Text rozhodnutia</w:t>
      </w:r>
    </w:p>
    <w:p>
      <w:r>
        <w:t>Súd: Krajský súd Bratislava Spisová značka: 7Co/368/2016 Identifikačné číslo súdneho spisu: 1111244843 Dátum vydania rozhodnutia: 28. 09. 2016 Meno a priezvisko sudcu, VSÚ: JUDr. Blanka Podmajerská ECLI: ECLI:SK:KSBA:2016:1111244843.2 ROZSUDOK V MENE SLOVENSKEJ REPUBLIKY Krajský súd v Bratislave v senáte zloženom z predsedníčky senátu JUDr. Blanky Podmajerskej a členov JUDr. Blanky Malichovej a Mgr. Adely Unčovskej, v právnej veci žalobcu: N.. L. R., nar. XX.X.XXXX, bytom X. X, XXX XX X., v zastúpení: FUTEJ &amp; Partners s. r. o., ul. Radlinského č. 2, 811 07 Bratislava, IČO: 35 955 341, proti žalovanej: Slovenská republika - Národná banka Slovenska, ul. Imricha Karvaša č. 1, 811 07 Bratislava, o zaplatenie 11.191,10 eur s príslušenstvom, na odvolanie žalobcu proti rozsudku Okresného súdu Bratislava I zo dňa 20.03.2014, č. k. 16C/211/2011 - 117, jednomyseľne takto r o z h o d o l : Rozsudok súdu prvej inštancie sa v napadnutej časti p o t v r d z u j e . Žalovanej sa proti žalobcovi p r i z n á v a nárok na plnú náhradu trov odvolacieho konania. o d ô v o d n e n i e : 1.1. Napadnutým rozsudkom súd prvej inštancie zamietol žalobu, ktorou sa žalobca voči žalovanej domáhal zaplatenia sumy 11.191,10 eur s 9,25 % úrokom z omeškania ročne zo žalovanej sumy, od 19.4.2011 do zaplatenia, predstavujúcej náhradu škody spôsobenej nesprávnym úradným postupom žalovanej pri vykonávaní bankového dohľadu nad činnosťou PODIELOVÉHO DRUŽSTVA SLOVENSKÉ INVESTÍCIE (ďalej len „PDSI“ alebo „Družstvo“) a obchodníka s cennými papiermi (ďalej len „obchodník s CP"). Súd prvej inštancie v rozhodnutí ďalej zamietol návrh žalobcu na začatie prejudiciálneho konania pred Súdnym dvorom Európskej únie podľa čl. 267 Zmluvy o fungovaní Európskej únie a žalovanej nepriznal náhradu trov konania. 1.2. Rozhodnutie právne odôvodnil ust. § 3 ods.1, 2, § 9 ods.1, 2, § 15 ods.1 a § 17 ods. 1 zák. č. 514/2003 Z. z. o zodpovednosti za škodu spôsobenú pri výkone verejnej moci, § 127 ods. 2, a dospel k záveru, že vo veci neboli splnené zákonné podmienky dané pre vyvodenie zodpovednosti voči štátu. V odôvodnení rozhodnutia konštatoval, že Úrad pre finančný trh rozhodnutím zo dňa 21. 3. 2002 schválil PODIELOVÉMU DRUŽSTVU SLOVENSKÉ INVESTÍCIE Prospekt investície, pri ktorom Družstvo požiadalo o schválenie jeho dodatku spolu s prílohou a to zápisnicou z jeho riadnej členskej schôdze zo dňa 9. 1. 2003, podľa ktorej mal Úrad pre finančný trh schválením Prospektu investície odobriť projekt družstiev s tým, že Úrad pre finančný trh Družstvo v upozornení zo dňa 13. 5. 2003 oboznámil o splnení podmienok pre schválenie tohto dodatku a upozornil ho,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6.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To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1.3. Súd prvej inštancie vykonaným dokazovaním zistil, že Národná banka Slovenska (ďalej „NBS“) rozhodnutím zo dňa 20. 8. 2008, č. OPK-9750-5/2007 uložila obchodníkovi s cennými papiermi pokutu vo výške 9.958,18 eur (300.000,- Sk) za porušenie ust. § 54 ods. 2, § 73 ods. 1 písm. a/, § 74 ods. 1, ods. 7 písm. b/ zák. č. 566/2001 Z. z. a rozhodnutím zo dňa 22. 4. 2008, č. OPK-2744-5/2007- PLP zmenila obchodníkovi s cennými papiermi povolenie na poskytovanie investičných služieb a okrem iného mu povolila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4.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4. 2010 požiadalo Družstvo Národnú banku Slovenska o zjednanie nápravy v činnosti obchodníka s cennými papiermi, z dôvodu neplnenia si základných povinností voči nemu, spočívajúcich v zabezpečení zhodnotenia finančných prostriedkov jemu zverených do správy. Súd prvej inštancie taktiež zistil, že Národná banka Slovenska rozhodnutím o predbežnom opatrení zo dňa 12. 7. 2010, č. ODT-8305/2010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12. 2010, č. ODT-8305-5/2010, potvrdeným Bankovou radou Národnej banky Slovenska rozhodnutím zo dňa 1. 3. 2011, č. GUV-274/2011, odobrala obchodníkovi s cennými papiermi povolenie na poskytovanie investičných služieb z dôvodov podľa § 156 ods. 2 písm. a), § 55 ods. 7, ods. 9, § 85 ods. 2 v spojení s ust. § 84 ods. 1 písm. b/, § 76 ods. 2 a § 77 ods. 7 zák. č. 566/2001 Z. z. a rozhodnutím zo dňa 26. 8. 2010, č. OPK-5664/1-5/2010 zastavila konanie o schválenie dodatku k Prospektu investície z dôvodu absencie náležitostí stanovených zákonom v žiadosti, čo potvrdila Banková rada Národnej banky Slovenska rozhodnutím zo dňa 7. 12. 2010, č. GUV-1744/2010. Rozhodnutím zo dňa 30. 5. 2011, č. ODT-10890-4/2010, právoplatným dňa 18. 7. 2011, Národná banka Slovenska zakázala Družstvu, ako vyhlasovateľovi verejnej ponuky majetkových hodnôt predaj majetkových hodnôt, z dôvodu porušenia ust. § 129 ods. 3 v spojení s § 128 ods. 1 písm. b/, c/, h/ zák. č. 566/2001 Z. z. tým, že zmenou skutočností uvedených v Prospekte investície, Družstvo tento Prospekt nedodržiavalo a neurobilo žiadne kroky k tomu, aby stav Družstva uviedlo do súladu s údajmi v Prospekte investícii. Súd prvej inštancie mal za preukázané, že majetok vložený do investičných nástrojov Družstva je tvorený podielmi v družstvách EDSI, KPDSI a DDSI a na 98,85 % podielom zmenkami emitenta CI HOLDING, a.s., pričom v zmysle prijatej investičnej stratégie v Prospekte investície by angažovanosť voči jednému emitentovi nemala prekročiť 30 % podielu na celkových aktívach vyhlasovateľa verejnej ponuky. Podiel emitenta CI HOLDING, a. s. na celkových aktívach predstavoval 91,45 % a teda Prospekt investície nebol zo strany Družstva dodržaný a Národná banka Slovenska preto z dôvodu rozloženia investičného rizika považovala za vhodné, aby sa v aktívach družstva nachádzali finančné nástroje aj iných subjektov, ako nachádzajúcich sa v skupine CI HOLDING, a. s.. 1.4. Súd prvej inštancie poukázal na skutočnosť, že Okresný súd Bratislava I uznesením zo dňa 11. 4. 2011, č. k. 3K/95/2010-21, právoplatným dňa 5. 5. 2011, vyhlásil konkurz na majetok Družstva ako úpadcu a do funkcie správcu bol ustanovený MR.. T. I.. Zároveň mal preukázané, že žalobca sa stal členom Družstva a žiadosťou zo dňa 24. 11. 2010 požiadal o zrušenie členského podielu, čím mu vznikol nárok na vyplatenie vyrovnacieho podielu vo výške 9.143,43 eur, ktorý si prihlásil ako pohľadávku v konkurznom konaní, vedenom na majetok Družstva. S poukazom na to, vyhodnotil súd prvej inštancie návrh na začatie konanie za predčasne podaný. Súd ďalej uviedol, že žalobca súdu nepreukázal bezúspešnosť uplatňovania svojich práv, keď o incidenčnej žalobe voči správcovi konkurznej podstaty úpadcu (Družstva) nie je doposiaľ právoplatne rozhodnuté a súčasne toho času nie je možné ani ustáliť majetok Družstva, s ktorým bol žalobca v záväzkovom vzťahu, a z ktorého by mohla byť uspokojená jeho pohľadávka uplatňovaná v prebiehajúcom konaní o náhradu škody za nesprávny úradný postup, a to i po skončení konkurzného konania. 1.5. K nesprávnemu úradnému postupu spočívajúcemu v oneskorenom zistení neaktuálnosti údajov zahrnutých do Prospektu investície a tým neplatnosti Prospektu investície a následnom oneskorení zakázania činnosti družstva, súd prvej inštancie uviedol, že dohľad Národnej banky Slovenska nad činnosťou družstva ako vyhlasovateľa verejnej ponuky majetkových hodnôt bol regulovaný zák. č. 566/2001 Z. z., pričom dohľad vykonávala v obmedzenom, resp. vymedzenom rozsahu, spočívajúcom v kontrole povinností uložených vyhlasovateľovi verejnej ponuky majetkových hodnôt zákonom a k takým povinnostiam patrila od 1. 1. 2009 i povinnosť aktualizácie Prospektu investície podľa ust. § 125c ods. 1 v spojení s ust. § 127 ods. 4 zák. č. 566/2001 Z. z. a od 1. 6. 2010 povinnosť dodržiavania Prospektu investície podľa ust. § 129 ods. 3 zák. č. 566/2001 Z. z.. Dospel preto k záveru, že v prípade nastania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schválenie Zmluvy o riadení portfólia. V tejto súvislosti uviedol, že Národná banka Slovenska nemala právomoc vykonávať dohľad nad celkovou činnosťou Družstva s tým, že Družstvo jej až do 15. 4. 2010 nesignalizovalo zhoršenie jeho finančnej situácie, príp. nedostatky v činnosti obchodníka s cennými papiermi a až pri výkone dohľadu na mieste samom v dňoch od 20. 4. do 6. 5.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investície, ktorú síce predložilo, táto však neobsahovala všetky náležitosti podľa zák. č. 747/2004 Z. z., pričom rovnaké nedostatky mal aj dodatok Prospektu investície v zmysle zák. č. 566/2001 Z. z. s tým, že Národná banka Slovenska konala v rámci svojich oprávnení stanovených zákonom a súd prvej inštancie v jej postupe nezistil namietaný nesprávny úradný postup. 1.6. Vo vzťahu k nesprávnemu úradnému postupu, spočívajúcemu v prijatí nedostatočných opatrení na nápravu protiprávneho stavu uviedol, že predmetom konania je nesprávny úradný postup žalovanej a nie obchodníka s cennými papiermi a preto v priamej príčinnej súvislosti s ním mohla vzniknúť škoda len Družstvu a nie žalobcovi, ktorý nebol v žiadnom záväzkovom, ani inom vzťahu s obchodníkom s cennými papiermi a zmluvnou stranou Zmluvy o riadení portfólia bolo len Družstvo. Taktiež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prvej inštancie zároveň dospel k záveru, že žalovaná sa nesprávneho úradného postupu spočívajúceho v prijatí nedostatočných opatrení na nápravu protiprávneho stavu po zistení závažných pochybení obchodníka s cennými papiermi pri činnosti voči Družstvu nedopustila z dôvodu absencie priamej príčinnej súvislosti s prípadnou škodou na strane žalobcu, keď z listinných dôkazov, najmä z rozhodnutí Národnej banky Slovenska o uložení pokuty vo výške 16.596,96 eur (500.000,-Sk) a vo výške 9.958,18 eur (300.000,-Sk) je zrejmé, že Národná banka Slovenska činnosť obchodníka s cennými papiermi sledovala, pričom nebolo jej povinnosťou informovať Družstvo o výsledných zisteniach, nakoľko dohľad nad dohliadanými subjektmi je neverejný a účastníkom konania v konaní o uložení pokuty alebo inej sankcie alebo opatrenia na nápravu, je len dohliadaný subjekt alebo iná osoba, ktorej sa má pokuta, prípadne sankcia uložiť. Bol názoru, že bolo primárne povinnosťou Družstva, ktoré malo všetky dostupné informácie o činnosti obchodníka s cennými papiermi, zabezpečiť priamu kontrolu plnenia jeho povinností a dohľad nad jeho činnosťou voči Družstvu, pričom nemožno zanedbať ani povinnosti žalobcu, ktorý sa ako člen Družstva mal aktívne a včas zaujímať o svoje práva a ich výkon voči Družstvu a jeho orgánom a zamedziť tak znehodnocovaniu, príp. nevymožiteľnosti svojich majetkových a iných práv súvisiacich s Družstvom. 1.7. Súd prvej inštancie taktiež vyvodil záver, že ďalšou podmienkou pre úspešné uplatnenie nároku na náhradu škody voči štátu je preukázanie vzniku škody a jej výšky a príčinnej súvislosti medzi vytýkaným nesprávnym úradným postupom a vznikom škody. Mal za to, že žalobca sa ako bývalý člen Družstva, s ktorým bol v právnom vzťahu a z ktorého mu v dôsledku vystúpenia vzniklo právo na vyplatenie vyrovnacieho podielu sa prioritne musí domáhať zaplatenia svojej pohľadávky voči Družstvu, nakoľko Družstvo je vo vzťahu k nemu v pozícii dlžníka/povinného, pričom žalobca si svoj nárok voči Družstvu uplatnil formou prihlášky v konkurznom konaní, avšak v čase rozhodovania súdu nepreukázal bezúspešnosť uplatňovania svojich práv voči Družstvu. Rozhodnutie v časti výroku, ktorým návrh žalobcu na začatie prejudiciálneho konania pred Súdnym dvorom Európskej únie zamietol, odôvodnil právne ust. § 109 ods. 1 písm. c/ O. s. p., článkom 267 Zmluvy o fungovaní Európskej únie a vecne tým, že nie je povinný predložiť prejudiciálnu otázku formulovanú žalobcom Súdnemu dvoru Európskej únie, nakoľko nejde o súd rozhodujúci v poslednom stupni, žalobca nežiadal o výklad platnosti právneho aktu Európskej únie a zodpovedanie prejudiciálnych otázok žalobcu nie je pre rozhodnutie súdu potrebné. Mal za to, že žalobcom označená smernica Európskeho parlamentu a Rady č. 2003/71/ES zo dňa 4. 11. 2003 bola trasponovaná do nášho právneho poriadku a týkala sa primárne oblasti právnej úpravy prospektu zverejňovania pri verejnej ponuke cenných papierov a nie pri verejnej ponuke majetkových hodnôt, vo vzťahu k prejednávanej veci je irelevantné zaoberať sa otázkami uvedenými žalobcom v návrhu na začatie prejudiciálneho konania. 1.8. Rozhodnutie v časti výroku, ktorým návrh žalobcu na začatie prejudiciálneho konania pred Súdnym dvorom Európskej únie zamietol, súd prvej inštancie právne odôvodnil ust. § 109 ods. 1 písm. c/ zák. č. 99/1963 Zb. v znení účinnom do 30.6.2016 (ďalej „O.s.p.“), článkom 267 Zmluvy o fungovaní Európskej únie a vecne tým, že nie je povinný predložiť prejudiciálnu otázku formulovanú žalobcom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1.9. O trovách konania rozhodol podľa § 142 ods.1 O. s. p. s prihliadnutím na to, že žalovaná si právo na náhradu trov konania neuplatnila. 2.1. Proti zamietajúcemu výroku rozsudku podal žalobca v zákonnej lehote odvolanie namietajúc,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O.s.p.) a rozhodnutie súdu prvej inštancie vychádza z nesprávneho právneho posúdenia veci (§ 205 ods. 2 písm. f/ O.s.p.). 2.2. Vo vzťahu k výroku rozhodnutia súdu prvej inštancie, ktorým zamietol návrh vo veci samej, žalobca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N.. Z. Y., S..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N.. I.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2.3.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2.4. Žalobca konštatoval, že existujúce konkurzné konanie samo osebe nevylučuje možnosť podať veriteľom, ktorý si prihlásil svoju pohľadávku do konkurzu, žalobu na náhradu škody proti štátu a nerobí takúto žalobu predčasnou,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 z. nie je, aby poškodený preukázal bezúspešnosť vydania pohľadávky v konkurznom konaní, pretože zákon č. 514/2003 Z. z. nedefinuje uvedenú podmienku ako jednu z (osobitných) predpokladov tejto zodpovednosti. 2.5. V odvolaní napokon poukázal na závery uznesenia Najvyššieho súdu Slovenskej republiky zo dňa 31. januára 2012, sp. zn. 6 MCdo 11/2010 a na to, že zo zápisníc o pojednávaní pred prvoinštančným súdom vyplýva, že listinné dôkazy vyžiadané súdom prvej inštancie, resp. predložené sporovými stranymi, neboli v značnom počte a rozsahu riadne vykonané spôsobom podľa § 129 ods. 1 O. s. p.. 3. Žalovaná vo vyjadrení sa k odvolaniu žalobcu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prvej inštancie na základe vykonaného dokazovania dostatočne správne zistil skutkový aj právny stav veci, pričom z jeho činnosti mu boli známe aj iné dôležité skutočnosti (§ 121 O. s. 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uviedol, že zo zápisnice z pojednávania súdu jasne vyplýva skutočnosť, že súd oboznámil (vykonal) jednotlivé dôkazy nachádzajúce sa v súdnom spise a aj tá skutočnosť, že sporové strany vyhlásili, že sú im známe všetky listiny, ktoré sú súčasťou súdneho spisu a preto na ich oboznámení čítaním netrvali. 4. Odvolací Krajský súd v Bratislave rozsudkom zo dňa 24.6.2015 č.k. 3Co/440/2014-163, rozsudok súdu prvej inštancie v odvolaním napadnutej časti potvrdil. Najvyšší súd Slovenskej republiky svojím uznesením zo dňa 23.6.2016 pod sp. zn. 7Cdo/36/2016 rozsudok označeného odvolacieho súdu vo výroku, ktorým potvrdil rozsudok súdu prvej inštancie vo veci samej, zrušil a vec mu v rozsahu zrušenia vrátil na ďalšie konanie, keď vyjadrenie žalovanej k odvolaniu žalobcu nebolo tomuto doručené, čím došlo k porušeniu práva na spravodlivý proces a tým k odňatiu možnosti konať pred súdom v zmysle § 237 písm. f/ O.s.p. 5.1. Podľa § 470 ods. 1 zák.č. 160/2015 Civilný sporový poriadok (ďalej „C.s.p.“) ak nie je ustanovené inak, platí tento zákon aj na konania začaté predo dňom nadobudnutia jeho účinnosti. 5.2.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6.1. Odvolací súd po doručení vyjadrenia žalovanej k odvolaniu žalobcu (dňa 31.8.2015, č.l. 195) s poukazom na vyššie uvedené ustanovenie C.s.p. opätovne preskúmal vec v rozsahu a medziach dôvodov odvolania (378 ods. 1, § 379, § 380 ods. 1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škody spôsobenej orgánom štátu, výsledky vykonaného dokazovania správne zhodnotil (§ 191 ods. 1 C.s.p.) a na ich základe dospel k správnym skutkovým a právnym záverom, ktoré v napadnutom rozhodnutí aj náležite a v dostatočnom rozsahu odôvodnil ( § 220 ods. 2 C.s.p.). 6.2. S prihliadnutím na obsah súdneho spisu a z neho vyplývajúci skutkový stav, nezistiac v postupe súdu prvej inštancie žiadne vady týkajúce sa procesných podmienok (§ 380 ods. 2 C.s.p.), odvolací súd sa v celom rozsahu po skutkovej a právnej stránke stotožňuje (§ 387 ods. 2 C.s.p.) s dôvodmi týkajúcimi sa odvolaním napadnutého rozsudku prvoinštančného súdu v časti vzťahujúcej sa k výroku,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ods.2,3 C.s.p.). 6.3. V súvislosti so žalobcom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odvolacích dôvodov žalobcu obsiahnutých v podanom odvolaní a v záujme riadneho vysporiadania sa s odvolacími námietkami žalobcu dopĺňa nasledovné. 6.4. Nakoľko o odvolaní rozhodoval odvolací súd po nadobudnutí účinnosti zák. č. 160/2015 Z. z. a zák. č. 161/2015 Z. z. zohľadňujúc stav v čase vydania rozsudku súdu prvej inštancie (§ 470 C.s.p.) uvádza, že v celom svojom rozsudku pojmy dané terminológiou používanou v zákone č. 99/1963 Zb. Občiansky súdny poriadok, „súd prvého stupňa“, „účastníci konania“ a „navrhovateľ a odporca“ nahradil pojmami „súd prvej inštancie,“ „strany sporu“ a „žalobca a žalovaný“ tak ako to zaviedol zákon č. 160/2015 Z.z. Civilný sporový poriadok. 7. K doplneniu dôvodov rozhodnutia súdu prvej inštancie a v záujme dôkladného vyporiadania sa s odvolacími námietkami odvolací súd uvádza nasledovné. 8. K žalobcom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9.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prvoinštančný súd zo správnych skutkových záverov vyvodil správne právne závery a aplikoval správny právny predpis, namietaná vada konania nebola odvolacím súdom zistená. 10.1. Hmotnoprávnym základom pre uplatnenie práva žalobcu na náhradu škody je v danom prípade ust. § 9 zák. č. 514/2003 Z. z., podľa ktorého štát zodpovedá za škodu spôsobenú nesprávnym úradným postupom. 10.2.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10.3.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10.4.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10.5.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10.6. Podľa § 420 ods. 1 Občianskeho zákonníka, každý zodpovedá za škodu, ktorú spôsobil porušením právnej povinnosti. Podľa § 442 ods. 1 Občianskeho zákonníka, uhrádza sa skutočná škoda a to, čo poškodenému ušlo (ušlý zisk). 10.7.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 z. bola vyhlasovateľovi verejnej ponuky majetkových hodnôt stanovená až od 1.1.2009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10.8.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10.9.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10.10.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tá strana, ktorej práv či právom chránených záujmov sa má rozhodnutie dotýkať. 10.11.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10.12. Pokiaľ ide o rozsudok Najvyššieho súdu ČR sp. zn. 29 Cdo 4968/2009, na ktorý v odvolaní poukazoval žalobca, jeho interpretácia je nesprávna a zavádzajúca. Tento rozsudok sa predovšetkým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inštanciei v tom, že žaloba bola podaná predčasne. 10.13. Vo vzťahu k námietke žalobcu k okolnosti, že konanie predchádzajúce vydaniu odvolaním napadnutého rozsudku má inú vadu, ktorá mohla mať za následok nesprávne rozhodnutie veci, spočívajúcej vo vykonaní listinných dôkazov v rozpore s ust. v tom čase platného ust. § 129 O.s.p. treba uviesť, že v sporovom konaní sú strany sporu povinné označiť dôkazy na preukázanie svojich tvrdení. Súd rozhodne, ktoré z označených dôkazov vykoná. Podľa ust. § 129 ods. 1 O.s.p. (od 1.7.2016 ust. § 204 C.s.p.) sa dôkaz listinou vykoná tak, že predseda senátu alebo samosudca na pojednávaní listinu alebo jej časť prečíta alebo oznámi jej obsah. Z obsahu spisu vyplýva, že žaloba, následné podania žalobcu a vyjadrenie sa žalovanej boli vzájomne stranám sporu súdom prvej inštancie doručované pred pojednávaním nariadeným na deň 20.3.2014, resp. v jeho priebehu. Zo zápisnice z pojednávania súdu nariadeného na deň 20.3.2014 vyplýva, že v jeho priebehu súd prvej inštancie akceptoval zhodné vyhlásenie prítomných strán o tom, že s obsahom všetkých listinných dôkazov sú oboznámení, nespochybňuje ho žiadna zo strán, preto na ich osobitnom oboznámení súdom čítaním, netrvajú. Uvedené znamená, že žalobcom vytýkané procesné pochybenie súdu prvej inštancie o riadnom nevykonaní dokazovania nevyhnutného k preukázaniu rozhodujúcich skutočností spôsobom uvedeným v § 129 ods. 1 O.s.p. v znení účinnom do 30.6.2016 nebolo odvolacím súdom zistené. 10.14. Postup súdu prvej inštancie v priebehu označeného pojednávania, ktorý zamietol návrh na doplnenie dokazovania zabezpečením účtovníctva družstva PDSI, vyžiadaním správy o stave konkurzu a výsluch svedkov G.. K., N.. Š., N.. W. H. N.. K.), bol rovnako v súlade s ust. § 185 ods. 1 C. s. p.. V zmysle citovaného ustanovenia súd rozhodne, ktoré z navrhnutých dôkazov vykoná. Posúdenie návrhov na vykonanie dokazovania a rozhodnutie, ktoré z nich budú v rámci dokazovania vykonané, je teda zásadne vecou súdu a nie strán sporu. Na základe uvedeného je potom možné za nedôvodnú považovať i námietku žalobcu o tom, že súd prvej inštancie neúplne zistil skutkový stav veci, pretože nevykonal navrhnuté dôkazy, potrebné na zistenie rozhodujúcich skutočností (§ 205 ods.2 písm. c/ O. s. p. v znení účinnom do 30.6.2016). 11. Záverom odvolací súd zdôrazňuje, že žalobca odvolaciu argumentáciu založil na rovnakom skutkovom a právnom zdôvodnení ako v konaní pred súdom prvej inštancie a v odvolacom konaní neuviedol žiadne nové skutočnosti a dôkazy, ktoré by odôvodňovali odlišné posúdenie otázky vzniku nároku na uverejnenie odpovede, zatiaľ čo závery súdu prvej inštancie sú v tomto smere dostatočne podložené výsledkami vykonaného dokazovania a v jeho rozhodnutí aj dostatočne vyargumentované. 12. Vzhľadom na vyššie uvedené odvolací súd napadnutý rozsudok súdu prvej inštancie, vrátane výroku o trovách konania pred súdom prvej inštancie, podľa § 387 ods. 1 C.s.p. ako vecne a právne správny, potvrdil. 13.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https://www.kauzis.sk/judikatura/r/ECLI:SK:KSBA:2016:1111244843.2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