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7Co/696/2015 z 28. 2. 2016</w:t>
      </w:r>
    </w:p>
    <w:p>
      <w:r>
        <w:t>Uznesenie Krajského súdu Bratislava z 28. februára 2016, sp. zn. 7Co/696/2015, ECLI:SK:KSBA:2016:1111244854.1</w:t>
      </w:r>
    </w:p>
    <w:p>
      <w:r>
        <w:t>Súd: Krajský súd Bratislava</w:t>
      </w:r>
    </w:p>
    <w:p>
      <w:r>
        <w:t>Spisová značka: 7Co/696/2015</w:t>
      </w:r>
    </w:p>
    <w:p>
      <w:r>
        <w:t>ECLI: ECLI:SK:KSBA:2016:1111244854.1</w:t>
      </w:r>
    </w:p>
    <w:p>
      <w:r>
        <w:t>Dátum vydania: 28. 2. 2016</w:t>
      </w:r>
    </w:p>
    <w:p>
      <w:r>
        <w:t>Forma: Uznesenie</w:t>
      </w:r>
    </w:p>
    <w:p>
      <w:pPr>
        <w:pStyle w:val="Heading2"/>
      </w:pPr>
      <w:r>
        <w:t>Text rozhodnutia</w:t>
      </w:r>
    </w:p>
    <w:p>
      <w:r>
        <w:t>Súd: Krajský súd Bratislava Spisová značka: 7Co/696/2015 Identifikačné číslo súdneho spisu: 1111244854 Dátum vydania rozhodnutia: 29. 02. 2016 Meno a priezvisko sudcu, VSÚ: JUDr. Blanka Podmajerská ECLI: ECLI:SK:KSBA:2016:1111244854.1 Uznesenie Krajský súd v Bratislave, v právnej veci navrhovateľa: V. F., X.. XX.X.XXXX, L. Š. XXX, X., št. občan SR, zastúpeného: FUTEJ &amp; Partners, s.r.o., so sídlom Radlinského 2, Bratislava proti odporcovi: Slovenská republika, zastúpená Národnou bankou Slovenska, so sídlom Imricha Karvaša 1, Bratislava, o náhradu škody, na odvolanie navrhovateľa proti uzneseniu Okresného súdu Bratislava I zo dňa 5.11.2015, č. k. 16C 212/2011 - 181, jednohlasne (pomerom hlasov 3 : 0) takto r o z h o d o l : Uznesenie súdu prvého stupňa s a p o t v r d z u j e. o d ô v o d n e n i e : V napadnutom uznesení súd prvého stupňa uložil navrhovateľovi povinnosť, aby v lehote do 3 dní od právoplatnosti predmetného uznesenia zaplatil súdny poplatok za odvolanie vo výške 20 eur vyrubený podľa položky 7a Sadzobníka súdnych poplatkov, tvoriaceho prílohu zákona č. 71/1992 Zb. o súdnych poplatkoch (ďalej ZoSP) a na základe § 2 ods. 4, § 7 ods. 10 a § 9 ods. 5 ZoSP. Proti tomuto rozhodnutiu podal v zákonnej lehote odvolanie navrhovateľ a žiadal, aby odvolací súd napadnuté uznesenie zrušil. Namietol uloženie povinnosti zaplatiť súdny poplatok za odvolanie vzhľadom na to, že predmetom konania je nárok navrhovateľa na náhradu škody spôsobenej orgánom verejnej moci podľa § 9 zákona č. 514/2003 Z.z. o zodpovednosti za škodu spôsobenú pri výkone verejnej moci, ktoré sa začalo do 30.9.2012, a na ktoré sa s poukazom na § 18ca v spojení s § 4 ods. 4 ZoSP vzťahuje neobmedzené oslobodenie od platenia súdneho poplatku ex lege, ktoré sa týka všetkých položiek Sadzobníka súdnych poplatkov. Podľa názoru odvolateľa prvostupňový súd nepostupoval správne, keď nezohľadnil to, že vecné oslobodenie sa vzťahuje na toto konanie ako celok, bez ohľadu na to, kedy bolo odvolanie podané, pretože právne relevantné je to, že konanie sa začalo v čase, kedy bolo vecne oslobodené, teda do 30.9.2012. Záverom poukázal na rozhodnutie Krajského súdu v Bratislave zo dňa 29.4.2014, č.k. 4Co 128/2014-310 v skutkovo a právne totožnom prípade. Odvolací súd, ktorý bol viazaný rozsahom a dôvodmi odvolania (§ 212 ods. 1 O.s.p.), preskúmal napadnuté uznesenie, prejednal odvolanie bez nariadenia pojednávania podľa § 214 ods. 2 O.s.p. a dospel k záveru, že odvolanie navrhovateľa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Podľa Položky č. 7a Sadzobníka súdnych poplatkov v znení účinnom od 1.10.2012, za podanie návrhu na náhradu škody spôsobenej nezákonným rozhodnutím orgánu verejnej moci alebo jeho nesprávnym úradným postupom je určená osobitná sadzba v sume 20 eur. Podľa § 18ca zák.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navrhovateľ povinný zaplatiť poplatok za odvolanie. Berúc do úvahy hore citované ustanovenia, navrhovateľ by nebol povinný zaplatiť poplatok za odvolanie iba v prípade, ak by odvolanie podal pred 30. septembrom 2012. V posudzovanej veci bolo odvolacie konanie začaté po 1. 10. 2012, preto navrhovateľovi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 č. 514/2003 Z. z. je pri posudzovaní poplatkovej povinnosti navrhovateľa bez právneho významu. 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 Pokiaľ odvolateľ v odvolaní poukazuje na rozhodnutie Krajského súdu v Bratislave zo dňa 29.4.2014, č.k. 4 Co/128/2014 v skutkovo a právne totožnom prípade odvolací súd konštatuje, že právnym názorom súdu vyslovenom v uvedenom rozhodnutí nie je viazaný. Odvolateľovi dáva do pozornosti Stanovisko občianskoprávneho kolégia Najvyššieho súdu Slovenskej republiky zo dňa 3. decembra 2015 k otázke vzniku poplatkovej povinnosti v odvolacom a dovolacom konaní, ak v čase podania žaloby bolo konanie oslobodené od súdneho poplatku v zmysle § 4 ods. 1 písm. k/ zákona č. 71/1992 Zb. o súdnych poplatkoch a poplatku za výpis z registra trestov uverejnené v Zbierke stanovísk NS a súdov SR 1/2016 . Podľa zjednocujúceho stanoviska k vyššie nastolenej otázke (majúcej podstatný právny význam pri posúdení odvolania navrhovateľa v danej veci), ak bolo odvolanie (dovolanie) podané po 30. septembri 2012, vzťahuje sa na poplatkovú povinnosť v odvolacom (dovolacom) konaní právna úprava účinná od 1. októbra 2012, i keď konanie vo veci samej na súde prvého stupňa začalo do 30. septembra 2012. Na základe uvedeného odvolací súd uznesenie súdu prvého stupňa zo dňa 5.11.2015, č.k. 16C 212/2011-181 ako vecne správne podľa § 219 ods. 1 O.s.p. potvrdil. Poučenie: Proti tomuto uzneseniu odvolanie nie je prípustné</w:t>
      </w:r>
    </w:p>
    <w:p/>
    <w:p>
      <w:r>
        <w:t>Zdroj: KAUZIS.SK – https://www.kauzis.sk/judikatura/r/ECLI:SK:KSBA:2016:1111244854.1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