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9Co/309/2016 z 23. 11. 2016</w:t>
      </w:r>
    </w:p>
    <w:p>
      <w:r>
        <w:t>Rozsudok Krajského súdu Bratislava z 23. novembra 2016, sp. zn. 9Co/309/2016, ECLI:SK:KSBA:2016:1111244919.4</w:t>
      </w:r>
    </w:p>
    <w:p>
      <w:r>
        <w:t>Súd: Krajský súd Bratislava</w:t>
      </w:r>
    </w:p>
    <w:p>
      <w:r>
        <w:t>Spisová značka: 9Co/309/2016</w:t>
      </w:r>
    </w:p>
    <w:p>
      <w:r>
        <w:t>ECLI: ECLI:SK:KSBA:2016:1111244919.4</w:t>
      </w:r>
    </w:p>
    <w:p>
      <w:r>
        <w:t>Dátum vydania: 23. 11. 2016</w:t>
      </w:r>
    </w:p>
    <w:p>
      <w:r>
        <w:t>Forma: Rozsudok</w:t>
      </w:r>
    </w:p>
    <w:p>
      <w:pPr>
        <w:pStyle w:val="Heading2"/>
      </w:pPr>
      <w:r>
        <w:t>Text rozhodnutia</w:t>
      </w:r>
    </w:p>
    <w:p>
      <w:r>
        <w:t>Súd: Krajský súd Bratislava Spisová značka: 9Co/309/2016 Identifikačné číslo súdneho spisu: 1111244919 Dátum vydania rozhodnutia: 24. 11. 2016 Meno a priezvisko sudcu, VSÚ: JUDr. Roman Huszár ECLI: ECLI:SK:KSBA:2016:1111244919.4 ROZSUDOK V MENE SLOVENSKEJ REPUBLIKY Krajský súd v Bratislave v senáte zloženom z predsedu senátu JUDr. Romana Huszára a členiek senátu JUDr. Zuzany Posluchovej a JUDr. Magdalény Florekovej v právnej veci žalobcu: X. T., J. G. Č.. XXX, J. , zastúpeného advokátskou kanceláriou FUTEJ &amp; Partners s.r.o., Bratislava so sídlom Radlinského č. 2, IČO: 35 955 341, proti žalovanému: Slovenská republika zastúpená Národnou bankou Slovenska, so sídlom Imricha Karvaša č. 1, Bratislava, o zaplatenie náhrady škody vo výške 708,74€ s príslušenstvom, na odvolanie žalobcu proti rozsudku Okresného súdu Bratislava I zo dňa 23.januára 2015, č.k. 12 C 214/2011-521, takto r o z h o d o l : Odvolací súd rozsudok súdu prvej inštancie v napadnutej časti p o t v r d z u j e. Žalovaný má právo na náhradu trov odvolacieho a dovolacieho konania v rozsahu 100 %. o d ô v o d n e n i e : Napadnutým rozsudkom súd prvej inštancie stupňa zamietol návrh, ktorým sa žalobca voči žalovanému domáhal zaplatenia sumy 708,74€ s príslušenstvom predstavujúcu náhradu škody spôsobenej nesprávnym úradným postupom žalovaného pri vykonávaní bankového dohľadu nad činnosťou PODIELOVÉHO DRUŽSTVA SLOVENSKÉ INVESTÍCIE (ďalej len "PDSI") a obchodníka s cennými papiermi CAPITAL INVEST, o.c.p., a.s. (ďalej len "obchodník s CP"). Ďalej súd prvej inštancie zamietol návrh žalobcu na podanie prejudiciálnej otázky Súdnemu dvoru Európskej únie a rozhodol, že žalovanému náhradu trov konania nepriznáva. 2. Svoje rozhodnutie po právnej stránke súd prvej inštancie odôvodnil ustanoveniami § 3 ods.1,2, § 9 ods.1,2, § 15 ods.1 , § 17 ods.1 zákona č. 514/2003 Z.z. o zodpovednosti za škodu spôsobenú pri výkone verejnej moci , § 127 ods. 2, § 128 zákona č. 566/2001 Z.z. o cenných papieroch, keď z obsahu návrhu je zrejmé, že žalobca sa voči žalovanému domáha náhrady škody titulom zodpovednosti štátu za nesprávny úradný postup v zmysle zákona č. 514/2003 Z.z., preto súd nárok posudzoval v intenciách tohto zákona. Súd prvej inštancie uviedol, že žalobca bol členom družstva PODIELOVÉ DRUŽSTVO SLOVENSKÉ INVESTÍCIE, do tohto družstva vložil členský vklad, avšak vzhľadom na rozhodnutie o vystúpení z Družstva mu členstvo zaniklo rozhodnutím predstavenstva družstva podľa čl. 16 ods.3 Stanov družstva k 30.03.2011, čím mu vzniklo právo na vyplatenie vyrovnacieho podielu .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žalovaného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ďalej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3. Súd prvej inštancie stupňa vznik škody titulom nesprávneho úradného potupu posudzoval v zmysle § 9 zákona č.514/2003 Z.z., keď žalobca bola povinný preukázať zákonné podmienky vzniku zodpovednosti žalovaného za vznik škody, ktorá mu mala vzniknúť v príčinnej súvislosti s nesprávnym úradným postupom NBS pri výkone dohľadu nad Družstvom, ktorého bola členkou. Zákonné podmienky vzniku zodpovednosti žalovaného za vznik škody musia byť splnené kumulatívne bez ohľadu na zavinenie, nakoľko ide o objektívnu zodpovednosť štátu, ktorej sa nemôže zbaviť. Podľa názoru súdu žalobca nepreukázal,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Vzhľadom na uvedené súd prvej inštancie návrh zamietol z dôvodu, že žalobca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4. Súd prvej inštancie ďalej poukázal nato,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na tunajšom súde incidenčnou žalobou. Súd doposiaľ o incidenčnej žalobe žalobcu nerozhodol a konkurz nie je ukončený, preto nie je možné ustáliť výšku škody, ktorá žalobcovi vznikla a návrhy na začatie konania o zaplatenie škody je možné považovať za predčasne podané. 5. S poukazom na tieto skutočnosti prvostupňový súd vyhodnotil žalobu za predčasne podanú a to aj z dôvodu, že žalobca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možnosť, podľa názoru súdu, aby sa žalobca domáhal náhrady škody voči štátu podľa zákona č.514/2003 Z.z.. 6.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že mu vznikla škoda aj v príčinnej súvislosti so zanedbaním dohľadu zo strany NBS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Podľa názoru súdu z vyššie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nad Obchodníkom s CP, preto sa súd takýmto prípadným nesprávnym úradným postupom ani nezaoberal. 7. Žalovaný v konaní preukázal, že NBS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Žalovaný tiež preukázal, že nebolo v právomoci NBS schvaľovať zmluvu o riadení, resp. portfólia. Prospekt investície mal podľa zákona obsahovať len zoznam zmlúv, ktoré zabezpečujú odbyt výrobkov žalobcu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súd prvej inštancie žalobu zamietol. 8.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9. O trovách konania súd prvej inštancie stupňa rozhodol podľa § 142 ods. 1 O.s.p. a ich náhradu úspešnému žalovanému nepriznal z dôvodu, že tento si náhradu trov konania neuplatnil. 10. Proti tomuto rozsudku a to proti výroku, ktorým súd žalobu vo veci samej zamietol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W.. B. Č.,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12.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 podľa názoru žalovaného a súdu prvej inštancie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žalobca poukázal na závery uznesenia Najvyššieho SR zo dňa 31. januára 2012, sp. zn. 6MCdo 11/2010 a na to, že zo zápisníc o pojednávaní pred súdom prvej inštancie vyplýva, že listinné dôkazy vyžiadané prvostupňovým súdom, resp. predložené účastníkmi konania neboli riadne vykonané spôsobom podľa § 129 ods. 1 O.s.p. a preto nemôžu byť právnym podkladom pre právne posúdenie veci o základe uplatneného nároku. 13. Žalovaný vo vyjadrení sa k odvolaniu navrhol rozhodnutie súdu prvej inštancie v napadnutej časti ako vecne a právne správne potvrdiť. Uviedol,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ním. Súd prvej inštancie na základe vykonaného dokazovania dostatočne správne zistil skutkový aj právny stav veci, pričom z jeho činnosti mu boli známe aj iné dôležité skutočnosti ( § 121 O.s.p.), pretože na súde prvej inštancie už od 2. júla 2012 pravidelne prebiehajú konania v skutkovo a právne analogických veciach. Žalovaný vo vyjadrení zopakoval svoje počas konania prezentované tvrdenia k skutkovo a právne podstatným skutočnostiam týkajúcim sa daného prípadu a uviedol, že žalobca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14. Uznesením č.k. 12 C 214/2011-549 zo dňa 20.2.2014 súd prvej inštancie uložil žalobcovi povinnosť zaplatiť v lehote desať dní súdny poplatok za odvolanie v sume 20,- € s poukazom na položkou 7a Sadzobníka súdnych poplatkov zák. č. 71/1992 Zb. o súdnych poplatkoch a poplatku za výpis z registra trestov a Uznesením č.k. 12 C 214/2011-551 zo dňa 20.2.2014 súd prvej inštancie uložil žalobcovi povinnosť zaplatiť poplatok za vyhotovenie rovnopisov elektronických podaní 38,40€ / 3,-€ za podanie doručené súdu dňa 25.1.2013 - 3 strany, 5,40€ za podanie doručené súdu dňa 30.1.2013 - 54 strán, 30,-€ za podanie doručené súdu dňa 17.6.2014 - 300 strán / v zmysle pol. 20a Sadzobníka súdnych poplatkov do 10 dní od doručenia uznesenia. 15. Na základe odvolania žalobcu odvolací súd svojím rozsudkom z 21.mája 2015 č.k. 9 Co 109/2015, 9 Co 110/2015, 9 Co 111/2015- 570 rozsudok súdu prvej inštancie v napadnutej časti potvrdil ako vecne správny (§ 219 ods. 1 a 2 O.s.p.); zároveň potvrdil uznesenia súdu prvej inštancie č.k. 12 C 214/2011-549 zo dňa 20.2.201 a č.k. 12 C 214/2011-551 zo dňa 20.2.2014 ukladajúce žalobcovi povinnosť zaplatiť súdne poplatky. 16. Na základe dovolania žalobcu Najvyšší súdu SR ako súd dovolací Uznesením sp. zn. 3 Cdo 25/2016 , rozsudok Krajského súdu v Bratislave z 21.5.2015 sp.zn. 9 Co 109/2015, 9 Co 110/2015, 9 Co 111/2015 vo výroku, ktorým bol potvrdený rozsudok súdu prvej inštancie zrušil a vec mu v rozsahu zrušenia vrátil na ďalšie konanie. V prevyšujúcej časti dovolanie odmietol. Dovolací súd prihliadol na vadu konania uvedenú v § 237 ods. 1 písm. f/ O.s.p., ktorá sa vyskytla v štádiu odvolacieho konania v podobe nedoručenia vyjadrenia žalovaného k odvolaniu žalobcu. Pretože odňatie možnosti účastníkovi konať pred súdom znamenajúce porušenie práv na spravodlivý proces zakladá nielen prípustnosť dovolania, ale aj jeho dôvodnosť, dovolací súd podľa § 243b ods. 1 O.s.p. rozsudok odvolacieho súdu zrušil a vec mu vrátil na ďalšie konanie. Úlohou odvolacieho súdu bude doručiť vyjadrenie žalovaného k odvolaniu žalobcovi a až po vykonaní tohto procesného úkonu bude možné pokračovať v odvolacom konaní. 17. Podľa § 470 ods. 1 prechodných ustanovení zákona č. 160/2015 Z.z. Civilný sporový poriadok platného a účinného od 1.7.2016 / ďalej len „C.s.p.“/ ak nie je ustanovené inak, platí tento zákon aj na konania začaté predo dňom nadobudnutia jeho účinnosti. 18. Po odstránení nedostatku vytýkaného dovolacím súdom, keď vyjadrenie žalovaného k odvolaniu žalobcu bolo žalobcovi doručené dňa 1.12.2015 odvolací súd s poukazom na vyššie uvedené ustanovenie C.s.p. preskúmal a prejednal vec v zmysle § 379, 380 ods. 1 C.s.p. v napadnutom rozsahu ( výrok vo veci samej a výrok o trovách konania ) bez nariadenia odvolacieho pojednávania ( rozsudok bol odvolacím súdom verejne vyhlásený podľa § 378 ods. 1 v spojení s § 219 ods. 3 C.s.p.) a dospel k záveru, že odvolanie žalobcu nie je dôvodné. 19.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21.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22.Z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23.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25.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návrh na začatie konania bol podaný predčasne. 26. K námietke žalobcu,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 teraz § 204 C.s.p./ dôkaz listinou sa vykoná tak, že predseda senátu alebo samosudca na pojednávaní listinu alebo jej časť prečíta, alebo oznámi jej obsah. Z obsahu spisu vyplýva, že návrh na začatie konania, následné podania žalobcu a vyjadrenie sa žalovaného boli vzájomne účastníkom súdom prvého stupňa doručované pred pojednávaním nariadeným na prejednanie veci samej. Zo zápisnice z pojednávania súdu nariadeného na deň 23.1.2015 jednoznačne vyplýva, že súd prvej inštancie v zmysle § 119 ods. 5 O.s.p. oboznámil účastníkov konania s doposiaľ vykonaným dokazovaním a obsahom spisu. Uvedené znamená, že žalobcom vytýkané procesné pochybenie súdu prvej inštancie o riadnom nevykonaní dokazovania nevyhnutného k preukázaniu rozhodujúcich skutočností spôsobom uvedeným v § 129 ods.1 O.s.p. resp. § 204 C.s.p. nebolo odvolacím súdom zistené. 27. Odvolací súd zo všetkých vyššie uvedených dôvodov rozsudok súdu prvej inštancie v napadnutej časti podľa § 387 ods.1,2 C.s.p. ako vecne správne potvrdil vrátane výroku o trovách konania, o ktorých súd prvej inštancie správne rozhodol v zmysle § 142 ods. 1 O.s.p. resp. § 255 ods. 1 C.s.p. 28. O náhrade trov odvolacieho konania a dovolacieho konania rozhodol odvolací súd podľa § 396 ods. 1 , § 453 ods. 3 v spojení s § 255 ods. 1 a § 262 ods. 1 C.s.p.. Nakoľko odvolací súd odvolaniu žalobcu nevyhovel a napadnuté rozhodnutie súdu prvého stupňa potvrdil, mal žalovaný v odvolacom a dovolacom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29.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https://www.kauzis.sk/judikatura/r/ECLI:SK:KSBA:2016:1111244919.4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