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4Co/394/2016 z 27. 10. 2016</w:t>
      </w:r>
    </w:p>
    <w:p>
      <w:r>
        <w:t>Uznesenie Krajského súdu Bratislava z 27. októbra 2016, sp. zn. 4Co/394/2016, ECLI:SK:KSBA:2016:1111244963.3</w:t>
      </w:r>
    </w:p>
    <w:p>
      <w:r>
        <w:t>Súd: Krajský súd Bratislava</w:t>
      </w:r>
    </w:p>
    <w:p>
      <w:r>
        <w:t>Spisová značka: 4Co/394/2016</w:t>
      </w:r>
    </w:p>
    <w:p>
      <w:r>
        <w:t>ECLI: ECLI:SK:KSBA:2016:1111244963.3</w:t>
      </w:r>
    </w:p>
    <w:p>
      <w:r>
        <w:t>Dátum vydania: 27. 10. 2016</w:t>
      </w:r>
    </w:p>
    <w:p>
      <w:r>
        <w:t>Forma: Uznesenie</w:t>
      </w:r>
    </w:p>
    <w:p>
      <w:pPr>
        <w:pStyle w:val="Heading2"/>
      </w:pPr>
      <w:r>
        <w:t>Text rozhodnutia</w:t>
      </w:r>
    </w:p>
    <w:p>
      <w:r>
        <w:t>Súd: Krajský súd Bratislava Spisová značka: 4Co/394/2016 Identifikačné číslo súdneho spisu: 1111244963 Dátum vydania rozhodnutia: 28. 10. 2016 Meno a priezvisko sudcu, VSÚ: JUDr. Valéria Kleinová ECLI: ECLI:SK:KSBA:2016:1111244963.3 Uznesenie Krajský súd v Bratislave v senáte zloženom z predsedníčky senátu JUDr. Valérie Kleinovej a členov senátu Mgr. Ingrid Degmovej Pospíšilovej a JUDr. Michaely Frimmelovej v právnej veci žalobkyne: Y. R., nar. XX.XX.XXXX, bytom K. X, Bratislava, zastúpená: Advokátska kancelária FUTEJ &amp; Partners, s.r.o., Radlinského 2, Bratislava, IČO: 35 955 341, proti žalovanému: Slovenská republika, zastúpená Národnou bankou Slovenska, so sídlom Imricha Karvaša 1, Bratislava, IČO: 30 844 789, o náhradu škody spôsobenej nesprávnym úradným postupom, na odvolanie žalobkyne proti uzneseniu Okresného súdu Bratislava I zo dňa 28. apríla 2015 č. k. 12C/217/2011-570 takto r o z h o d o l : Odvolací súd napadnuté uznesenie súdu prvej inštancie p o t v r d z u j e. o d ô v o d n e n i e : 1. Napadnutým uznesením súd prvej inštancie uložil žalobcovi povinnosť, aby v lehote 10 dní od doručenia predmetného uznesenia zaplatil na jeho účet súdny poplatok za podané odvolanie vo výške 20,- €. Súdny poplatok bol súdom prvej inštancie vyrubený podľa položky 7a Sadzobníka súdnych poplatkov, tvoriaceho prílohu zákona č. 71/1992 Zb. v znení zákona č. 150/1993 Zb. s tým, že ak sa poplatok v určenej lehote nezaplatí, bude ho súd vymáhať. 2. Proti tomuto rozhodnutiu podala v zákonom stanovenej lehote odvolanie žalobkyňa, vytýkajúc súdu prvej inštancie nesprávne právne posúdenie veci. Uloženie povinnosti zaplatiť súdny poplatok za odvolanie namietala s odôvodnením, že predmetom konania je jeho nárok na náhradu škody proti Slovenskej republike zastúpenej Národnou bankou Slovenska podľa § 9 zákona č. 514/2003 Z.z. o zodpovednosti za škodu spôsobenú pri výkone verejnej moci a o zmene niektorých zákonov, ktoré začalo do 30. septembra 2012 a na ktoré sa s poukazom na § 18ca v spojení s § 4 ods. 4 zákona o súdnych poplatkoch vzťahuje neobmedzené vecné oslobodenie od platenia súdneho poplatku ex lege. Mala za to, že uvedené vecné oslobodenie tohto konania od platenia súdneho poplatku sa vzťahuje na celé konanie a smeruje k vecnému oslobodeniu od povinnosti platenia akýchkoľvek súdnych poplatkov uvedených v Sadzobníku zákona o súdnych poplatkov účinného do 30.9.2012, teda aj poplatku v položke 7a. Podľa nej súd prvej inštancie nepostupoval správne, keď nezohľadnil to, že vecné oslobodenie sa vzťahuje na konanie ako celok, bez ohľadu na to, kedy bolo odvolanie podané. Argumentovala tým, že právne relevantné je to, že konanie sa začalo v čase, kedy bolo toto konanie vecne oslobodené, teda do 30.9.2012. Záverom odvolania poukázal na rozhodnutie Krajského súdu v Bratislave č. k. 4Co 128/2014-310 zo dňa 29.4.2014 v skutkovo a právne totožnom prípade, v ktorom odvolací súd dospel k záveru, že vecné oslobodenie sa vzťahuje na celé konanie a teda aj na podanie odvolania. Z vyššie uvedených dôvodov žiadala, aby odvolací súd napadnuté uznesenie súdu prvej inštancie zrušil. 3. Podľa § 470 ods. 1 prechodných ustanovení zákon Civilného sporového poriadku (zákon č. 160/2015 Z. z.) platného a účinného od 1.7.2016 (ďalej len „CSP“) ak nie je ustanovené inak, platí tento zákon aj na konania začaté predo dňom nadobudnutia jeho účinnosti. 4. Odvolací súd s poukazom na vyššie uvedené ustanovenie CSP preskúmal a prejednal vec v rozsahu podaného odvolania v zmysle § 379 a § 380 ods. 1 CSP bez nariadenia odvolacieho pojednávania a dospel k záveru, že odvolanie žalobcu nie je dôvodné. 5. Podľa § 1 ods. 1 zákona č. 71/1992 Zb. o súdnych poplatkoch a poplatku za výpis z registra trestov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odvolateľ, v konaní o žalobe na obnovu konania je poplatníkom ten, kto podal žalobu na obnovu konania, v dovolacom konaní je poplatníkom dovolateľ, v konaní o kasačnej sťažnosti je poplatníkom ten, kto podal kasačnú sťažnosť. Podľa § 5 ods. 1 písm. a) zák. č. 71/1992 Zb. o súdnych poplatkoch a poplatku za výpis z registra trestov,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Podľa § 6 ods. 2 zák. č. 71/1992 Zb.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Podľa § 17 ods. 2 zák. č. 71/1992 Zb. poplatok za odvolanie a dovolanie podané po nadobudnutí účinnosti tohto zákona sa vyrubuje vo výške určenej týmto zákonom. Podľa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ktorý tvorí prílohu zák. č. 71/1992 Zb. o súdnych poplatkoch v platnom znení, sa zo žaloby na náhradu škody spôsobenej nezákonným rozhodnutím orgánu verejnej moci alebo jeho nesprávnym úradným postupom platí súdny poplatok vo výške 20,- €. Podľa poznámky 3 k položke 1 Sadzobníka súdnych poplatkov, ktorý tvorí prílohu zák. č. 71/1992 Zb. o súdnych poplatkoch v platnom znení, poplatky podľa rovnakej sadzby sa platia i v odvolacom konaní vo veci samej. Položka 7a Sadzobníka súdnych poplatkov, ktorý tvorí prílohu zákona č. 71/1992 Zb., bola do Sadzobníka vložená novelou zákona č. 71/1992 Zb. vykonanou zákonom č. 286/2012 Z. z., ktorý nadobudol účinnosť dňa 1.10.2012. Súčasne bol touto novelou do zákona č. 71/1992 Zb. vložený § 18ca, podľa ktorého z úkonov navrhnutých alebo za konania začaté do 30.9.2012 sa vyberajú poplatky podľa predpisov účinných do 30.9.2012, i keď sa stanú splatnými po 30.9.2012. Do 30.9.2012 konanie o náhradu škody spôsobenej nezákonným rozhodnutím orgánu verejnej moci alebo jeho nesprávnym úradným postupom podľa zákona č. 514/2003 Z. z. nebolo uvedené v Sadzobníku súdnych poplatkov a v ust. § 4 ods. 1 písm. k/ zákona č. 71/1992 Zb. v znení účinnom do 30.9.2012 bolo výslovne uvedené, že toto konanie je vecne oslobodené od súdnych poplatkov. S účinnosťou od 1.10.2012 však bolo uvedené ustanovenie zo zákona č. 71/1992 Zb. vypustené zákonom č. 286/2012 Z. z. Tento typ konania tak od 1.10.2012 už nie je vecne oslobodený od súdnych poplatkov. 6. Z obsahu spisu vyplýva, že žalobkyňa sa návrhom na začatie konania (dnes žaloba), osobne podaným na súd prvej inštancie dňa 30.12.2011, voči žalovanému domáhala náhrady škody vo výške 14 306,08 € s príslušenstvom titulom nesprávneho úradného postupu Národnej banky Slovenska podľa § 14 zákona č. 514/2003 Z. z. o zodpovednosti za škodu spôsobenú pri výkone verejnej moci. Vo veci samej rozhodol súd prvej inštancie rozsudkom č. k. 12C/217/2011-535 zo dňa 23.01.2015 tak, že jej návrh v celom rozsahu zamietol. Proti tomuto rozsudku podala žalobkyňa dňa 20.02.2015 (v zákonom stanovenej lehote) odvolanie (č. l. 556 spisu). Na odvolanie žalobkyne Krajský súd v Bratislave ako odvolací súd rozsudkom č. k. 4Co 396/2015-590 zo dňa 29.06.2016 napadnutý rozsudok súdu prvej inštancie (Okresného súdu Bratislava I) č. k. 12C/217/2011-535 zo dňa 23.01.2015 ako vecne správny potvrdil. Zhodne so súdom prvej inštancie odvolací súd zastáva názor, že podaním odvolania tak žalobkyni v zmysle § 5 ods. 1 písm. a) zákona č. 71/1992 Zb. vznikla poplatková povinnosť. Po oboznámení sa s obsahom spisového materiálu odvolací súd dospel k záveru, že pokiaľ teda súd prvej inštancie uznesením č. k. 12C/217/2011-570 zo dňa 28.04.2015 uložil žalobkyni povinnosť zaplatiť súdny poplatok za odvolanie zo dňa 20.02.2014 voči predmetnému rozsudku, v sume 20,- € v lehote 10 dní od doručenia (napadnutého) uznesenia, jeho postup bol vecne správny a zákonný. 7. Po dôkladnom preskúmaní spisového materiálu dospel odvolací súd k záveru, že súd prvej inštancie napadnutým uznesením, ktorým uložil žalobkyni povinnosť zaplatiť súdny poplatok za odvolanie proti rozsudku, aplikoval správny právny predpis a správne ho aj vyložil, správne označil položku Sadzobníka súdnych poplatkov, podľa ktorej súdny poplatok vyrubil, pričom súdny poplatok bol vyrubený aj v správnej výške. Odôvodnenie napadnutého uznesenia považoval odvolací súd za dostatočné a samotné uznesenie za preskúmateľné, nakoľko z neho všetky vyššie uvedené skutočnosti jednoznačne vyplývajú. S poukazom na vyššie uvedenú argumentáciu považoval odvolací súd odvolacie námietky žalobkyne za nedôvodné. 8. Pre úplnosť odvolací súd dopĺňa, že vzhľadom na znenie ust. § 6 ods. 2 prvá veta zákona č. 71/1992 Zb., podľa ktorého, ak je sadzba poplatku ustanovená za konanie, rozumie sa tým konanie na jednom stupni, by žalobkyni v súvislosti s § 18ca zákona č. 71/1992 Zb. nebolo možné uložiť povinnosť zaplatiť súdny poplatok za odvolanie iba v prípade, ak by ho podala pred účinnosťou zákona č. 286/2012 Z. z., ktorým bola zavedená položka 7a Sadzobníka súdnych poplatkov, t.j. pred 1.10.2012. Nakoľko však žalobkyňa podala proti rozsudku Okresného súdu Bratislava I č. k. 12C/217/2011-535 zo dňa 23.01.2015 odvolanie dňa 20.02.2015, je s poukazom na uvedené zrejmé, že v prejednávanej veci sa odvolacie konanie začalo za účinnosti zákona č. 71/1992 Zb. v znení zákona č. 286/2012 Z. z. Preto žalobkyni s poukazom na položku 7a Sadzobníka súdnych poplatkov (v znení účinnom v čase podania odvolania) v spojení s § 6 ods. 2 zákona č. 71/1992 Zb. poplatková povinnosť za podané odvolanie vznikla, a to vo výške 20,- €. Na uvedené nemá vplyv, že žalobkyňa podala návrh na začatie konania na súd dňa 30.12.2011 (t.j. pred 1.10.2012). V tejto súvislosti považuje odvolací súd za potrebné uviesť, že z ust. § 6 ods. 2 zákona č. 71/1992 Zb. priamo vyplýva, že v odvolacom konaní vo veci samej sa vyberá poplatok podľa rovnakej sadzby ako poplatok za návrh vo veci samej. Pokiaľ teda v položke 7a Sadzobníka súdnych poplatkov je stanovená výška poplatku zo žaloby na náhradu škody spôsobenej nezákonným rozhodnutím orgánu verejnej moci alebo jeho nesprávnym úradným postupom 20,- €, je v spojení s § 6 ods. 2 zákona č. 71/1992 Zb. potrebné v predmetnej právnej veci v odvolacom konaní vybrať súdny poplatok vo výške 20,- €. Nejde pritom o rozširovanie okruhu úkonov podliehajúcich poplatkovej povinnosti, keďže v Sadzobníku súdnych poplatkov je jednoznačne stanovená sadzba súdneho poplatku za konanie v prvej inštancii a podľa § 6 ods. 2 veta druhá zákona č. 71/1992 Zb. tak možno určiť aj sadzbu súdneho poplatku za odvolacie konanie. 9. Odvolací súd z vyššie uvedených dôvodov napadnuté uznesenie ako vecne správne v zmysle § 387 ods. 1 CSP potvrdil. 10.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https://www.kauzis.sk/judikatura/r/ECLI:SK:KSBA:2016:1111244963.3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