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4Co/371/2015 z 28. 6. 2016</w:t>
      </w:r>
    </w:p>
    <w:p>
      <w:r>
        <w:t>Rozsudok Krajského súdu Bratislava z 28. júna 2016, sp. zn. 4Co/371/2015, ECLI:SK:KSBA:2016:1111244969.1</w:t>
      </w:r>
    </w:p>
    <w:p>
      <w:r>
        <w:t>Súd: Krajský súd Bratislava</w:t>
      </w:r>
    </w:p>
    <w:p>
      <w:r>
        <w:t>Spisová značka: 4Co/371/2015</w:t>
      </w:r>
    </w:p>
    <w:p>
      <w:r>
        <w:t>ECLI: ECLI:SK:KSBA:2016:1111244969.1</w:t>
      </w:r>
    </w:p>
    <w:p>
      <w:r>
        <w:t>Dátum vydania: 28. 6. 2016</w:t>
      </w:r>
    </w:p>
    <w:p>
      <w:r>
        <w:t>Forma: Rozsudok</w:t>
      </w:r>
    </w:p>
    <w:p>
      <w:r>
        <w:t>Oblasť práva: Občianske právo</w:t>
      </w:r>
    </w:p>
    <w:p>
      <w:pPr>
        <w:pStyle w:val="Heading2"/>
      </w:pPr>
      <w:r>
        <w:t>Text rozhodnutia</w:t>
      </w:r>
    </w:p>
    <w:p>
      <w:r>
        <w:t>Súd: Krajský súd Bratislava Spisová značka: 4Co/371/2015 Identifikačné číslo súdneho spisu: 1111244969 Dátum vydania rozhodnutia: 29. 06. 2016 Meno a priezvisko sudcu, VSÚ: JUDr. Valéria Kleinová ECLI: ECLI:SK:KSBA:2016:1111244969.1 ROZSUDOK V MENE SLOVENSKEJ REPUBLIKY Krajský súd v Bratislave v senáte zloženom z predsedníčky senátu JUDr. Valérie Kleinovej a členov senátu Mgr. Ingrid Degmovej Pospíšilovej a JUDr. Michaely Frimmelovej v právnej veci navrhovateľov: 1/ E. P., nar. XX.X.XXXX, štátny občan SR, 2/ D. P., nar. X.X.XXXX, štátny občan SR, obaja bytom XXXX U. A., E., M. XXX XX, K., obaja zastúpení advokátskou kanceláriou FUTEJ &amp; Partners, s.r.o., Radlinského 2, Bratislava, proti odporcovi: Slovenská republika, zastúpená Národnou bankou Slovenska, Imricha Karvaša 1, Bratislava, IČO: 30 844 789, o náhradu škody vo výške 48.585,02 eur s príslušenstvom, na odvolanie navrhovateľov proti rozsudku Okresného súdu Bratislava I zo dňa 13. februára 2015 č.k. 21C 218/2011-242 a proti uzneseniu zo dňa 28. mája 2015 č.k. 21C 218/2011-271, takto r o z h o d o l : Odvolací súd rozsudok súdu prvého stupňa v napadnutej časti týkajúcej sa zamietnutia návrhu vo veci samej ako aj v časti týkajúcej sa náhrady trov konania potvrdzuje. Napadnuté uznesenie súdu prvého stupňa, č.k. 21C 218/2011-271 zo dňa 28.05.2015 potvrdzuje. Odporcovi náhradu trov odvolacieho konania nepriznáva. o d ô v o d n e n i e : Napadnutým rozsudkom súd prvého stupňa zamietol návrh navrhovateľov, ktorým sa domáhali uložiť odporcovi povinnosť zaplatiť im sumu 20.331,33 eur s príslušenstvom a v zmysle rozšírenia návrhu na začatie konania aj sumy 28.253,69 eur s príslušenstvom titulom náhrady škody spôsobenej nesprávnym úradným postupom Národnej banky Slovenska podľa zák. č. 514/2003 Z.z. o zodpovednosti za škodu spôsobenú pri výkone verejnej moci a o zmene niektorých zákonov. Odporcovi nepriznal náhradu trov konania postupom podľa § 142 ods. 1 O.s.p. Svoje rozhodnutie odôvodnil právne ust. § 3 ods. 1, 2, § 9 ods. 1 veta prvá a druhá veta pred bodkočiarkou, § 15 ods. 1, § 17 ods. 1 zák. č. 514/2003 Z.z. o zodpovednosti za škodu spôsobenú pri výkone verejnej moci a o zmene niektorých zákonov a vecne tým, že navrhovatelia v konaní nepreukázali vznik škody, ani namietaný nesprávny úradný postup odporcu, a tým ani príčinnú súvislosť medzi ňou tvrdenou škodou a nesprávnym úradným postupom odporcu. Vykonaným dokazovaním zistil, že prihláškou za člena družstva zo 16.7.2000 navrhovatelia požiadali o prijatie za členov Podielového družstva slovenské investície a prebrali záväzok na zaplatenie členského vkladu v peňažnej forme.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s tým, že Úrad pre finančný trh Družstvo v upozornení zo dňa 13.05.2003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Národná banka Slovenska rozhodnutím zo dňa 08.01.2008, č. Z.-XXXX-X/XXXX, uložila obchodníkovi s cennými papiermi pokutu vo výške 500.000,- Sk za porušenie v rozhodnutí špecifikovaných ustanovení zák. č. 566/2001 Z.z., pričom po jeho zrušení rozhodnutím zo dňa 20.08.2008, č. Z.-XXXX-X/XXXX uložila obchodníkovi s cennými papiermi opätovne pokutu vo výške 300.000,- Sk za porušenie v rozhodnutí špecifikovaných ustanovení zák. č. 566/2001 Z.z., a rozhodnutím zo dňa 22.04.2008, č. Z.- XXXX-X/XXXX-H., zmenila obchodníkovi s cennými papiermi povolenie na poskytovanie investičných služieb, a povolila mu, okrem iného, poskytovanie investičnej služby podľa ust. § 6 ods. 1 písm. d) v spojení s § 5 ods. 1 písm. a), b), c) zák. č. 566/2001 Z.z.,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požiadalo Družstvo listom zo dňa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23.04.2010 požiadalo Družstvo Národnú banku Slovenska o zjednanie nápravy v činnosti obchodníka s cennými papiermi, pretože tento si neplnil voči nemu svoje základné povinnosti, spočívajúce v zabezpečení zhodnotenia finančných prostriedkov jemu zverených do správy. Poukázal na skutočnosť, že Národná banka Slovenska rozhodnutím o predbežnom opatrení zo dňa 12.07.2010, č. Z.-XXXX/XXXX, podľa § 25 ods. 1 písm. a) zák. č. 747/2004 Z.z. uložila obchodníkovi s cennými papiermi povinnosť zdržať sa nakladania s majetkom klientov, ktorý mu bol zverený bez písomného súhlasu Národnej banky Slovenska, keďže na základe oznámenia najmä Družstva vzniklo dôvodné podozrenie z možného poškodenia klientov obchodníka s cennými papiermi, a rozhodnutím zo dňa 21.12.2010, č. Z.-XXXX-X/XXXX, potvrdeným Bankovou radou Národnej banky Slovenska (rozhodnutím zo dňa 01.03.2011, č. G.-XXX/XXXX), odobrala obchodníkovi s cennými papiermi povolenie na poskytovanie investičných služieb z dôvodov podľa § 156 ods. 2 písm. a), § 55 ods. 7, ods. 9, § 85 ods. 2 v spojení s ust. § 84 ods. 1 písm. b), § 76 ods. 2 a § 77 ods. 7 zák. č. 566/2001 Z.z., pričom rozhodnutím zo dňa 26.08.2010, č. Z.-XXXX/X-X/XXXX, zastavila konanie o schválenie dodatku k Prospektu investície z dôvodu, že žiadosť neobsahovala náležitosti stanovené zákonom, čo potvrdila Banková rada Národnej banky Slovenska rozhodnutím zo dňa 07.12.2010, č. G.-XXXX/XXXX. Rozhodnutím zo dňa 30.05.2011, č. Z.-XXXXX-X/XXXX, právoplatným dňa 18.07.2011,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investícii. Národná banka Slovenska podala dňa 27.07.2010 trestné oznámenie na neznámeho páchateľa po tom, čo pri výkone dohľadu na diaľku zistila skutočnosti nasvedčujúce spáchaniu skutku, ktorý by mohol naplniť znaky skutkovej podstaty trestného činu. Mal tiež za preukázané, že majetok vložený do investičných nástrojov Družstva je tvorený podielmi v družstvách EDSI, KPDSI a DDSI a na 98,85 % podielom zmenkami emitenta CI HOLDING, akciová spoločnosť, a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Z dohody o úprave niektorých práv a povinností zo dňa 10.1.2011 uzavretej medzi navrhovateľkou v 1. rade a Družstvom, zistil, že navrhovateľka v 1. rade bola členkou družstva a dňa 10.1.2011 požiadala o zrušenie svojho členského podielu v sume 20.331,33 eur. Zmluvné strany sa dohodli, že Družstvo namiesto uhradenia peňažnej sumy rovnajúcej sa vyrovnávaciemu podielu 20.331,33 eur odovzdá navrhovateľke v 1. rade vlastnú zmenku družstva O. XXXX v prospech navrhovateľky v 1. rade na zmenkovú sumu rovnajúcu sa vyrovnávaciemu podielu, splatnú na videnie, obsahujúcu doložku ,,na rad“ a ,,bez protestu“. Takúto zmenku Družstvo skutočne navrhovateľke v 1. rade vystavilo. Potvrdením o zániku členstva v Družstve a o vzniku nároku na vyrovnávací podiel zo dňa 23.2.2011, Družstvo potvrdilo, že navrhovateľke v 1. rade zaniklo členstvo v Družstve dňa 20.1.2011 , na základe rozhodnutia predstavenstva Družstva zo dňa 20.1.2011, podľa čl. XX ods. 3 Stanov družstva PDSI, čím zároveň navrhovateľke v 1. rade vzniklo právo voči Družstvu na vyplatenie vyrovnávacieho podielu vo výške 20.331,33 eur, ktoré je splatné do 6 mesiacov odo dňa zániku účasti člena v družstve, t.j. do 20.7.2011. Z dohody o úprave niektorých práv a povinností zo dňa 10.1.2011 uzavretej medzi navrhovateľom v 2. rade a Družstvom zistil, že navrhovateľ v 2. rade bol členom družstva a dňa 10.1.2011 požiadal o zrušenie svojho členského podielu v sume 28.253,69 eur. Zmluvné strany sa dohodli, že Družstvo namiesto uhradenia peňažnej sumy rovnajúcej sa vyrovnávaciemu podielu odovzdá navrhovateľovi v 2. rade vlastnú zmenku družstva v prospech navrhovateľa v 2. rade na zmenkovú sumu rovnajúcu sa vyrovnávaciemu podielu, splatnú na videnie, obsahujúcu doložku ,, na rad“ a ,,bez protestu“. Zo zmenky Družstva zo dňa 10.1.2011 zistil, že Družstvo vystavilo v prospech navrhovateľa v 2. rade vlastnú zmenku na zmenkovú sumu 28.253,69 eur, splatnú na videnie, obsahujúcu doložku ,,na rad“ a ,,bez protestu“. Súd prvého stupňa taktiež zistil, že Okresný súd Bratislava I uznesením zo dňa 11.04.2011, č.k. 3K/95/2010-21, právoplatným dňa 05.05.2011, vyhlásil konkurz na majetok Družstva ako úpadcu, a do funkcie správcu ustanovil E.. E. A., pričom veritelia Družstva boli vyzvaní na prihlásenie pohľadávok v lehote 45 dní odo dňa vyhlásenia konkurzu. Navrhovateľka 1/ si prihlásila pohľadávku v sume 20.331,33 Eur. Navrhovateľ 2/ si v rámci konkurzného konania prihlásil svoju pohľadávku vo výške 28.253,69 Eur, táto boa správcom konkurznej podstaty v celom rozsahu popretá, preto navrhovateľ 2/ v konaní podal incidenčnú žalobu vedenú na súde prvého stupňa pod sp. zn. 4Cbi 51/2011, konanie o ktorej nie je právoplatne skončené. Súd prvého stupňa vyhodnotil, že navrhovatelia v konaní nepreukázali existenciu predpokladov zodpovednosti odporcu za škodu podľa zákona č. 514/2003 Z.z., na vyvodenie ktorej je potrebné kumulatívne splnenie všetkých zákonom stanovených podmienok, ktorými sú existencia majetkovej ujmy vyjadriteľnej v peniazoch, nezákonné rozhodnutie alebo nesprávny úradný postup orgánu verejnej moci a príčinná súvislosť medzi škodou a nezákonným rozhodnutím alebo nesprávnym úradným postupom, pričom nepreukázanie čo i len jedného z týchto predpokladov má za následok zamietnutie celého návrhu. S poukazom na ust. § 231 ods. 1 a 2 a § 233 ods. 1 Obch. zák. a na stanovy Družstva (čl. 16 úplného znenia v dodatku č. 9) dospel k záveru, že navrhovateľka v konaní neuniesla dôkazné bremeno. Uviedol, že z vykonaného dokazovania vyplynulo, že k nesprávnemu úradnému postupu odporcu spočívajúceho v oneskorenom zistení neaktuálnosti údajov zahrnutých do Prospektu investície a následného oneskorenia zákazu činnosti Družstva uviedol, že dohľad NBS nad činnosťou Družstva ako vyhlasovateľa verejnej ponuky majetkových hodnôt bol regulovaný zákonom č. 566/2001 Z.z.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Podľa § 128 ods. 1 písm. h) zákona č. 566/2001 Z.z. za pravdivosť údajov v prospekte investície zo zákona zodpovedá a zodpovedal štatutárny orgán vyhlasovateľa verejnej ponuky majetkových hodnôt. Dohľad nad činnosťou vyhlasovateľa verejnej ponuky majetkových hodnôt vykonával v obmedzenom, resp. vymedzenom rozsahu, spočívajúcom v kontrole tých povinností uložených vyhlasovateľovi verejnej ponuky majetkových hodnôt zákonom a to zverejnenie schváleného Prospektu investície pred začatím verejnej ponuky(§ 126 ods. 2, § 127 ods. 1 zákona č. 566/2001 Z.z.), aktuálnosť prospektu investície počas lehoty platnosti - trvania verejnej ponuky, plnenie informačných povinností vyhlasovateľa verejnej ponuky majetkových hodnôt (§ 130 zákona č. 566/2001 Z.z.), splnenie povinnosti predložiť na posúdenie oznámenie o verejnej ponuke majetkových hodnôt, dodržiavanie zákazu poskytovať úvery a pôžičky z peňažných prostriedkov zhromaždených od verejnosti (§ 126 ods. 5 zákona č. 566/2001 Z.z.). Až od 1.6.2010 išlo aj o dodržiavanie schváleného prospektu investície (novelizovaný § 129 ods. 3 zákona č. 566/2001 Z.z.).NBS v súvislosti s výkonom dohľadu nad Obchodníkom s CP v roku 2007 boli predložené aj údaje o štruktúre majetku družstva k 31.12.2005 a k 31.12.2006, pričom boli zistené nedostatky v oblasti dodržiavania prospektu investície. Podľa zákona č. 566/2001 Z.z. v relevantnom znení účinnom v roku 2007, však nebolo možné vyhlasovateľovi majetkových hodnôt uložiť sankciu za nedodržiavanie prospektu investície a ani za jeho neaktualizovanie, pretože táto povinnosť v predmetnom období nebola vyhlasovateľovi uložená zákonom. NBS ako štátny orgán môže podľa čl. 2 ods. 2 Ústavy SR konať iba na základe ústavy, v jej medziach a rozsahu a spôsobom,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nemala právomoc vykonávať dohľad nad celkovou činnosťou Družstva. Družstvo až do 15.4.2010, kedy požiadalo o preskúmanie postupu Obchodníka s CP, nesignalizovalo NBS zhoršenie jeho finančnej situácie, príp. nedostatky v činnosti Obchodníka s CP. Pri výkone dohľadu na mieste samom v dňoch 20.4. do 6.5.2010 NBS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NBS vyzvala Družstvo na predloženie žiadosti o schválenie dodatku Prospektu investície. Ako vyplýva z rozhodnutia NBS zo dňa 26.8.2010, č. Z.-XXXX/X-X/XXXX, Družstvo predmetnú žiadosť NBS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30.5.2011 č. Z.-XXXXX-X/XXXX, ktorým zakázala Družstvu predaj majetkových hodnôt. Je teda zrejmé, že NBS konala v rámci svojich oprávnení stanovených zákonom a súd v jej postupe nezistil nesprávny úradný postup. 2. K nesprávnemu úradnému postupu odporcu spočívajúceho v prijatí nedostatočných opatrení na nápravu protiprávneho stavu po zisteniach v prerokovaní nedostatkov uviedol, že predmetom konania je nesprávny úradný postup NBS vo vzťahu k Družstvu a nie Obchodníka s CP. Navrhovateľ nebol v žiadnom záväzkovom či inom vzťahu s Obchodníkom s CP. Účastníkom takého vzťahu vzniknutého na základe zmluvy o riadení portfólia bolo len Družstvo a preto z tohto právneho vzťahu potom vyplývali práva a povinnosti len jeho účastníkom. Ako už bolo uvedené dohľad NBS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24.8.2007 a súčasne dala odporúčania na nápravu tohto stavu. NBS v danom období (po 24.8.2007)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1.6.2010. 3. K nesprávnemu úradnému postupu odporcu spočívajúceho v prijatí nedostatočných opatrení na nápravu protiprávneho stavu po zistení závažných pochybení obchodníka pri činnosti voči Družstvu uviedol, že z listinných dokladov - rozhodnutí NBS o uložení pokuty vo výške 500.000,-Sk (rozhodnutie zo dňa 8.1.2008 č. Z. XXXX/X/XXXX), vo výške 300.000,-Sk (rozhodnutie zo dňa 20.8.2008 č. Z.-XXXX- X/XXXX), je zrejmé, že NBS činnosť Obchodníka s CP sledovala a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je súd toho názoru, že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V tomto smere potom nemožno zanedbať ani povinnosti samotného navrhovateľa, ktorý sa ako člen Družstva mal aktívne a včas zaujímať o svoje práva a ich výkon voči Družstvu a jeho orgánom, v zmysle zásady "práva patria bdelým" a zamedziť tak znehodnoteniu, príp. nevymožiteľnosti svojich majetkových a iných práv súvisiacich s Družstvom. Mal za to, že navrhovatelia za škodu, ktorá im mala vzniknúť nesprávnym úradným postupom odporcu, označili sumu 48.585,02 EUR, ako Družstvom nevyplatené vyrovnávcie podiely po zániku ich členstva v Družstve, na základe vlastných zmeniek Družstva č. ID XXXX vo výške 20.331,33 EUR a č. ID XXXX vo výške 28.253,69 EUR. Súd na základe vykonaného dokazovania, prihláškou za člena družstva zo 16.7.2000, dohodami o úprave niektorých práv a povinnosti zo dňa 10.1.2011, vlastnými zmenkami Družstva č. O. XXXX I. O. XXXX, mal za preukázané, že navrhovatelia boli členmi Družstva PODIELOVÉ DRUŽSTVO SLOVENSKÉ INVESTÍCIE, do ktorého vložili členské vklady, ich členstvo v Družstve zaniklo a navrhovateľom vzniklo voči Družstvu právo na vyplatenie vyrovnávacieho podielu. Na základe dohôd o úprave niektorých práv a povinností zo dňa 10.1.2011 uzavretej medzi navrhovateľmi a Družstvom, Družstvo namiesto uhradenia peňažnej sumy rovnajúcej sa vyrovnávaciemu podielu odovzdalo navrhovateľom vlastné zmenky, zmenku č. O. XXXX v prospech navrhovateľky v 1. rade na zmenkovú sumu 20.331,33 EUR a zmenku č. O. XXXX v prospech navrhovateľa v 2. rade na zmenkovú sumu 28.253,69 EUR, splatné na videnie, obsahujúce doložku "na rad" a "bez protestu". Z výpisu z obchodného registra Okresného súdu Bratislava I Družstva mal súd za preukázané, že uznesením Okresného súdu Bratislava I sp. zn. 3K 95/2010, zo dňa 11.4.2011, právoplatným dňa 5.5.2011, bol na majetok Družstva vyhlásený konkurz a do funkcie správcu bol ustanovený E.. E. A.. Navrhovatelia v konaní uviedli, že obaja si predmetné pohľadávky prihlásili v konkurze, ale boli správcom konkurznej podstaty v celom rozsahu popreté a preto podali incidenčnú žalobou, na určenie oprávnenosti ich pohľadávok, konanie nie je právoplatne skončené. Navrhovatelia sa ako bývalí členovia Družstva, s ktorým boli v právnom vzťahu a z ktorého im v dôsledku zániku ich členstva vzniklo právo na vyplatenie vyrovnávacieho podielu, prioritne musia domáhať zaplatenia svojich pohľadávok voči Družstvu, nakoľko Družstvo je vo vzťahu k nim v pozícii dlžníka/povinného. Navrhovatelia si svoj nárok voči Družstvu aj skutočne uplatnili v konkurznom konaní, vyhlásenom na majetok Družstva. V čase rozhodovania súdu, teda v rozhodujúcom čase v zmysle § 154 O.s.p., ale navrhovatelia nepreukázali bezúspešnosť uplatňovania svojich práv voči Družstvu, nakoľko konanie o ich incidenčnej žalobe voči správcovi konkurznej podstaty úpadcu - Družstvu, nie je doposiaľ právoplatne skončené. Z vyjadrenia správcu konkurznej podstaty úpadcu - Družstva zo dňa 17.7.2014 mal súd za preukázané, že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veriteľov úpadcu. Najväčšie nároky úpadcu predstavujú nároky uplatnené voči SR - Národnej banke Slovenska, voči poisťovni AIG s Europe, organizačná zložka poisťovne z iného členského štátu, voči členom predstavenstva úpadcu, voči SR - Garančnému fondu investícií, ako aj voči obchodníkovi s cennými papiermi spoločnosti Capital Invest o.c.p.,a.s. Okrem toho sú vedené i konania, ktorých cieľom je prinavrátenie majetkového vplyvu úpadcu nad majetkom, ktorý bol spolufinancovaný z prostriedkov úpadcu a ktorý bol v čase pred vyhlásením konkurzu zo sféry jeho vplyvu odstránený podozrivými právnymi úkonmi. Je teda zrejmé, že toho času nie je možné ustáliť majetok úpadcu - Družstva, s ktorým boli navrhovatelia v záväzkovom vzťahu a z ktorého majetku by mali byť uspokojené ich pohľadávky uplatňované i v prebiehajúcom konaní, titulom náhrady škody za nesprávny úradný postup. Na základe uvedeného súd nemohol ustáliť či navrhovateľom škoda vôbec vznikla a v akej výške. Tieto okolnosti sú rozhodné pre konanie o nároku navrhovateľov na náhradu škody voči štátu a preto súd prvého stupňa dospel k záveru, že predmetný žalobný návrh bol podaný predčasne. Rozhodnutie o trovách konania odôvodnil právne ust. § 142 ods. 1 O.s.p. a vecne plným úspechom odporcu, ktorému náhradu trov konania nepriznal, nakoľko si ich náhradu neuplatnil a v konaní mu ani žiadne nevznikli. Proti tomuto rozsudku podali navrhovatelia prostredníctvom svojho právneho zástupcu včas odvolanie a navrhli napadnutý rozsudok zmeniť a ich návrhu vo veci samej vyhovieť, resp. rozsudok súdu prvého stupňa zrušiť a vec mu vrátiť na ďalšie konanie. Zároveň žiadali priznať náhradu trov konania. V odvolaní uviedli, že podľa ustálenej judikatúry sa spoliehali na predvídateľnosť súdneho rozhodnutia, ktoré je podľa ich názoru arbitrárne a svojvoľné. Vo vzťahu k rozhodnutiu vo veci samej uviedli, že Národná banka Slovenska zanedbávala svoje povinnosti pri výkone dohľadu nad Družstvom aj obchodníkom s cennými papiermi minimálne od roku 2007. Poukázal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Poukázali na skutočnosť, že v konaní vedenom na Okresnom súde Bratislava I pod sp. zn. 7C 206/2011 bolo výpoveďou svedka O.. W. D., Csc.,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O.. A. Č., vtedajší predseda predstavenstva obchodníka. Uviedol,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navrhovateľom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Poukázali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uviedla, že Národná banka Slovenska rozhodnutím č. Z.-XXXXX- X/XXXX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Uviedli, že žiadna platná právna norma neumožňuje vysloviť záver o predčasnosti podania návrhu, a to ani vtedy, ak navrhovatelia doposiaľ nemali možnosť vymôcť plnenie od subjektu, ktorý jediný je podľa názoru odporcu a prvostupňového súdu povinný, im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navrhovateľky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Namietli tiež, že zo zápisníc o pojednávaní pred prvostupňovým súdom vyplýva, že listinné dôkazy vyžiadané prvostupňovým súdom, resp. predložené účastníkmi konania neboli riadne vykonané spôsobom podľa ust. § 129 ods. 1 O.s.p. (s poukazom na uznesenie Najvyššieho súdu Slovenskej republiky sp. zn. 6MCdo 11/2010 zo dňa 31.01.2012). Odporca vo svojom vyjadrení k odvolaniu navrhovateľov navrhol rozsudok súdu prvého stupňa v napadnutých častiach potvrdiť, keď mal za to, že súd prvého stupňa vykonal vo veci rozsiahle dokazovanie za účelom spoľahlivého zistenia skutkového (navrhnuté navrhovateľkou)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navrhovateľa, že je povinnosťou všeobecného súdu dať odpoveď na všetky otázky nastolené účastníkom konania (pričom ani nešpecifikovala, na ktoré otázky nedostala odpoveď),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Mal za to, že navrhovateľ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Poukázal na to, že navrhovateľ nevyužil všetky možnosti na uplatnenie a vymoženie svojho nároku, pretože nepodala žiadny návrh proti členom predstavenstva ani členom kontrolnej komisie Družstva, ktorí boli zodpovední za jeho riadenie, za hospodárenie a nakladanie s jeho majetkom. Ohľadom navrhovateľmi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navrhovateľov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navrhovateľov,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Zdôraznil, že z vykonaného dokazovania jednoznačne vyplynulo, že navrhovatelia nepreukázali, že sa bezúspešne domáhali vydania svojej pohľadávky od dlžníka, teda Družstva, keďže stále sú účastníkmi prebiehajúceho konkurzného konania. V tejto súvislosti poukázal na odôvodnenie nálezu Ústavného súdu SR, č.k. II. ÚS 165/2012-45 zo dňa 13.02.2013, podľa ktorého, kým majú navrhovatelia pohľadávku na vydanie bezdôvodného obohatenia voči tomu, kto ho získal, resp. kým nepreukázali bezúspešné domáhanie sa vydania tohto obohatenia, nie je daný základný predpoklad zodpovednosti štátu za škodu podľa zák. č. 58/1969 Zb., a to existencia samotnej škody. Aktuálne podľa neho nemožno ani odhadnúť výšku škody navrhovateľky, keďže vznik škody a jej výška závisia od výsledku konkurzného konania, teda škoda môže navrhovateľom vzniknúť až po jeho ukončení. Škoda totiž podľa neho nevzniká v okamihu splatnosti pohľadávky a ani v okamihu omeškania dlžníka, ale mohla by vzniknúť okamihom, keď sa právo veriteľa stalo fakticky nevymáhateľným (III.ÚS 361/09 z 26.11.2009).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navrhovateľov nie je dôvodné. Súd prvého stupňa riadne zistil skutkový stav veci, keď vykonal dokazovanie v rozsahu potrebnom na zistenie rozhodujúcich skutočností (§ 120 ods. 1 O.s.p.) z hľadiska posúdenia opodstatnenosti návrhu navrhovateľky na náhradu škody spôsobenej nesprávnym úradným postupom orgánu verejnej moci, výsledky vykonaného dokazovania správne zhodnotil (§ 132 O.s.p.), a na ich základe dospel k správnym skutkovým a právnym záverom, ktoré v napadnutom rozhodnutí aj náležite a veľmi podrobne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súdu prvého stupňa, ktorým súd prvého stupňa zamietol návrh uplatnený navrhovateľmi na náhradu škody, spôsobenej jej nesprávnym úradným postupom Národnej banky Slovenska pri výkone dohľadu nad Družstvom. Z obsahu spisu vyplýva, že navrhovatelia boli členmi PODIELOVÉHO DRUŽSTVA SLOVENSKÉ INVESTÍCIE, Poľná č. 1, Bratislava, IČO: 35 784 717 (ďalej „Družstvo“), toho času v konkurze vyhlásenom uznesením Okresného súdu Bratislava I zo dňa 11.04.2011, č.k. 3K 95/2010-21, právoplatným dňa 05.05.2011, s členskými podielmi v žalovanej sume, ktorá im Družstvom nebola vyplatená, a ktorú si uplatnili voči Družstvu v konkurze.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Z.-XXXX-X/XXXX, potvrdeným rozhodnutím Bankovej rady Národnej banky Slovenska zo dňa 01.03.2011, č. G.-XXX/XXXX, odobrala obchodníkovi s cennými papiermi povolenie na poskytovanie investičných služieb, a rozhodnutím č. Z.-XXXXX-X/XXXX zo dňa 30.05.2011 Národná banka Slovenska zakázala Družstvu predaj majetkových hodnôt podľa ust. § 144 ods. 4 písm. c) zák. č. 566/2001 Z.z. z dôvodu porušenia ust. § 129 ods. 3 v spojení s § 128 ods. 1 písm. b), c), h) zák. č. 566/2001 Z.z. a ust. § 125c ods. 1 v spojení s § 127 ods. 4 zák. č. 566/2001 Z.z. o cenných papieroch a investičných službách. V posudzovanej veci sa navrhovateľka návrhom domáhala uloženia povinnosti odporcovi zaplatiť mu škodu, ktorá mu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navrhovatelia nemohli rozpoznať riziko svojej investície už skôr, najmä po zisteniach, že obchodník s cennými papiermi poskytol Družstvu investičnú službu, ktorú mu poskytovať nemohol. V posudzovanej veci sa teda navrhovatelia voči štátu domáhajú náhrady škody, ktorá im mala byť spôsobená nesprávnym úradným postupom Národnej banky Slovenska podľa zák. č. 514/2003 Z.z. o zodpovednosti za škodu spôsobenú pri výkone verejnej moci a o zmene niektorých zákonov. Hmotnoprávnym základom pre uplatnenie práva navrhovateľov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navrhovatelia si museli byť vedomí toho, že s ich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navrhovatelia vedomí neboli, nemožno to pričítať na ťarchu Národnej banky Slovenska v zmysle zásady, podľa ktorej neznalosť zákona neospravedlňuje. To isté platí aj pokiaľ ide o ich argumentáciu, že o rozsahu dohľadu Národnej banky Slovenska nad činnosťou Družstva nemali vedomosť. Nebolo možné sa stotožniť ani s námietkou navrhovateľov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navrhovateľov, ktorí však nemôžu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navrhovateľov si ako členovia Družstva, ktoré za týmto účelom zhodnocovalo portfólio, museli byť vedomí, že vývoj na finančných trhoch nemožno s istotou predpovedať a odhadnúť, čo je podstatným znakom týchto obchodov prostredníctvom obchodníkov s cennými papiermi s tým, že až do rozhodnutia Národnej banky Slovenska zo dňa 21.12.2010, č. Z.-XXXX-X/XXXX, ktorým odobrala obchodníkovi s cennými papiermi povolenie na poskytovanie investičných služieb, potvrdeným rozhodnutím Bankovej rady Národnej banky Slovenska zo dňa 01.03.2011, č. G. - XXX/XXXX, vykonával obchodník s cennými papiermi túto činnosť ako regulovanú Národnou bankou Slovenska 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navrhovateľom. Nebolo možné stotožniť sa ani s námietkou navrhovateľov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Z.-XXXX/X/XXXX, ktorým uložila obchodníkovi s cennými papiermi pokutu vo výške 16.596,96 eur (500.000,- Sk), kedy po zrušení a vrátení veci na ďalšie konanie Bankovou radou Národnej banky Slovenska, opätovne rozhodnutím zo dňa 20.08.2008, č. Z.-XXXX-X/XXXX, uložila obchodníkovi s cennými papiermi pokutu vo výške 9.958,18 eur (300.000,- Sk), a následne rozhodnutím zo dňa 21.12.2010, č. Z.-XXXX-X/XXXX, ktorým odobrala obchodníkovi s cennými papiermi povolenie na poskytovanie investičných služieb, odvolací súd považuje za dôležité zdôrazniť, že navrhovatelia sa nemôžu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navrhovatelia očakávali a namietali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navrhovatelia tvrdený nesprávny úradný postup odporcu v konaní nepreukázali.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navrhovatelia boli členmi Družstva, ktoré je v súčasnosti v konkurze, vyhlásenom uznesením Okresného súdu Bratislava I zo dňa 11.04.2011, č.k. 3K 95/2010-21, právoplatným dňa 05.05.2011. Súd prvého stupňa správne vyhodnotil, že navrhovateľom vznikol nárok na vyplatenie vyrovnacieho podielu, ktorý by mal predstavovať ich voči odporcovi uplatnenú škodu. Správny je aj jeho záver, že nepreukázali bezúspešné domáhanie sa úhrady pohľadávky voči dlžníkovi, teda Družstvu, s ktorým bola v právnom vzťahu, a ktoré je vo vzťahu k nej v pozícii dlžníka povinného jej vydať získaný prospech v podobe vyrovnacieho podielu. Kým teda nepreukázali bezúspešné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X/XX vo Výbere rozhodnutí a stanovísk Najvyššieho súdu Slovenskej republiky, je stále použiteľné). Z uvedeného dôvodu odvolací súd vyhodnotil námietky navrhovateľa, rozporujúce záver súdu prvého stupňa o predčasnosti podanej žaloby, ako nedôvodné. Nebolo možné sa stotožniť ani s námietkou navrhovateľov v podanom odvolaní, týkajúcou sa údajného procesného pochybenia súdu prvého stupňa, ktorý na pojednávaní nevykonal dokazovanie listinnými dôkazmi predpísaným spôsobom, nakoľko z obsahu zápisnice o pojednávaní pred prvostupňovým súdom zo dňa 13.2.2015 vyplýva, že súd prvého stupňa riadne oboznámil účastníkov s obsahom spisu a účastníci zhodne a výslovne uviedli, že obsah listinných dôkazov v ňom obsiahnutých je im známy a netrvajú na čítaní listinných dôkazov. Právne zástupkyne oboch procesných strán poučil podľa § 120 ods. 4 O.s.p., s tým, že tieto následne uviedli, že ďalšie návrhy na doplnenie dokazovania nemajú. Navrhovateľmi vytýkané procesné pochybenie súdu prvého stupňa, ktoré malo spočívať v riadnom nevykonaní dokazovania nevyhnutného k preukázaniu rozhodujúcich skutočností, spôsobom uvedeným v ust. § 129 ods.1 O.s.p., teda nebolo odvolacím súdom zistené . S poukazom na citované ustanovenie a za stavu, keď súd prvého stupňa v danom prípade v potrebnom rozsahu pre rozhodnutie vo veci samej zistil skutkový stav, vykonaním potrebných a účastníkmi navrhnutých dôkazov, a keď navrhovateľ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napadnutom rozsahu ako vecne správny podľa ust. § 219 ods. 1 a 2 O.s.p. potvrdil. Napadnutým uznesením č.k. 21C 218/2011-271 zo dňa 28. 05. 2015 súd prvého stupňa uložil navrhovateľom povinnosť do 10 dní od doručenia uznesenia zaplatiť súdny poplatok za odvolanie proti rozsudku vo výške 20 eur s tým, že poplatok bol vyrubený podľa ust. § 6 ods. 2 zák. č. 71/1992 Zb. a položky č. 7a Sadzobníka súdnych poplatkov. Proti tomuto rozhodnutiu podali navrhovatelia prostredníctvom svojho právneho zástupcu včas odvolanie, a navrhli, aby odvolací súd napadnuté uznesenie súdu prvého stupňa zrušil a konanie o vyrúbenie súdneho poplatku zastavil. S poukazom na ust. § 4 ods. 1 písm. k) zákona č. 71/1992 Zb., účinného do 01.10.2012 a na ust. § 18ca zákona č. 71/1992 Zb., účinného k 01.10.2012, namietala uloženie povinnosti zaplatiť súdny poplatok za odvolanie vzhľadom na to, že predmetom konania je nárok navrhovateľov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poplatkov, účinného do 01.10.2012, teda aj k vyrubenému poplatku. Mala za to, že napadnuté uznesenie súdu prvého stupňa spočíva na nesprávnom právnom posúdení veci. Odvolací súd, ktorý bol viazaný rozsahom a dôvodmi odvolania (§ 212 ods. 1 O.s.p.), preskúmal napadnuté uznesenie, prejednal odvolanie bez nariadenia pojednávania podľa § 214 ods. 2 O.s.p. a dospel k záveru, že odvolanie navrhovateľov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30.09.2012, i keď sa stanú splatnými po 30.09.2012.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navrhovateľom povinnosť zaplatiť súdny poplatok za odvolanie proti rozsudku, aplikoval správny právny predpis a správne ho aj vyložil, správne označil položku Sadzobníka súdnych poplatkov, podľa ktorej súdny poplatok vyrubil, a súdny poplatok bol navrhovateľke vyrubený aj v správnej výške. Postup súdu prvého stupňa, ktorý rozhodol o povinnosti navrhovateľky zaplatiť súdny poplatok za odvolanie, bol preto správny. Odvolacie námietky navrhovateľky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navrhovateľke poplatková povinnosť za podané odvolanie proti rozsudku vznikla. Navrhovatelia by neboli povinní zaplatiť poplatok za odvolanie (i s poukazom na ust. § 6 ods. 2 prvá veta zák. č. 71/1992 Zb.) iba v prípade, ak by odvolanie podali pred 30. septembrom 2012. Odvolanie však podali dňa 24.3.2015, z čoho vyplýva, že odvolacie konanie sa začalo za účinnosti zák. č. 71/1992 Zb. v znení zák. č. 286/2012 Z.z.. Preto postupoval súd prvého stupňa správne, ak jej napadnutým uznesením uložil povinnosť zaplatiť poplatok za odvolanie v zmysle pol. 7a Sadzobníka súdnych poplatkov, účinnej v čase vzniku poplatkovej povinnosti, pričom poplatok vyrúbil aj v správnej výške 20 eur. Z týchto dôvodov odvolací súd napadnuté uznesenie podľa § 219 ods. 1 O.s.p. ako vecne správne potvrdil. O trovách odvolacieho konania rozhodol podľa ust. § 142 ods. 1 v spojení s § 224 ods. 1 O.s.p. a ich náhradu úspešnému odporcovi nepriznal, pretože si právo na ich náhradu neuplatnil (ust. § 151 ods. 1 O.s.p.). Toto rozhodnutie bolo prijaté senátom Krajského súdu v Bratislave pomerom hlasov 3:0. Poučenie: Proti tomuto rozsudku odvolanie nie je prípustné.</w:t>
      </w:r>
    </w:p>
    <w:p/>
    <w:p>
      <w:r>
        <w:t>Zdroj: KAUZIS.SK – https://www.kauzis.sk/judikatura/r/ECLI:SK:KSBA:2016:1111244969.1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