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5Co/157/2016 z 30. 5. 2016</w:t>
      </w:r>
    </w:p>
    <w:p>
      <w:r>
        <w:t>Rozsudok Krajského súdu Bratislava z 30. mája 2016, sp. zn. 5Co/157/2016, ECLI:SK:KSBA:2016:1111244997.1</w:t>
      </w:r>
    </w:p>
    <w:p>
      <w:r>
        <w:t>Súd: Krajský súd Bratislava</w:t>
      </w:r>
    </w:p>
    <w:p>
      <w:r>
        <w:t>Spisová značka: 5Co/157/2016</w:t>
      </w:r>
    </w:p>
    <w:p>
      <w:r>
        <w:t>ECLI: ECLI:SK:KSBA:2016:1111244997.1</w:t>
      </w:r>
    </w:p>
    <w:p>
      <w:r>
        <w:t>Dátum vydania: 30. 5. 2016</w:t>
      </w:r>
    </w:p>
    <w:p>
      <w:r>
        <w:t>Forma: Rozsudok</w:t>
      </w:r>
    </w:p>
    <w:p>
      <w:r>
        <w:t>Oblasť práva: Občianske právo</w:t>
      </w:r>
    </w:p>
    <w:p>
      <w:pPr>
        <w:pStyle w:val="Heading2"/>
      </w:pPr>
      <w:r>
        <w:t>Text rozhodnutia</w:t>
      </w:r>
    </w:p>
    <w:p>
      <w:r>
        <w:t>Súd: Krajský súd Bratislava Spisová značka: 5Co/157/2016 Identifikačné číslo súdneho spisu: 1111244997 Dátum vydania rozhodnutia: 31. 05. 2016 Meno a priezvisko sudcu, VSÚ: JUDr. Juraj Považan ECLI: ECLI:SK:KSBA:2016:1111244997.1 ROZSUDOK V MENE SLOVENSKEJ REPUBLIKY Krajský súd v Bratislave v senáte zloženom z predsedu senátu JUDr. Juraja Považana a členov senátu JUDr. Janky Richterovej a JUDr. Milana Chalupku, v právnej veci navrhovateľa: H. Z., K.. X.X.XXXX, O. Q., T.. Z. Č.. XX, zast. advokátskou kanceláriou FUTEJ &amp; Partners s.r.o., Ul. Radlinského č. 2, Bratislava, proti odporcovi: Slovenská republika zast. Národnou bankou Slovenska, Imricha Karvaša č. 1, Bratislava, o náhradu škody 4.351,73 Eur s príslušenstvom, na odvolanie navrhovateľa proti rozsudku Okresného súdu Bratislava I zo dňa 8. októbra 2015 č. k. 9C/220/2011-150 a proti uzneseniu tohto súdu zo dňa 13. januára 2016 č. k. 9C/220/2011-172 takto r o z h o d o l : Odvolací súd rozsudok súdu prvého stupňa v napadnutej časti p o t v r d z u j e . Napadnuté uznesenie súdu prvého stupňa p o t v r d z u j e . Odporcovi náhradu trov odvolacieho konania n e p r i z n á v a . o d ô v o d n e n i e : Napadnutým rozsudkom súd prvého stupňa zamietol žalobu, ktorou sa navrhovateľ voči odporcovi domáhal zaplatenia sumy 4.351,73 Eur príslušenstvom titulom náhrady škody spôsobenej nesprávnym úradným postupom odporcu pri vykonávaní bankového dohľadu nad činnosťou PODIELOVÉHO DRUŽSTVA SLOVENSKÉ INVESTÍCIE (ďalej len PDSI alebo Družstvo) a obchodníka s cennými papiermi (ďalej len obchodník s CP alebo OCP). Súčasne uvedeným rozsudkom súd zamietol návrh navrhovateľa na podanie prejudiciálnej otázky Súdnemu dvoru Európskej únie. Vykonaným dokazovaním súd prvého stupňa zistil, že Úrad pre finančný trh (ďalej len "úrad") rozhodnutím zo dňa 21. 03. 2002 schválil Družstvu Prospekt investície, pri ktorom Družstvo požiadalo návrhom na začatie konania, doručeným úradu dňa 16. 04. 2003, o schválenie jeho dodatku. Dňa 02. 06. 2008 uzavrelo Družstvo s OCP Zmluvu o riadení portfólia, podľa ktorej sa OCP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OCP sa zaviazal zabezpečiť mieru zhodnotenia portfólia klienta vo výške 8% ročne. Po obdržaní výpovede OCP zo zmluvy o riadení portfólia z 30. 03. 2010 Družstvo požiadalo listom z 15. 04. 2010 NBS o preskúmanie postupu OCP a o výkon dohľadu na mieste dôvodiac zložitou situáciou a NBS vykonala u obchodníka s cennými papiermi dohľad na mieste. NBS rozhodnutím z 26. 08.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NBS rozhodnutím zo 07. 12. 2010, č. GUV-1744/2010. Uvedeným rozhodnutiam predchádzala výzva NBS zo dňa 10. 05. 2010 na odstránenie nedostatkov žiadosti o schválenie Prospektu investície z 28. 04. 2010, ako aj doplnenia dodatku k Prospektu investície, pričom rozhodnutím z 10. 05. 2010, č. OPK-5664/1-2/2010 NBS prerušila konanie podľa § 21 ods. 1 písm. a) zákona č. 747/2004 Z. z. o dohľade. V poradí ďalším rozhodnutím zo dňa 30. 05. 2011, č. ODT-10890-4/2010 NBS zakázala Družstvu ako vyhlasovateľovi verejnej ponuky majetkových hodnôt predaj majetkových hodnôt podľa § 144 ods. 4 písm. c) zák. č. 566/2001 Z. z. z dôvodu porušenia ustanovenia § 129 ods. 3 v spojení s § 128 ods. 1 písm. b), c), h) zákona č. 566/2001 Z. z. a § 125c ods. 1 v spojení s § 127 ods. 4 zákona č. 566/2001 Z. z. NBS zistiac pri výkone dohľadu na diaľku niektoré skutočnosti nasvedčujúce tomu, že neznámym páchateľom bol spáchaný skutok, ktorý by mohol naplniť znaky skutkovej podstaty trestného činu, podala dňa 27. 07. 2010 trestné oznámenie. Ďalej súd prvého stupňa v rámci zisťovania skutkového stavu zistil, že Okresný súd Bratislava I v konaní sp. zn. 3K/95/2010 bol vyhlásený konkurz na majetok Družstva ako úpadcu. Aplikujúc ust. § 9 zák. č. 514/2003 Z.z. o zodpovednosti za škodu spôsobenú pri výkone verejnej moci v znení neskorších predpisov na vykonaným dokazovaním zistený skutkový stav veci, súd prvého stupňa dospel k záveru, že navrhovateľ v konaní nepreukázal vznik škody a ani nesprávny úradný postup NBS vo vzťahu k Družstvu ako vyhlasovateľovi verejnej ponuky majetkových hodnôt podľa § 126-130 zák. č. 566/01 Z.z. o cenných papieroch a investičných službách. Vychádzal pritom aj z ustálenej súdnej judikatúry, podľa ktorej nárok na náhradu škody podľa zák. č. 514/2003 Z.z. by mohol byť v občianskom súdnom konaní úspešne uplatnený až vtedy, keď o správcom popretej pohľadávke navrhovateľa rozhodne konajúci súd v incidenčnom spore. Z tohto dôvodu nemohol súd v rozhodnom čase ustáliť, či a najmä v akej výške vznikla navrhovateľovi škoda. Návrh preto považoval súd prvého stupňa za predčasne podaný. Návrh na začatie prejudiciálneho konania pred súdnym dvorom Európskej únie súd prvého stupňa zamietol s odôvodnením, že nie je povinný predložiť prejudiciálnu otázku formulovanú navrhovateľom súdnemu dvoru, pretože sa nejedná o súd rozhodujúci v poslednom stupni proti rozhodnutiu, ktorého nie je prípustný opravný prostriedok. Dospel tiež k záveru, že verejná ponuka majetkových hodnôt nie je regulovaná smernicou EÚ 2003/71/ES; alternatívne investičné možnosti , teda i činnosť vyhlasovateľov verejnej ponuky majetkových hodnôt je regulované až smernicou 2011/61/EÚ zo dňa 8.6.2011. O trovách konania súd prvého stupňa rozhodol podľa § 142 ods. 1 O. s. p. a ich náhradu úspešnému odporcovi nepriznal, pretože si ich neuplatnil a v konaní mu ani žiadne trovy nevznikli. Proti výroku rozsudku, ktorým bol zamietnutý návrh na začatie konania, podal navrhovateľ v zákonnej lehote odvolanie, ktorým z odvolacích dôvodov uvedených v ust. § 205 ods. 2 písm. b), c), d) a f) O.s.p. žiadal prvostupňový rozsudok v napadnutej časti zmeniť tak, že súd odporcovi uloží povinnosť zaplatiť navrhovateľovi náhradu škody v sume 516,60 Eur s príslušenstvom, do troch dní od právoplatnosti rozsudku, alternatívne napadnutý rozsudok zrušiť a vec vrátiť súdu prvého stupňa na ďalšie konanie. Prvostupňovému súdu vytkol, že pri rozhodovaní nezohľadnil skutočnosť,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Opätovne poukázal na to, že sa spoliehal, že nedôjde ku škode na jeho úkor, pretože vychádzal z garancie NBS ako orgánu dohľadu a nemohol predpokladať, že dohľad nad Prospektom investície je podľa NBS len formálny, resp. že takýto je jeho obsah podľa výkladu odporcu, pretože zákon o dohľade takýmto spôsobom obsah dohľadu nad Prospektom investícií nedefinoval a postup NBS bol preto svojvoľný v neprospech každého, ktorý sa na odporcu z hľadiska stability a ochrany investície spoľahol. Postup odporcu označil za svojvoľný, resp. arbitrárny v neprospech každého, kto sa na odporcu z hľadiska stability a ochrany investície spoľahol. Argument odporcu, že upozornil Družstvo, že vykonáva dohľad nad jeho činnosťou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prvého stupňa, že neexistuje príčinná súvislosť medzi škodou a porušením zákonných povinností NBS, spočívajúcom v nesprávnom výkone dohľadu, ktorým bol porušený zák. č. 566/2001 Z.z..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OCP, ktorými mohol zabezpečiť dodržiavanie zákona o cenných papieroch, resp. sankciami porušujúci subjekt donútiť k dodržiavaniu zákona. V ďalšom uviedol, že povinnosťou NBS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NBS, napriek tomu, že odporca v priebehu celého konania tvrdil opak - preto mala NBS zisťovať všetky informácie a podklady o dodržiavaní, resp. nedodržiavaní povolení na činnosť vydaných NBS Družstvu (Prospekt investícií, vydaný vtedajším Úradom pre finančný trh a následne pravidelne kontrolovaný NBS) a OCP. Povinný zákonný dohľad zo strany NBS bol dokonca koncipovaný tak široko, že má zisťovať informácie a podklady aj o iných rizikách, ako tých, ktoré vyplývajú z povolení na činnosť, vrátane rizík, ktorým sú vystavené dohliadané subjekty a v rámci nich aj Družstvo činnosťou obchodníka, vrátane rizík, ktoré mohli viesť k ohrozeniu záujmov klientov dohliadaných subjektov, teda aj navrhovateľa. Poukázal na skutočnosť, že v konaní vedenom na Okresnom súde Bratislava I pod sp. zn. 7C/206/2011 bolo výpoveďou svedka H., Csc., preukázané, že NBS už v roku 2007 pri kontrole Družstva zistila, že z hľadiska rizikovosti portfólia má nedostatočne rozložené portfólio, ktoré bolo tvorené zmenkou jediného emitenta, a to spoločnosti CI HOLDING, a. s., ktorý v tom čase akcionársky vlastnil OCP, z čoho vyplýva, že Družstvo malo všetky peňažné prostriedky od neho získané,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Odvolateľ poukázal ďalej na to, že NBS naďalej akceptovala stav, že celé portfólio Družstva je rozložené a investované do prepojených subjektov s CI HOLDING a. s. a obchodníkom a napriek tomu, že vydala právoplatné sankčné rozhodnutie voči obchodníkovi, v ktorom konštatovala, že OCP vo svojej činnosti, pre svojich klientov a v rámci nich aj výslovne pre Družstvo, porušil zákon o cenných papieroch vo viacerých podstatných ohľadoch, ani po vydaní tohto rozhodnutia okrem udelenej pokuty vo výške 10.000 Eur, NBS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OCP,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Navrhovateľ tiež poukázala na skutočnosť, že NBS tým, že dňa 4. marca 2011 OCP odňala licenciu na činnosť a Družstvu zakázala činnosť v roku 2011, potvrdila dlhodobé porušovanie zákona o cenných papieroch, z čoho vyplýva tolerovanie porušovania právnych predpisov minimálne od roku 2008 do roku 2011 NBS. Navrhovateľ v odvolaní ďalej uviedol, že NBS rozhodnutím zo dňa 30. mája 2011, č. ODT-10890-4/2010, právoplatným dňa 18. júla 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 decembru 2006, kedy došlo v sídle NBS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NBS voči Družstvu úradne zasiahla až v máji 2011 ( zákazom činnosti ). Uviedla, že existujúce konkurzné konanie samo osebe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aj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NBS, Garančnému fondu investícií, či poisťovni Chartis Europe a iným odporcom, a preto aktuálny stav konkurzu vylučuje jeho možnosť svoju pohľadávku z konkurzu uspokojiť. Namietla, že zo zápisníc o pojednávaní pred prvostupňovým súdom vyplýva, že listinné dôkazy vyžiadané prvostupňovým súdom, resp. predložené účastníkmi konania neboli riadne vykonané spôsobom podľa § 129 ods. 1 O.s.p., a to s poukazom na uznesenie Najvyššieho súdu Slovenskej republiky zo dňa 31. januára 2012, sp. zn. 6 MCdo 11/2010. Odporca žiadal rozsudok súdu prvého stupňa v napadnutej časti ako vecne správny potvrdiť. Uviedol, že prvostupňový v prejednávanej veci vykonal rozsiahle dokazovanie za účelom spoľahlivého zistenia skutkového stavu (navrhnuté navrhovateľom), riadne zabezpečil dôkazné listiny aj z iných súdnych konaní v skutkovo a právne identických veciach a zároveň mal k dispozícii všetky pre vec podstatné a rozhodujúce písomné listinné dôkazy. Nesúhlasil s tvrdením navrhovateľa,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navrhovateľa, a preto jeho tvrdenie, že rozsudok súdu prvého stupňa v napadnutej časti považuje za denegatio iustitiae je účelové. Odporca vo svojom vyjadrení uviedol, že navrhovateľ sa účelovo snaží dodatočne navrhovať vykonanie ďalších právne irelevantných dôkazov, ktoré iba oddiaľujú vydanie rozhodnutia vo veci a zároveň sa snaží vyfabulovať fiktívnu existenciu jeho údajného nesprávneho postupu a tiež fikciu, kedy sa tak stalo, pretože údajný nesprávny úradný postup nebol preukázaný a neexistuje s tým, že navrhovateľ nevyužil všetky možnosti na uplatnenie a vymoženie svojho nároku, pretože nepodal žiadny návrh proti členom predstavenstva, ani členom kontrolnej komisie Družstva, ktorí boli zodpovední za jeho riadenie, za hospodárenie a nakladanie s jeho majetkom. Podľa neho kompetencie NBS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NBS postupovala v súlade s Ústavou SR a platnými právnymi predpismi, nebola nečinná, nespôsobila žiadne prieťahy a pri svojom postupe voči Družstvu a aj OCP dodržiavala zákonné pravidlá zakotvené ustanoveniami zákona o dohľade a zákona o cenných papieroch. Odporca vo svojom vyjadrení uviedol, že navrhovateľ mohla požiadať NBS o vysvetlenie jej zákonom zverených kompetencií v oblasti dohľadu nad finančným trhom a muselo mu byť známe, že s investíciou je spojené aj riziko a doterajší alebo propagovaný výnos nie je zárukou budúcich výnosov s tým, že NBS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NBS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NBS zisťovať v rámci predmetu dohľadu, sa vždy vzťahujú výlučne ku konkrétnemu druhu dohliadaného subjektu so zohľadnením jeho zákonom uložených povinností. Poukázal tiež na skutočnosť, že žiaden zákon neukladal vyhlasovateľom verejnej ponuky majetkových hodnôt žiadne povinnosti v oblasti obmedzenia a rozloženia rizík ani krytia, na rozdiel od iných dohliadaných subjektov, a preto reálne neexistujúce povinnosti Družstva nemohla NBS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NBS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NBS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NBS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navrhovateľa a jej výška voči Družstvu sa bude zisťovať v rámci incidenčných súdnych konaní, pokiaľ ich správca konkurznej podstaty Družstva neuzná skôr a až následne, ak pohľadávka navrhovateľa voči Družstvu nebude uspokojená v rámci konkurzu, môže navrhovateľovi vzniknúť škoda.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s tým, že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Odvolací súd, viazaný rozsahom a dôvodmi odvolania (§ 212 ods. 1 O.s.p.), preskúmal vec bez nariadenia odvolacieho pojednávania podľa § 214 ods. 2 O.s.p. a dospel k záveru, že odvolanie nebolo navrhovateľom podané dôvodne. V prejednávanej veci súd prvého stupňa na základe dokazovania vykonaného v rozsahu potrebnom na zistenie rozhodujúcich skutočností (§ 120 ods. 1 O.s.p.) správne ustálil, že navrhovateľ v konaní nepreukázal nesprávny úradný postup zo strany NBS pri vykonávaní dohľadu nad činnosťou Družstva. Odvolací súd v tomto smere poukazuje na podrobné odôvodnenie napadnutého rozhodnutia, v ktorom súd prvého stupňa v súlade s ustálenou judikatúrou Ústavného súdu Slovenskej republiky (I. ÚS 46/05, I. ÚS 352/6, II. ÚS 220/08, III. ÚS 12/07, IV. ÚS 163/08) zodpovedal účastníkmi konania nastolené otázky, ktoré majú rozhodný význam pre posúdenie veci samej, a s ktorým sa stotožňuje aj súd druhého stupňa. V danom prípade nebola spornou skutočnosť, že NBS bola povinná vykonávať dohľad nad činnosťou Družstva ako vyhlasovateľa verejnej ponuky majetkových hodnôt; sporným bol rozsah tohto dohľadu. Zohľadniť treba pritom fakt, že až od účinnosti novelizovaného ust. § 129 ods. 3 zák. č. 566/2001 Z.z. (novela zákona č. 566/2001 Z. z. vykonaná zákonom č. 129/2010 Z. z.), teda až od 01. 06. 2010 boli povinnosti vyhlasovateľa verejnej ponuky majetkových hodnôt rozšírené tak, že Družstvo ako vyhlasovateľ verejnej ponuky majetkových hodnôt malo zákonom uloženú povinnosť dodržiavať schválený prospekt investície. Z uvedeného potom vyplýva, že aj NBS mohla až od 01. 06. 2010 dohliadať na to, či Družstvo dodržiava schválený prospekt investície. Rovnako aj povinnosť aktualizovať prospekt investície v zmysle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ako napr. správcovské spoločnosti pre kolektívne investovanie). Neexistujúce povinnosti Družstva preto nemohli byť ani predmetom kontroly NBS. Navrhovateľ sa tiež mylne domnieva, že NBS vykonávala dohľad nad finančnými ukazovateľmi Družstva. Podľa platnej právnej úpravy NBS mohla kontrolovať len to, či Družstvo plní informačné povinnosti v zmysle ust. § 126 až 130 zák. č. 566/2001 Z. z. V tejto súvislosti treba poukázať na to, že navrhovateľ si musel byť vedomý toho, že s jeho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 Ak si toho navrhovateľ vedomý nebol, nemožno to pričítať na ťarchu NBS v zmysle zásady vigilantibus iura non excusat (neznalosť zákona neospravedlňuje). To isté platí aj pokiaľ ide o argumentáciu navrhovateľa, podľa ktorej o rozsahu dohľadu NBS nad činnosťou Družstva nemal vedomosť. Nemožno sa stotožniť ani s námietkou navrhovateľa o povinnosti NBS v oblasti skúmania rizikovosti portfólia Družstva, nakoľko zákon č. 566/2001 Z. z. o cenných papieroch neukladal vyhlasovateľovi verejnej ponuky majetkových hodnôt v tomto smere žiadne povinnosti, a preto ani NBS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navrhovateľa, ktorý však nemôže vychádzať z toho, ako takýto postup navrhovateľ vyhodnotila, ale musí vychádzať výlučne z toho, že nemožno prisúdiť NBS pri aplikácii zákonov viac povinností ako tých, ktoré jej konkrétnym spôsobom vyplývajú zo zákona.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OCP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OCP využívalo na vlastné riziko s vedomím, že ziskovosť uvedených operácií nie je zaručená. Navrhovateľ si ako člen Družstva, ktoré za týmto účelom zhodnocovalo portfólio, musel byť vedomý, že vývoj na finančných trhoch nemožno s istotou predpovedať a odhadnúť, čo je podstatným znakom týchto obchodov prostredníctvom OCP s tým, že až do rozhodnutia NBS zo dňa 21. decembra 2010, č. ODT-8305-5/2010, ktorým odobrala OCP povolenie na poskytovanie investičných služieb, potvrdeným rozhodnutím Bankovej rady NBS zo dňa 1. marca 2011, č. GUV - 274/2011, vykonával obchodník s cennými papiermi túto činnosť ako regulovanú NBS. Činnosť Družstva, ktorého bola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OCP voči Družstvu, či sekundárnu zodpovednosť Družstva voči žalobcovi . Odhliadnuc aj od aktívneho prístupu NBS k NBS, preukázaného jej rozhodnutím zo dňa 8. januára 2008, č. OPK - 9750/3/2007, ktorým uložila obchodníkovi s cennými papiermi pokutu vo výške 16.596,96 euro, kedy po zrušení a vrátení veci na ďalšie konanie Bankovou radou NBS, opätovne rozhodnutím zo dňa 20. augusta 2008, č. OPK-9750-5/2007 uložila OCP pokutu vo výške 9.958,18 euro a následne rozhodnutím zo dňa 21. decembra 2010, č. ODT-8305-5/2010 odobrala obchodníkovi s cennými papiermi povolenie na poskytovanie investičných služieb, odvolací súd sa nepovažuje za dôvodnú ani námietku navrhovateľa o nedostatočných opatreniach NBS na nápravu protiprávneho stavu po zistení závažných pochybení OCP pri činnosti voči Družstvu. V tejto súvislosti odvolací súd poznamenáva, že navrhovateľ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S poukazom na vyššie uvedené možno uzavrieť, že v prejednávanej veci nebol preukázaný základný predpoklad pre založenie objektívneho zodpovednostného vzťahu v zmysle zák. č. 514/2003 Z.z., a to nesprávny úradný postup orgánu verejnej moci (§ 9 uvedeného zákona). Pokiaľ ide o rozsudok Najvyššieho súdu ČR sp. zn. 29 Cdo 4968/2009, na ktorý v odvolaní poukazoval navrhovateľ,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predpokladom vzniku zodpovednosti štátu za škodu je nedobytnosť pohľadávky poškodeného v tom zmysle, že je zrejmé, že poškodený neobdrží v konkurznom konaní žiadnu sumu, a po druhé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aj v tom, že žaloba bola podaná predčasne. Odvolací súd sa napokon nestotožnil ani s odvolacou námietkou týkajúcou sa procesného pochybenia súdu prvého stupňa, ktorý podľa navrhovateľa na pojednávaní nevykonal dokazovanie listinnými dôkazmi predpísaným spôsobom. Z obsahu zápisnice z pojednávania konaného dňa 8.10.2015 totiž vyplýva, že konajúci súd po otvorení pojednávania riadne oboznámil účastníkov konania s dovtedy vykonaným dokazovaním a obsahom spisu (§ 119 ods. 5 O.s.p.). Vzhľadom na vyššie uvedené odvolací súd rozsudok súdu prvého stupňa v napadnutej časti ako vecne správny podľa § 219 ods. 1, 2 O.s.p. potvrdil. Napadnutým uznesením súd prvého stupňa uložil navrhovateľovi povinnosť zaplatiť v lehote 15 dní od doručenia uznesenia súdny poplatok za podané odvolanie v sume 20 Eur (položka 7a sadzobníka súdnych poplatkov). Navrhovateľ v zákonnej lehote napadol uvedené uznesenie odvolaním, ktorým žiadal, aby odvolací súd z dôvodu nesprávneho právneho posúdenia predmetné uznesenie zrušil. S odkazom na ustanovenie § 4 ods. 1 písm. k) zák. o súdnych poplatkoch v znení účinnom do 01. 10. 2012 a ustanovenie § 18ca zák. o súdnych poplatkoch v znení účinnom od 01. 10. 2012 navrhovateľ uviedol, že predmetné konanie o náhradu škody spôsobenej nesprávnym úradným postupom orgánu verejnej moci sa začalo pred 01. októbrom 2012, a preto sa naň vzťahuje vecné oslobodenie od súdnych poplatkov týkajúce sa všetkých položiek Sadzobníka súdnych poplatkov. Odvolací súd viazaný rozsahom a dôvodmi podaného odvolania vec prejednal podľa § 212 ods. 1, § 214 ods. 2 O.s.p. bez nariadenia pojednávania a po preskúmaní veci dospel k záveru, že odvolanie navrhovateľa voči uzneseniu, ktorým mu bola uložená poplatková povinnosť za odvolanie proti meritórnemu rozhodnutiu, nie je dôvodným. Podľa § 1 ods. 1 zák. č. 71/1992 Zb. o súdnych poplatkoch a poplatku za výpis z registra trestov v znení účinnom od 01. 01. 2014 do 31. 08. 2014 (ďalej len „zák. č. 71/1992 Zb.“)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veta prvá zák. č. 71/1992 Zb. v odvolacom konaní je poplatníkom ten, kto podal odvolanie, pri dovolaní ten, kto podal dovolanie. Podľa § 5 ods. 1 písm. a) zák. č. 71/1992 Zb. poplatková povinnosť vzniká podaním návrhu, odvolania a dovolania alebo žiadosti na vykonanie poplatkového úkonu, ak je poplatníkom navrhovateľ, odvolateľ a dovolateľ. Podľa § 6 ods. 1 zák. č. 71/1992 Zb. sadzba poplatku je uvedená v sadzobníku percentom zo základu poplatku alebo pevnou sumou. Podľa § 6 ods. 2 veta prvá a druhá zák. č. 71/1992 Zb. ak je sadzba poplatku ustanovená za konanie, rozumie sa tým konanie na jednom stupni. Poplatok podľa rovnakej sadzby sa vyberá i v odvolacom konaní vo veci samej. Podľa § 8 ods. 1 zák. č. 71/1992 Zb. poplatok za podanie návrhu alebo žiadosti, poplatok za uplatnenie námietky zaujatosti v konkurznom alebo reštrukturalizačnom konaní podľa osobitného predpisu a poplatok za konanie o dedičstve je splatný vznikom poplatkovej povinnosti. Podľa § 18ca zák. č. 71/1992 Zb. (prechodné ustanovenie k úpravám účinným od 01. októbra 2012) z úkonov navrhnutých alebo za konania začaté do 30. septembra 2012 sa vyberajú poplatky podľa predpisov účinných do 30. septembra, i keď sa stanú splatnými po 30. septembri 2012. Podľa položky 7a Sadzobníka súdnych poplatkov zo žaloby na náhradu škody spôsobenej nezákonným rozhodnutím orgánu verejnej moci alebo jeho nesprávnym úradným postupom sa platí súdny poplatok vo výške 20,- €. Súd prvého stupňa v predmetnej veci správne a v súlade s vyššie citovanými ustanoveniami zákona o súdnych poplatkoch a poplatku za výpis z registra trestov v platnom znení uložil navrhovateľovi poplatkovú povinnosť vo výške 20,- € za odvolanie podané voči meritórnemu rozhodnutiu. Uvedený záver vyplýva zo skutočnosti, že v čase podania odvolania, ktorý je rozhodným pre vznik poplatkovej povinnosti podľa § 5 ods. 1 písm. a) zák. o súdnych poplatkoch, bola zákonom stanovená poplatková povinnosť aj v prípade konania o náhradu škody spôsobenej nesprávnym úradným postupom orgánu verejnej moci (do 30. 09. 2012 vecne oslobodeného od súdnych poplatkov), a to položkou 7a Sadzobníka súdnych poplatkov, podľa ktorej sa súdny poplatok zo žaloby iniciujúcej takéto konanie platí vo výške 20,- €. Podľa § 6 ods. 2 veta druhá zák. o súdnych poplatok sa preto v rovnakej výške platí aj súdny poplatok za odvolanie proti meritórnemu rozhodnutiu v konaní o náhradu škody spôsobenej nesprávnym úradným postupom verejnej moci. Na uvedenom závere nič nemení ani prechodné ustanovenie § 18ca zák. o súdnych poplatkoch, na ktoré poukazovala navrhovateľka, nakoľko odvolanie ako poplatkový úkon za odvolacie konanie bolo navrhovateľom podané dňa 28.10.2015, t. j. nejednalo sa ani o úkon, ani o konanie začaté do 30. 09. 2012. S poukazom na vyššie uvedené odvolací súd ako vecne správne napadnuté uznesenie potvrdil podľa § 219 ods. 1 O.s.p. O trovách odvolacieho konania rozhodol súd podľa § 224 ods. 1 O.s.p., § 142 ods. 1 v spojení s § 151 ods. 1 O.s.p., a v odvolacom konaní úspešnému odporcovi náhradu trov odvolacieho konania nepriznal, nakoľko si ich neuplatnil. Poučenie: Tento rozsudok nemožno napadnúť odvolaním.</w:t>
      </w:r>
    </w:p>
    <w:p/>
    <w:p>
      <w:r>
        <w:t>Zdroj: KAUZIS.SK – https://www.kauzis.sk/judikatura/r/ECLI:SK:KSBA:2016:1111244997.1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