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14Co/342/2014 z 8. 2. 2016</w:t>
      </w:r>
    </w:p>
    <w:p>
      <w:r>
        <w:t>Rozsudok Krajského súdu Bratislava z 8. februára 2016, sp. zn. 14Co/342/2014, ECLI:SK:KSBA:2016:1111245029.1</w:t>
      </w:r>
    </w:p>
    <w:p>
      <w:r>
        <w:t>Súd: Krajský súd Bratislava</w:t>
      </w:r>
    </w:p>
    <w:p>
      <w:r>
        <w:t>Spisová značka: 14Co/342/2014</w:t>
      </w:r>
    </w:p>
    <w:p>
      <w:r>
        <w:t>ECLI: ECLI:SK:KSBA:2016:1111245029.1</w:t>
      </w:r>
    </w:p>
    <w:p>
      <w:r>
        <w:t>Dátum vydania: 8. 2. 2016</w:t>
      </w:r>
    </w:p>
    <w:p>
      <w:r>
        <w:t>Forma: Rozsudok</w:t>
      </w:r>
    </w:p>
    <w:p>
      <w:r>
        <w:t>Oblasť práva: Občianske právo</w:t>
      </w:r>
    </w:p>
    <w:p>
      <w:pPr>
        <w:pStyle w:val="Heading2"/>
      </w:pPr>
      <w:r>
        <w:t>Text rozhodnutia</w:t>
      </w:r>
    </w:p>
    <w:p>
      <w:r>
        <w:t>Súd: Krajský súd Bratislava Spisová značka: 14Co/342/2014 Identifikačné číslo súdneho spisu: 1111245029 Dátum vydania rozhodnutia: 09. 02. 2016 Meno a priezvisko sudcu, VSÚ: JUDr. Katarína Javorčíková ECLI: ECLI:SK:KSBA:2016:1111245029.1 ROZSUDOK V MENE SLOVENSKEJ REPUBLIKY Krajský súd v Bratislave v senáte zloženom z predsedníčky senátu JUDr. Kataríny Javorčíkovej a členov senátu JUDr. Edity Szabovej a JUDr. Branislava Krála v právnej veci navrhovateľa : D. L., U.. XX.X.XXXX, R. I. X, R., zastúpený: FUTEJ &amp; Partners, s.r.o., Radlinského 2, Bratislava, IČO : 35 955 341, proti odporcovi: Slovenská republika, zastúpená Národnou bankou Slovenska, so sídlom v Bratislave, Imricha Karvaša 1, o náhradu škody, o odvolaní navrhovateľa proti rozsudku Okresného súdu Bratislava I v Bratislave zo dňa 3.3.2014, č.k. 4C/222/2011-98, pomerom hlasov 3:0 takto r o z h o d o l : Odvolací súd rozsudok Okresného súdu Bratislava I v Bratislave zo dňa zo dňa 3.3.2014, č.k. 4C/222/2011-98 v napadnutej časti p o t v r d z u j e . Odporcovi náhradu trov odvolacieho konania n e p r i z n á v a. o d ô v o d n e n i e : Napadnutým rozsudkom súd prvého stupňa výrokom pod bodom I. zamietol návrh navrhovateľa zo dňa 10.1. 2014 na podanie prejudiciálnej otázky Súdnemu dvoru Európskej únie; výrokom pod bodom II. zamietol návrh navrhovateľa vo veci samej v celom rozsahu a odporcovi nepriznal náhradu trov konania. Z odôvodnenia rozsudku vyplýva, že navrhovateľ sa návrhom na začatie konania podaným na súde dňa 30.12.2011 domáhal voči odporcovi zaplatenia sumy 9 482/69 EUR s príslušenstvom titulom náhrady škody spôsobenej nesprávnym úradným postupom odporcu podľa zákona č. 514/2003 Z.z. o zodpovednosti za škodu spôsobenú pri výkone verejnej moci (ďalej len "zákon č. 514/2003 Z.z."). Nárok zdôvodnil tým, že ako člen družstva vložil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navrhovateľom do Družstva mala byť v súlade s Prospektom investície 8%. Obchodník s cennými papiermi vykonával svoju činnosť na základe povolenia na poskytovanie investičných služieb NBS do 01.03.2011, kedy mu NBS toto povolenie v rámci výkonu dohľadu odobrala. Po ukončení svojej činnosti pre Družstvo ku dňu 30.04.2010, obchodník s cennými papiermi Družstvu neodovzdal žiadne portfólio cenných papierov, ani zverené peňažné prostriedky. Družstvo tak nedisponovalo prostriedkami na výplatu navrhovateľom zverených prostriedkov, vrátane ich zhodnotenia. Navrhovateľovi konaním obchodníka s cennými papiermi, v spojení s jeho činnosťou pre Družstvo vznikla škoda, nakoľko jeho majetok sa zmenšil o sumu do Družstva vložených a nevrátených finančných prostriedkov. Za vznik tejto škody zodpovedal odporca v dôsledku nesprávneho úradného postupu pri výkone dohľadu nad činnosťou obchodníka s cennými papiermi pri činnosti pre Družstva.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Družstva vo vzťahu k jeho záväzkom voči členom, ktorí mu zverili prostriedky na ich zhodnotenie. Za nesprávny považoval navrhovateľ aj ten úradný postup odporcu, pri ktorom 1/ nevykonal potrebné opatrenia na zabránenie vzniku škody Družstvu na majetku, ktorý bol tvorený prostriedkami jeho členov, 2/ neupozornil Družstvo na možné riziká spolupráce s obchodníkom s cennými papiermi, 3/ zbytočnými prieťahmi, resp. svojou nečinnosťou spôsobil, že tak voči Družstvu, ako aj voči obchodníkovi s cennými papiermi neprijal vhodné opatrenia na zabezpečenie, aby tieto subjekty nemohli so svojím majetkom nakladať inak, než za účelom uspokojenia pohľadávky navrhovateľa, a napokon 4/ odporca nereagoval na list Družstva zo dňa 24.06.2010, ktorým podľa § 86 ods. 3 zákona č. 566/2001 Z.z. dalo podnet na vyhlásenie obchodníka s cennými papiermi za neschopného plniť záväzky voči klientom. Odporca žiadal návrh ako nedôvodný zamietnuť. Namietol, že Družstvo ako podnikateľský subjekt vykonávalo činnosť podľa zákona č. 513/1991 Zb. Obchodný zákonník (ďalej len "Obchodný zákonník"), za ktorú zodpovedalo predstavenstvo ako štatutárny orgán, ktorý zároveň riadil činnosť Družstva a rozhodoval o všetkých záležitostiach Družstva, pokiaľ neboli vyhradené inému orgánu. Navrhovateľ musel vedieť, že s investovaním finančných prostriedkov do Družstva je spojené určité riziko a doterajší, príp. propagovaný výnos nie je zárukou budúcich výnosov v súlade s § 129 ods. 1 písm. b) zákona č. 566/2001 Z.z. Úrad pre finančný trh (ktorého kompetencie pri výkone dohľadu prešli počnúc od 01.01.2006 na NBS) schválil dňa 21.03.2002 Prospekt investície podľa § 127 ods. 2 zákona č. 566/2001 Z.z., na základe ktorého bolo Družstvo oprávnené ponúkať majetkové hodnoty s lehotou verejnej ponuky majetkových hodnôt 10 rokov. Pri schvaľovaní Prospektu investície, ktorý je informačným dokumentom, úrad postupoval podľa § 127 ods. 4 v spojení s § 125 ods. 7 zákona č. 566/2001 Z.z., keď posudzoval najmä jeho úplnosť, t.j. či obsahuje všetky údaje podľa § 128 ods. 1 zákona č. 566/2001 Z.z., vzájomný súlad predložených údajov a ich zrozumiteľnosť. Za pravdivosť uvedených údajov zodpovedal štatutárny zástupca vyhlasovateľa verejnej ponuky majetkových hodnôt a jeho vyhlásenie, že skutočnosti uvedené v Prospekte investície sú úplné a pravdivé spolu s jeho podpisom, boli zákonnou náležitosťou Prospektu investície podľa §128 ods. 1 písm. h) zákona č. 566/2001 Z.z. Prospekt investície neobsahoval aj dotknutú zmluvu, keďže zákonnou náležitosťou Prospektu investície bol podľa § 128 ods. 1 písm. a), bod 10 zákona č. 566/2001 Z.z. len zoznam zmlúv zabezpečujúcich odbyt výrobkov vyhlasovateľa verejnej ponuky majetkových hodnôt alebo realizáciu poskytovaných služieb. Schválenie Prospektu investície teda neznamenalo schválenie i zmluvy medzi Družstvom a obchodníkom s cennými papiermi. Ani prípadné nedodržiavanie povinností zo zmluvy zo strany obchodníka s cennými papiermi by neviedlo k porušeniu Prospektu investície. Odporca potvrdil, že vykonával dohľad nad činnosťou vyhlasovateľa verejnej ponuky majetkových hodnôt, avšak len v zákonom vymedzenom a limitovanom rozsahu v súlade so zákonom č. 566/2001 Z.z. Odporca bol až s účinnosťou od 01.06.2010 oprávnený dohliadať nad tým, či vyhlasovateľ verejnej ponuky majetkových hodnôt dodržiava schválený Prospekt investície. Zo správ predkladaných Družstvom pritom nevyplývali informácie o zhoršenej situácii Družstva, Družstvo odporcovi neoznámilo, že obchodník s cennými papiermi neoprávnene vyúčtováva odmenu, neplní si povinnosti zo zmluvy s Družstvom. Odporcovi až po 8 rokoch spolupráce b bol doručený list Družstva zo dňa 15.04.2010, v ktorom žiadalo odporcu o preskúmanie postupu obchodníka s cennými papiermi a o vykonanie dohľadu na mieste. Odporca vykonal v období od 20.04.2010 do 06.05.2010 dohľad na mieste u obchodníka s cennými papiermi a keďže zistil, že neposkytoval Družstvu investičnú službu riadenie portfólia v zmysle zákona č. 566/2001 Z.z., vydal dňa 12.07.2010 rozhodnutie č.O.-XXXX/ XXXX, o predbežnom opatrení a obchodníkovi s cennými papiermi uložil povinnosť zdržať sa nakladania s majetkom jeho klientov bez predchádzajúceho písomného súhlasu NBS. Ďalším rozhodnutím zo dňa 21.12.2010, č. O.-XXXX-X/XXXX, odporca odobral obchodníkovi s cennými papiermi povolenie na poskytovanie investičných služieb, ktorého správnosť potvrdila Banková rada NBS rozhodnutím č. I.- XXX/XXXX zo dňa 01.03.2011. Pokiaľ išlo o namietané prieťahy v konaní, odporca mal za to, že samotné Družstvo sťažovalo napredovanie dohľadu tak, aby mohol odporca zistiť všetky skutočnosti a okolnosti a získať dôkazy potrebné na prípadné ďalšie konanie. Družstvo síce žiadosť o schválenie dodatku k Prospektu investície podalo, avšak táto ostala neúplná napriek viacnásobnému predlženiu lehoty na odstránenie nedostatkov. Odporca preto rozhodnutím zo dňa 26.08.2010, č. OPK-5664/1-5/2010, konanie o žiadosti Družstva zastavil. Správnosť predmetného rozhodnutia potvrdila Banková rada NBS rozhodnutím zo dňa 08.12.2010, č. I.-XXXX/XXXX. Medzičasom NBS listom zo dňa 27.08.2010, č. O.- XXXXX/XXXX, oznámila Družstvu začatie konania pre porušenie § 129 ods. 3 v spojení s § 128 ods. 1 písm. b), c) a h) zákona č. 566/2001 Z.z. a § 125c ods. 1 v spojení s § 127 ods. 4 tohto zákona, keďže Družstvo nedodržiavalo schválený Prospekt investície a skutočnosti v ňom uvedené neaktualizovalo. Konanie bolo ukončené vydaním rozhodnutia dňa 30.05.2011, č. O.-XXXXX-X/XXXX, ktorým odporca Družstvu zakázal predaj majetkových hodnôt; rozhodnutie nadobudlo právoplatnosť dňa 18.07.2011. Odporca teda pri výkone dohľadu podľa ustanovení zákona č. 566/2001 Z.z. nebol nečinný, nespôsobil žiadne prieťahy v konaní a nedopustil sa ani navrhovateľom vytýkaného nesprávneho úradného postupu. Na majetok Družstva bol navyše uznesením Okresného súdu Bratislava I zo dňa 11.04.2011, sp. zn. 3K 95/2010, vyhlásený konkurz. Pokiaľ navrhovateľ vložil svoje finančné prostriedky do Družstva, mal si svoj nárok prihlásiť do konkurzu, čo neurobil. Z vykonaného dokazovania vyplynulo, že navrhovateľ bol členom v družstve PODIELOVÉ DRUŽSTVO SLOVENSKÉ INVESTÍCIE, do ktorého vložil sumu vo výške 4 309,51 eur, na základe zmluvy o vystavení zmenky, pričom Družstvo mu vydalo potvrdenie, že zmenková suma mu nebola vyplatená z dôvodu dočasného výpadku likvidity družstva. Po vyhodnotení dokazovania dospel k záveru, že návrh navrhovateľa nie je dôvodný. Vychádzal aj z ustálenej súdnej judikatúry (rozhodnutie Najvyššieho súdu Slovenskej republiky, sp. zn. 4Cz 110/84) v zmysle ktorej platí,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Ak má navrhovateľ pohľadávku voči subjektu, ktorý ju získal ako prospech a má povinnosť tento prospech vydať, nie je tak daný základný predpoklad zodpovednosti štátu. Navrhovateľ sa ako bývalý člen Družstva, voči ktorému má právo na vyplatenie vyrovnacieho podielu, musí voči nemu domáhať zaplatenia svojej pohľadávky. Toto právo navrhovateľ nevyužil a pohľadávku voči Družstvu si neuplatnil v konkurze vyhlásenom na jeho majetok. V čase rozhodovania súdu tak navrhovateľ nepreukázal bezúspešnosť uplatňovania svojich práv voči Družstvu. V súčasnosti nie je možné ani ustáliť majetok úpadcu - Družstva, z ktorého by mohla byť uspokojená jeho pohľadávka, resp. aj po skončení konkurzného konania v prebiehajúcom konaní titulom náhrady škody za nesprávny úradný postup. Navrhovateľ zároveň nepodal ani žalobu proti členom predstavenstva Družstva alebo kontrolnej komisie Družstva v zmysle § 251 ods. 2, § 243a ods. 4 a § 244 ods. 8 Obchodného zákonníka. Navrhovateľ si primárne mal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Z tohto dôvodu nemohol súd v rozhodnom čase ustáliť, či a najmä v akej výške vznikla navrhovateľovi škoda, čo je rozhodujúce aj pre plynutie premlčacej doby na uplatnenie nároku na náhradu škody voči štátu. Nárok bol preto na súde uplatnený predčasne. V súvislosti s odvolávkou navrhovateľa na rozhodnutie Najvyššieho súdu ČR sp. zn. 29Cdo 4968/2009, súd uviedol, že ho nemožno na daný prípad aplikovať. Z vyjadrenia správcu konkurznej podstaty Družstva vyplýva, že konkurzné konanie nie je doposiaľ ukončené a vzhľadom na jeho stav nemožno jednoznačne konštatovať vylúčenie možnosti uspokojenia pohľadávky navrhovateľa ako prípadného veriteľa v rozsahu, v ktorom sa v prebiehajúcom konaní domáha náhrady škody. Súd ďalej konštatoval, že aj v prípade preukázania škody navrhovateľom, jeho návrhu by nebolo možné vyhovieť z dôvodu nepreukázania tvrdeného nesprávneho úradného postupu odporcu. Pokiaľ ide o nesprávny úradný postup spočívajúci v oneskorenom zistení neaktuálnosti údajov zahrnutých do Prospektu investície, súd konštatoval,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K týmto povinnostiam patrila počnúc od 01.01.2009 i povinnosť aktualizácie Prospektu investície podľa § 125c ods. 1 v spojení s § 127 ods. 4 zákona č. 566/2001 Z.z.. Počnúc od 01.06.2010 aj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NBS zo dňa 26.08.2010, č. O.-XXXX/X-X/XXXX,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 XXXXX-X/XXXX,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24.08.2007, súd zdôraznil, že predmetom konania je nesprávny úradný postup odporcu, a nie obchodníka s cennými papiermi. V priamej príčinnej súvislosti s ním tak mohla vzniknúť škoda len Družstvu, a nie navrhovateľovi. Navrhovateľ totiž nebol v žiadnom záväzkovom, ani inom vzťahu s obchodníkom s cennými papiermi. Účastníkom takého vzťahu vzniknutého na základe zmluvy o riadení portfólia bolo len Družstvo, a práva a povinnosti z neho sa vzťahovali len jeho účastníkov. Informácie a podklady, ktoré mala NBS zisťovať v rámci predmetu dohľadu podľa § 135 ods. 2 a § 137 ods. 2 zákona č. 747/2004 Z.z. sa vzťahovali výlučne k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Národná banka Slovenska ako štátny orgán, ktorého činnosť je všeobecne regulovaná článkom 2, ods. 2 Ústavy SR, nemohla konať nad rámec, rozsah a spôsob stanovený zákonom. Zistené nedostatky a nezrovnalosti v činnosti Družstva prerokovala NBS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Čo sa týka nesprávneho úradného postupu odporcu spočívajúceho v prijatí nedostatočných opatrení na nápravu protiprávneho stavu po zistení závažných pochybení obchodníka s cennými papiermi pri činnosti voči Družstvu, súd mal za to, že ani v tomto smere sa nemožno stotožniť s argumentáciou navrhovateľa. V prvom rade pre absenciu priamej príčinnej súvislosti s prípadnou škodou na strane navrhovateľa. Súd poukázal aj na jednotlivé rozhodnutia NBS o uložení pokuty vo výške 500.000,- Sk (rozhodnutie zo dňa 08.01.2008, č. O. XXXX/X/XXXX), vo výške 300.000,-Sk (rozhodnutie zo dňa 20.08.2008, č. O.-XXXX-X/XXXX). Z nich je zrejmé, že NBS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Navyše vzhľadom na záväzkový vzťah medzi obchodníkom s cennými papiermi a Družstvom založený Zmluvou o riadení portfólia, bolo primárne povinnosťou Družstva, zabezpečiť priamu kontrolu plnenia jeho povinností. V tomto smere potom nemožno zanedbať ani povinnosti samotného navrhovateľa, ktorý sa ako člen Družstva mal aktívne a včas zaujímať o svoje práva a ich výkon voči Družstvu a jeho orgánom, a zamedziť tak znehodnoteniu, príp. nevymožiteľnosti svojich majetkových a iných práv súvisiacich s Družstvom. Súd v dokazovaní oboznámil listinné dôkazy týkajúce sa vzťahu medzi Družstvom a obchodníkom s cennými papiermi, avšak bližšie ich nevyhodnocoval, nakoľko predmetom konania nebol nesprávny úradný postup odporcu pri výkone dohľadu nad obchodníkom s cennými papiermi. Súd zároveň zamietol návrhy navrhovateľa na vykonanie dokazovania zabezpečením účtovníctva Družstva od roku 2002 do roku 2010 a výsluchom svedkov A.. D. W., B.. G. Š., B.. C. L. K. B.. E. W., keď považoval vykonanie navrhovaných dôkazov za nadbytočné, nakoľko predloženie účtovníctva Družstva a svedecké výpovede neboli potrebné na preukázanie tvrdení navrhovateľa, pričom tvrdený nesprávny úradný postup je upravený príslušnými právnymi predpismi. Na základe uvedených skutočností súd prvého stupňa uviedol, že navrhovateľ v konaní nepreukázal existenciu predpokladov zodpovednosti odporcu za škodu podľa zákona č. 514/2003 Z.z., a návrh navrhovateľa ako nedôvodný v celom rozsahu zamietol. O trovách konania súd rozhodol podľa § 142 ods. 1 O.s.p. tak, že odporcovi, ktorý mal vo veci plný úspech, nepriznal právo na ich náhradu voči navrhovateľovi, ktorý vo veci úspech nemal, nakoľko odporca nežiadal o ich priznanie, resp. mu v konaní žiadne trovy nevznikli. Proti tomuto rozhodnutiu podal navrhovateľ odvolanie v zákonnej lehote prostredníctvom právneho zástupcu, podaním zo dňa 28.3.2014 do výroku pod bodom II., ktorým bol zamietnutý návrh vo veci samej. Navrhol, aby odvolací súd rozsudok súdu prvého stupňa zmenil tak, že vyhovie jeho návrhu, alebo aby ho v tejto časti zrušil a vec v tomto rozsahu vrátil súdu prvého stupňa na ďalšie konanie. Výrok rozsudku pod bodom II. odvolaním nie je dotknutý. Navrhovateľ v odvolaní namietol, že súd prvého stupňa nezohľadnil, že odporca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Navrhovateľ sa spoliehal, že nedôjde ku škode na jeho úkor, pretože vychádzal z garancie odporcu ako orgánu dohľadu. Nemohol predpokladať, že dohľad nad Prospektom investície je podľa odporcu len formálny, pretože zákon o dohľade takýmto spôsobom obsah dohľadu nad Prospektom investícií nedefinoval. Postup odporcu bol svojvoľný, resp. arbitrárny v neprospech každého, ktorý sa naň z hľadiska stability a ochrany investície spoľahol. Uviedol, že súd sa mal riadiť zmyslom a účelom zákona a neuprednostniť iné výkladové metódy pred ústavne súladným výkladom. V tejto súvislosti poukázal na nálezy Ústavných súdov Slovenskej a Českej republiky, sp. zn. III.ÚS 341/07, I.ÚS 243/07 a sp. zn. Pl.ÚS 21/96. Argument odporkyne, že vykonávala dohľad nad činnosťou Družstva ako vyhlasovateľa verejnej ponuky majetkových hodnôt podľa § 135 ods. 1 ZoCP, ale nevykonávala dohľad nad celkovou činnosťou Družstva je irelevantný, ak navrhovateľ nemohol o takto zúženom dohľade orgánu dohľadu vedieť. Podľa jeho názoru nie je správny záver súdu prvého stupňa o tom, že neexistuje príčinná súvislosť medzi škodou, ktorá mu vznikla a porušením zákonných povinností odporkyňou spočívajúcich v nesprávnom výkone dohľadu, ktorým bol porušený ZoCP. Ku škode navrhovateľa došlo v rámci porušenia zákonnej povinnosti odporcu vykonávať zákonom stanovené povinnosti dohľadu a nie v dôsledku toho, že navrhovateľ nebol „bdelý“.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ZoCP mal odporca zisťovať, čo v prípade Družstva ani Obchodníka s CP neurobil, všetky informácie a podklady o dodržiavaní resp. nedodržiavaní povolenia na činnosť vydaných NBS Družstvu a obchodníkovi. Nie je teda pravda, že neexistuje príčinná súvislosť medzi škodou navrhovateľa a porušením zákonných povinností odporcom spočívajúce v nesprávnom výkone dohľadu, ktorým bol porušený zákon č. 566/2001 Z.z.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B.. M.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odporca umožnil ďalšiu činnosť Družstva aj obchodníka, čo vyústilo v roku 2010 do nedostupnosti navrhovateľom vložených prostriedkov do Družstva. Odporca následne svojim postupom potvrdil tieto tvrdenia navrhovateľa o tom, že družstvo ako aj obchodník dlhodobo porušovali zákon o cenných papieroch, keď NBS dňa 4.3.2011 obchodníkovi odňala licenciu na činnosť a Družstvu zakázala činnosť až v roku 2011. Toleroval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 uviedol,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Odporca sa vyjadril aj k odvolaniu navrhovateľa podaním zo dňa 19.4.2014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navrhovateľa, že všeobecný súd musí dať odpoveď na všetky otázky nastolené účastníkmi konania (nález ÚS SR sp. zn. IV.ÚS 115/03, sp. zn. III.ÚS 209/04 a sp. zn. I.ÚS 241/07). V odvolaní navrhovateľ ani nešpecifikoval, na ktoré otázky nedostal odpoveď. Tvrdenia navrhovateľa nasvedčujú tomu, že tento sa účelovo snaží navrhovať ďalšie právne irelevantné dôkazy, ktoré odďaľujú rozhodnutie vo veci, pričom sám nevyužil všetky možnosti na vymoženie svojho nároku, keď nepodal žalobu proti členom predstavenstva ani členom kontrolnej komisie družstva, ktorí boli zodpovední za riadenie družstva PDSI a tiež za hospodárenie a nakladanie s majetkom Družstva. K navrhovateľom namietanému porušeniu princípov právneho štátu zo strany odporcu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ZoCP. Navrhovateľ ako laik mohol sám požiadať odporcu o vysvetlenie jeho zákonom zverených kompetencií v oblasti dohľadu na finančným trhom. Poukázal na svoje predchádzajúce vyjadrenia, v ktorých sa vyjadroval k otázkam namietaným navrhovateľom. Vo vzťahu k argumentácii navrhovateľa s poukazom na rozsudok Najvyššieho súdu ČR sp. zn. 29 Cdo 4968/2009 zo dňa 11.4.2012 v súvislosti s otázkou reálnej predčasnosti žalobného návrhu odporca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48/2011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Navrhovateľovi doposiaľ nevznikla žiadna škoda, pretože vznik samotnej škody a jej výšky bude závisieť od výsledku konkurzného konania družstva. Až následne, ak pohľadávka navrhovateľa voči dlžníkovi nebude uspokojená v rámci konkurzu, môže mu vzniknúť škoda. Táto škoda nevzniká v okamihu splatnosti pohľadávky, ani v okamihu omeškania dlžníka, ale mohla by vzniknúť až okamihom, keď sa právo veriteľa - navrhovateľa voči dlžníkovi stalo fakticky nevymáhateľným. Navrhovateľ si teda zmiešava ujmu, ktorá mu ako veriteľovi bola spôsobená doterajším neplnením záväzkov jej dlžníkom, s ujmou, ktorá je jednou z podmienok vzniku nároku na náhradu škody. Pokiaľ navrhovateľ tvrdí, že listinné dôkazy neboli riadne vykonané spôsobom upraveným v ustanovení v § 129 ods. 1 O.s.p., t.j., že neboli prečítané určité listiny, alebo ich presne označené časti, odporca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800 žalôb na rovnakom skutkovom a právnom základe, a od 2.7.2012 sa uskutočnili stovky pojednávaní v skutkovo a právne identických veciach s totožnými listinnými dôkazmi. Vo všetkých sporoch je právnym zástupcom navrhovateľov (veriteľom družstva PDSI) advokátska kancelária FUTEJ &amp; Partners, s.r.o.. V tejto súvislosti odporca poukázal na uznesenie Najvyššieho súdu SR sp. zn. 1Obo/283/2006 z 27.2.2008, podľa ktorého netreba dokazovať skutočnosti všeobecne známe alebo známe súdu z jeho činnosti. Krajský súd v Bratislave, ako súd odvolací (§ 10 ods. 1 O.s.p.), viazaný rozsahom a dôvodmi odvolania (§ 212 ods. 1 O.s.p.) preskúmal rozsudok súdu prvého stupňa v jeho napadnutej časti bez nariadenia pojednávania podľa § 214 ods. 2 v spojení s § 156 ods. 3 a 211 ods. 2. O.s.p.). Dospel k záveru, že prvostupňový súd na základe vykonaného dokazovania riadne zistil skutkový stav veci (ust. § 153 ods. 1 O.s.p.), vec správne právne posúdil a svoje rozhodnutie náležitým spôsobom odôvodnil v súlade ustanovením § 157 ods. 2 O.s.p.. Odvolací súd sa v celom rozsahu stotožňuje s odôvodnením napadnutého rozhodnutia a poukazuje naň podľa § 219 ods. 2 O.s.p. Na zdôraznenie správnosti záverov súdu prvého stupňa, považuje odvolací súd za potrebné len zdôrazniť, že v konaní nebol preukázaný už prvý predpoklad vzniku zodpovednosti štátu za škodu navrhovateľa - nesprávny úradný postup odporcu pri vykonávaní dohľadu nad činnosťou Družstva. Okrem toho nebolo preukázané ani to, či navrhovateľovi už konkrétna škoda vôbec vznikla. Je nesporné, že odporca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ZoCP zákonom č. 129/2010 Z.z., teda až od 1.6.2010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ZoCP bola vyhlasovateľovi verejnej ponuky majetkových hodnôt stanovená až od 1.1.2009 na základe novelizovaného ustanovenia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Sám navrhovateľ si musel byť vedomý toho, že s jeho investíciou je spojené riziko a že doterajší, alebo propagovaný výnos nie je zárukou budúcich výnosov Nemožno pričítať na ťarchu NBS, ak si týchto skutočností navrhovateľ nebol dostatočne vedomý. To isté platí aj pokiaľ ide o jeho argumentáciu, že o rozsahu dohľadu NBS nad činnosťou Družstva nemal vedomosť. Pokiaľ ide o rozsudok Najvyššieho súdu Českej republiky sp. zn. 29Cdo 4968/2009, na ktorý v odvolaní poukazoval navrhovateľ, odvolací súd sa v tomto smere stotožnil s argumentáciu odporcu.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 nebude mať šancu od Družstva vymôcť žiadne odškodnenie. V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odvolací súd rozhodol podľa ust. § 224 ods. 1, v spojení s ust. § 142 ods. 1O.s.p.. V odvolacom konaní úspešnej odporkyni náhradu trov konania nepriznal, pretože si žiadne trovy neuplatnila a zo súdneho spisu nevyplýva, že by je nejaké trovy v odvolacom konaní vznikli. Poučenie: Proti tomuto rozsudku odvolanie nie je prípustné.</w:t>
      </w:r>
    </w:p>
    <w:p/>
    <w:p>
      <w:r>
        <w:t>Zdroj: KAUZIS.SK – https://www.kauzis.sk/judikatura/r/ECLI:SK:KSBA:2016:1111245029.1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