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8Co/294/2016 z 26. 9. 2016</w:t>
      </w:r>
    </w:p>
    <w:p>
      <w:r>
        <w:t>Rozsudok Krajského súdu Bratislava z 26. septembra 2016, sp. zn. 8Co/294/2016, ECLI:SK:KSBA:2016:1111245044.1</w:t>
      </w:r>
    </w:p>
    <w:p>
      <w:r>
        <w:t>Súd: Krajský súd Bratislava</w:t>
      </w:r>
    </w:p>
    <w:p>
      <w:r>
        <w:t>Spisová značka: 8Co/294/2016</w:t>
      </w:r>
    </w:p>
    <w:p>
      <w:r>
        <w:t>ECLI: ECLI:SK:KSBA:2016:1111245044.1</w:t>
      </w:r>
    </w:p>
    <w:p>
      <w:r>
        <w:t>Dátum vydania: 26. 9. 2016</w:t>
      </w:r>
    </w:p>
    <w:p>
      <w:r>
        <w:t>Forma: Rozsudok</w:t>
      </w:r>
    </w:p>
    <w:p>
      <w:r>
        <w:t>Oblasť práva: Občianske právo</w:t>
      </w:r>
    </w:p>
    <w:p>
      <w:pPr>
        <w:pStyle w:val="Heading2"/>
      </w:pPr>
      <w:r>
        <w:t>Text rozhodnutia</w:t>
      </w:r>
    </w:p>
    <w:p>
      <w:r>
        <w:t>Súd: Krajský súd Bratislava Spisová značka: 8Co/294/2016 Identifikačné číslo súdneho spisu: 1111245044 Dátum vydania rozhodnutia: 27. 09. 2016 Meno a priezvisko sudcu, VSÚ: JUDr. Jana Vlčková ECLI: ECLI:SK:KSBA:2016:1111245044.1 ROZSUDOK V MENE SLOVENSKEJ REPUBLIKY Krajský súd v Bratislave v senáte zloženom z predsedníčky senátu JUDr. Jany Vlčkovej a členov senátu JUDr. Ondreja Krajča a JUDr. Moniky Holickej v právnej veci žalobkyne: A.. W. G., I. Z. A. XX, S., zastúpenej: FUTEJ &amp; Partners, s.r.o., Radlinského č. 2, Bratislava, IČO: 35 955 341, proti žalovanému: Slovenská republika - Národná banka Slovenska, so sídlom ul. Imricha Karvaša č. 1, Bratislava, o náhradu škody, na odvolanie žalobkyne proti rozsudku Okresného súdu Bratislava I, zo dňa 27. októbra 2015, č.k. 9C/223/2011-169, takto r o z h o d o l : Odvolací súd rozsudok súdu prvej inštancie v napadnutej časti p o t v r d z u j e . Žalovanému náhradu trov odvolacieho konania n e p r i z n á v a . o d ô v o d n e n i e : 1. Rozsudkom zo dňa 27. októbra 2015, č.k. 9C/223/2011-169, zamietol súd prvej inštancie žalobu; ktorou sa žalobkyňa domáhala zaplatenia náhrady škody vo výške 69.132,67 eur s 9,25 % úrokom z omeškania ročne od 19.04.2011 do zaplatenia, podľa zák. č. 514/2003 Z.z., o zodpovednosti za škodu spôsobenú pri výkone verejnej moci; a žalovanému nepriznal náhradu trov konania. Zároveň návrh žalobkyne na začatie prejudiciálneho konania pred Súdnym dvorom Európskej únie podľa článku 267 Zmluvy o fungovaní Európskej únie zamietol. Vychádzal zo zistenia, že žalobkyňa sa na základe písomnej prihlášky stala členkou družstva PODIELOVÉ DRUŽSTVO SLOVENSKÉ INVESTÍCIE (ďalej "Družstvo"); s členským podielom v hodnote 69.132,67 eur; ktorému Úrad pre finančný trh rozhodnutím zo dňa 21.03.2002 schválil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a zaviazal sa zabezpečiť mieru zhodnotenia portfólia klienta vo výške 8 % ročne. Mal preukázané, že Zmluvou o riadení portfólia zo dňa 02.06.2008 bol založený zmluvný vzťah medzi Družstvom a obchodníkom s cennými papiermi CAPITAL INVEST, o.c.p., a.s., pričom táto zmluva bola Obchodníkom s cennými papiermi vypovedaná listom zo dňa 30.03.2010 s účinnosťou od 01.05.2010. Po tomto úkone Družstvo listom zo dňa 15.04.2010 požiadalo Národnú banku Slovenska o preskúmanie postupu spoločnosti CAPITAL INVEST, o.c.p., a.s., avšak žalobu o náhradu škody proti Obchodníkovi s cennými papiermi na príslušný súd nepodalo. Poukázal na to, že vychádzajúc zo stavu, aký bol známy do 01.06.2010 Národná banka Slovenska, ako aj jej právny predchodca Úrad pre finančný trh, v súlade so zákonom č. 566/2001 Z.z. o cenných papieroch a investičných službách a o zmene a doplnení niektorých zákonov (zákon o cenných papieroch) postupovali správne vo vzťahu k Družstvu, ktoré bolo povinné predkladať polročné správy o svojom hospodárení, z obsahu ktorých nevyplývali žiadne informácie o prípadnej zhoršenej finančnej situácií Družstva, ktoré nevyplynuli ani z rokovania, ktoré sa konalo dňa 24.08.2007. Družstvo dňa 10.10.2007 Národnej banke Slovenska oznámilo, že z jeho strany nedošlo k porušeniu zákona a prospektov investícií schválených Úradom pre finančný trh z dôvodov v odpovedi špecifikovaných, a tiež uviedlo, že narušenie doterajšieho systému jeho fungovania vzhľadom na ich investičnú stratégiu, by mohlo spoločnostiam finančnej skupiny CI HOLDING, a.s. spôsobiť značné škody. Až listom doručeným Národnej banke Slovenska dňa 15.04.2010 Družstvo požiadalo o preskúmanie postupu spoločnosti CAPITAL INVEST, o.c.p., a.s., potom, ako obchodník s cennými papiermi vypovedal zmluvu o zriadení portfólia, pričom mal preukázané, že NBS vykonala v období od 20.04.2010 do 06.05.2010 u obchodníka s cennými papiermi dohľad na mieste a v tom istom období vyzvala Družstvo listom zo dňa 20.04.2010, aby predlžilo žiadosť o schválenie dodatku prospektu investície tak, aby družstvo mohlo pokračovať v zhodnocovaní finančných prostriedkov, keďže podstatná časť prospektu investície sa stala neaktuálna. Mal preukázané, že Družstvo predložilo NBS dňa 28.04.2010 Žiadosť o schválenie dodatkov k prospektu investície, čím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avšak nakoľko Družstvo ani po opakovanom predĺžení lehoty na odstránenie vád žiadosti nedostatky žiadosti neodstránilo, rozhodnutím OPK-5664/1-5/2010 zo dňa 26.08.2010, v spojení s rozhodnutím Bankovej rady NBS číslo GUV-1744/2010, zo dňa 08.12.2010, právoplatným dňa 16.12.2010, bolo toto konanie zastavené. Poukázal na to, že Národná banka Slovenska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a rozhodnutím ODT-10890-4/2010, zo dňa 30.05.2011, právoplatným dňa 18.07.2011 Družstvu zakázala predaj majetkových hodnôt. Mal tiež preukázané, že Národná banka Slovenska na základe získaných poznatkov o činnosti Družstva ako aj Obchodníka s CP dňa 27.07.2010 orgánom činným v trestnom konaní podala oznámenie o podozrení zo spáchania trestného činu, na základe ktorého bolo uznesením Prezídia Policajného zboru, Úradu boja proti korupcii, vyšetrovateľa odboru boja proti korupcii č. k. ČVS:PPZ-153/BPK-B-2010 začaté trestné stíhanie podľa § 199 ods. 1 Trestného poriadku pre obzvlášť závažný zločin podvodu podľa § 221 ods. 1 a ods. 4 písm. a) Trestného zákona spolupáchateľstvom podľa § 20 Trestného zákona. Poukázal na skutočnosť, že žalobkyňa si svoj nárok na náhradu škody uplatnila v konkurznom konaní vedenom Okresným súdom Bratislava I sp.zn. 3K 95/2010 vo veci úpadcu - Družstva, ktorého bola členkou, kde však bola jej pohľadávka správcom konkurznej podstaty popretá a žalobkyňa podala incidenčnú žalobu, pričom konanie v tejto veci nie je doposiaľ ukončené. Takto ustálený skutkový stav veci posúdil po právnej stránke podľa čl. 2 ods. 2 Ústavy SR, ust. § 1, § 3 ods. 1 § 9 ods. 1, 2, § 15 ods. 1, § 17 ods. 1 zák. č. 514/2003 Z. z. o zodpovednosti za škodu spôsobenú pri výkone verejnej moci a o zmene niektorých zákonov, § 127 Zákona o cenných papieroch, a dospel k záveru, že žalobkyňa v konaní nepreukázala naplnenie predpokladov zodpovednosti štátu za škodu spôsobenú nesprávnym úradným postupom, keď nepreukázala vznik škody, nesprávny úradný postup žalovaného,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a až od účinnosti zákona č.566/2001 Z.z. o cenných papieroch od 01.06.2010 bola Národná banka Slovenska oprávnená dohliadať aj na skutočnosť, či vyhlasovateľ majetkových hodnôt - Družstvo, dodržiava schválený prospekt investície, pričom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Pokiaľ ide o tvrdený vznik škody, uviedol, že žalobkyňa bola v právnom vzťahu iba s Družstvom a iba ak by sa žalobkyňa nedomohla úhrady svojej pohľadávky proti Družstvu v konkurznom konaní; ktoré doposiaľ nie je skončené a nie je skončené ani konanie o incidenčnej žalobe žalobkyne na Okresnom súde Bratislava I; prípadne v súdnom konaní o náhradu škody proti členom predstavenstva alebo kontrolnej komisie Družstva, bolo by zrejmé, že jej škoda skutočne vznikla, prípadne v akej výške. Zamietnutie návrhu žalobkyne na začatie prejudiciálneho konania pred Súdnym dvorom Európskej únie odôvodnil tým, že žalobkyňa nežiadala o posúdenie platnosti právneho aktu Európskej únie a preto ako súd prvej inštancie nemal povinnosť prejudiciálnu otázku formulovanú žalobkyňou predložiť Súdnemu dvoru Európskej únie, pričom takýto postup ani nie je potrebný, keď odpovede na ňou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žalovanému ich náhradu nepriznal, nakoľko mu v konaní žiadne trovy nevznikli. 2. Proti tomuto rozsudku podala v zákonom stanovenej lehote do zamietajúceho výroku vo veci samej, odvolanie žalobkyňa, domáhajúc sa jeho zmeny a vyhovenia podanej žalobe v celom rozsahu, alternatívne zrušenia rozsudku v napadnutej časti a vrátenia veci súdu prvej inštancie na ďalšie konanie dôvodiac,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súd prvej inštancie dospel na základe vykonaných dôkazov k nesprávnym skutkovým zisteniam (§ 205 ods. 2 písm. d/ O.s.p.) a jeho rozhodnutie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žalovaného, ktorý poukazoval na to, že vykonával dohľad nad činnosťou Družstva ako vyhlasovateľa verejnej ponuky majetkových hodnôt podľa ust. § 135 ods. 1 zák. č. 566/2001 Z. z., avšak nie dohľad nad jeho celkovou činnosťou a nesúhlasila so záverom súdu prvej inštancie,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veriteľky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prvoinštančným súdom vyplýva, že listinné dôkazy vyžiadané súdom, resp. predložené účastníkmi konania neboli riadne vykonané spôsobom podľa § 129 ods. 1 O.s.p. 3. Žalovaný vo svojom vyjadrení k odvolaniu žalobkyne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Poukázal na to, že v konaní nebol preukázaný nesprávny úradný postup Národnej banky Slovenska a žalobkyňa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žalobkyňa,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žalobkyňa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žalobkyne a jej výška sa bude zisťovať v rámci incidenčných súdnych konaní a až následne, ak jej pohľadávka proti Družstvu nebude môcť byť uspokojená v rámci konkurzu, môže žalovanej vzniknúť škoda. K námietke žalobkyne, ktorá vytýkala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vedomosť aj z iných konaní vedených proti štátu na rovnakom skutkovom a právnom základe; v ktorých majú žalobcovia rovnakého právneho zástupcu; a teda dokazovanie v tomto smere ani nebolo potrebné vykonať. 4. Odvolací súd prejednal vec podľa § 380 ods. 1 CSP, bez nariadenia odvolacieho pojednávania podľa § 378 ods. 1 v spojení s § 219 ods. 3 CSP a dospel k záveru, že odvolanie žalobkyne nie je dôvodné. 5. V danom spore vykonal súd prvej inštancie všetko dokazovanie potrebné na zistenie rozhodujúcich skutočností významných pre posúdenie dôvodnosti podanej žaloby, ktorou sa žalobkyňa domáhala zaplatenia náhrady škody,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žalobkyni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a svoje dôvody, pre ktoré žalobe nevyhovel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žalobkyne nie je spôsobilý spochybniť správnosť záverov napadnutého rozsudku súdu prvej inštancie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6. Súd prvej inštancie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7.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stranami nebolo sporným, že Národná banka Slovenska; po výpovedi Zmluvy o riadení portfólia zo dňa 30.03.2010 obchodníkom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Žalobkyňa bola členkou Družstva, avšak jej členstvo zaniklo a vznikol jej nárok na vyplatenie vyrovnacieho podielu vo výške 69.132,67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8. Hmotnoprávnym základom pre uplatnenie práva žalobkyne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9. Odvolací súd sa stotožnil so záverom súdu prvej inštancie, že postup Národnej banky Slovenska pri výkone dohľadu nad činnosťou Družstva a obchodníka s cennými papiermi, ktorý mal podľa žalobkyne spočívať v tom, že oneskorene zistila neaktuálnosť Prospektu investícií Družstva a neprijala dostatočné opatrenia a sankcie, ktoré by zabránili nevymožiteľnosti jej pohľadávky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žalovaného za škodu podľa zák. č. 514/2003 Z.z. 10. Podľa čl. 1 ods. 1 veta prvá Ústavy SR, Slovenská republika je zvrchovaný, demokratický a právny štát. 11. Podľa čl. 2 ods.2 Ústavy SR, štátne orgány môžu konať iba na základe Ústavy, v jej medziach a v rozsahu a spôsobom, ktorý ustanoví zákon. 12. Podľa čl. 2 ods.3 Ústavy SR, každý môže konať, čo nie je zákonom zakázané, a nikoho nemôže nútiť, aby konal niečo, čo zákon neukladá. 13. Podľa čl. 20 ods.1 Ústavy SR, každý má právo vlastniť majetok. 14. Podľa čl. 20 ods.3 Ústavy SR, vlastníctvo zaväzuje. 15.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 orgány štátu, samosprávy, právnické, fyzické osoby ) ako aj jeho dostupnosť ( publikovateľnosť ) ich adresátom. 16.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17.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18.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19.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20. Súd prvej inštancie postupoval správne, keď sa nestotožnil s argumentáciou žalobkyne, ktorá poukazovala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 využívalo obchodníka s cennými papiermi na vlastné riziko s vedomím, že ziskovosť uvedených operácií nie je zaručená. Na druhej strane, žalobkyňa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žalobkyňa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žalobkyni. 21. Odvolací súd sa preto v celom rozsahu stotožnil so správnym právnym záverom súdu prvej inštancie,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22.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23. Súd prvej inštancie dospel k správnemu právnemu záveru, že nárok na náhradu škody spôsobenej nesprávnym úradným postupom, ktorá mala žalobkyni vzniknúť v dôsledku nevymožiteľnosti pohľadávky proti subjektu, na ktorého majetok bol vyhlásený konkurz, môže byť v občianskom súdom konaní úspešne uplatnený až vtedy, ak poškodený - žalobkyňa nemôže dosiahnuť uspokojenie svojej pohľadávky v konkurznom konaní. Správne preto prvoinštančný súd konštatoval, že nakoľko žalobkyňa svoju pohľadávku; ktorá je predmetom tohto sporu; uplatnila v konkurze vyhlásenom na majetok Družstva uznesením Okresného súdu Bratislava I zo dňa 11.04.2011, č. k. 3K/95/2010 - 21, ktoré konkurzné konanie stále prebieha a právoplatne nie je skončené ani konanie na Okresnom súde Bratislava I o jej incidenčnej žalobe vyvolanej popretím predmetnej pohľadávky správcom konkurznej podstaty, škoda jej ešte nevznikla, a žaloba bola preto podaná predčasne, keď nárok na náhradu škody proti štátu by mohla žalobkyňa úspešne uplatniť iba vtedy, ak by preukázala, že sa uspokojenia jeho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24. Pokiaľ ide o námietku žalobkyne, že súd prvej inštancie nevykonal dokazovanie listinnými dôkazmi predpísaným spôsobom, odvolací súd ju považuje za nedôvodnú a účelovú, keď z obsahu zápisnice o pojednávaní konanom dňa 27.10.2015 pred prvoinštančným súdom vyplýva, že strany boli oboznámené s obsahom listinných dôkazov predložených v priebehu konania. 25. Súdu prvej inštancie teda nemožno vytýkať žiadne procesné pochybenie ani pochybenie pri skutkovom a právnom posúdení otázky vzniku nároku žalobkyne na náhradu škody, ktorá jej mala vzniknúť nesprávnym úradným postupom Národnej banky Slovenska pri výkone dohľadu nad činnosťou Družstva a obchodníka s cennými papiermi, pričom žalobkyňa neuviedla ani vo svojom odvolaní žiadne nové skutočnosti, ktoré by odôvodňovali odlišné právne posúdenie tejto otázky odvolacím súdom a súd prvej inštancie sa v rámci predmetného konania vyporiadal so všetkými relevantnými skutočnosťami uvádzanými v žalobe a po dôkladnej úvahe vydal svoje rozhodnutie v súlade s platnou právnou úpravou, pričom svoje rozhodnutie riadne a presvedčivo odôvodnil, a preto ani v tomto smere námietky žalobkyne nemožno považovať za opodstatnené. 26. Vzhľadom na uvedené, odvolací súd rozsudok súdu prvej inštancie v napadnutej časti; t.j. vo výroku vo veci samej a súvisiacom výroku o náhrade trov konania; ako vecne správny potvrdil (§ 387 ods. 1,2 CSP). 27. O nároku na náhradu trov odvolacieho konania rozhodol odvolací súd podľa ust. § 396 ods. 2 CSP v spojení s § 262 ods. 1 a § 255 CSP, a úspešnému žalovanému nárok na náhradu trov odvolacieho konania nepriznal, keď mu v odvolacom konaní žiadne trovy nevznikli. 28.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https://www.kauzis.sk/judikatura/r/ECLI:SK:KSBA:2016:1111245044.1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