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8Cob/70/2014 z 20. 4. 2016</w:t>
      </w:r>
    </w:p>
    <w:p>
      <w:r>
        <w:t>Rozsudok Krajského súdu Bratislava z 20. apríla 2016, sp. zn. 8Cob/70/2014, ECLI:SK:KSBA:2016:1112200827.2</w:t>
      </w:r>
    </w:p>
    <w:p>
      <w:r>
        <w:t>Súd: Krajský súd Bratislava</w:t>
      </w:r>
    </w:p>
    <w:p>
      <w:r>
        <w:t>Spisová značka: 8Cob/70/2014</w:t>
      </w:r>
    </w:p>
    <w:p>
      <w:r>
        <w:t>ECLI: ECLI:SK:KSBA:2016:1112200827.2</w:t>
      </w:r>
    </w:p>
    <w:p>
      <w:r>
        <w:t>Dátum vydania: 20. 4.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97967</w:t>
      </w:r>
    </w:p>
    <w:p/>
    <w:p>
      <w:r>
        <w:t>Zdroj: KAUZIS.SK – https://www.kauzis.sk/judikatura/r/ECLI:SK:KSBA:2016:1112200827.2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