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7Co/158/2016 z 24. 5. 2016</w:t>
      </w:r>
    </w:p>
    <w:p>
      <w:r>
        <w:t>Rozsudok Krajského súdu Bratislava z 24. mája 2016, sp. zn. 7Co/158/2016, ECLI:SK:KSBA:2016:1112227202.2</w:t>
      </w:r>
    </w:p>
    <w:p>
      <w:r>
        <w:t>Súd: Krajský súd Bratislava</w:t>
      </w:r>
    </w:p>
    <w:p>
      <w:r>
        <w:t>Spisová značka: 7Co/158/2016</w:t>
      </w:r>
    </w:p>
    <w:p>
      <w:r>
        <w:t>ECLI: ECLI:SK:KSBA:2016:1112227202.2</w:t>
      </w:r>
    </w:p>
    <w:p>
      <w:r>
        <w:t>Dátum vydania: 24. 5. 2016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7Co/158/2016 Identifikačné číslo súdneho spisu: 1112227202 Dátum vydania rozhodnutia: 25. 05. 2016 Meno a priezvisko sudcu, VSÚ: JUDr. Blanka Podmajerská ECLI: ECLI:SK:KSBA:2016:1112227202.2 ROZSUDOK V MENE SLOVENSKEJ REPUBLIKY Krajský súd v Bratislave v senáte zloženom z predsedníčky senátu JUDr. Blanky Podmajerskej a členov senátu JUDr. Blanky Malichovej a Mgr. Adely Unčovskej, v právnej veci žalobkyne: U.. B. Z.Á., O.. XX. X. XXXX, V. V. XX, XXX XX G., štátna občianka SR, v zastúpení: FUTEJ &amp; Partners s. r. o., ul. Radlinského č. 2, 811 07 Bratislava, IČO: 35 955 341, proti žalovanej: Slovenská republika - Národná banka Slovenska, ul. Imricha Karvaša č. 1, 811 07 Bratislava, o zaplatenie 1.103,47 eur s príslušenstvom, na odvolania žalobkyne proti rozsudku Okresného súdu Bratislava I zo dňa 20. 10. 2015, č. k. 9C/158/2012 - 193 a uzneseniu Okresného súdu Bratislava I zo dňa 13.1.2016, č. k. 9C/158/2012 - 215, jednohlasne (pomerom hlasov 3 : 0) takto r o z h o d o l : Rozsudok Okresného súdu Bratislava I zo dňa 20. 10. 2015, č. k. 9C/158/2012 - 193 sa v napadnutej časti p o t v r d z u j e. Uznesenie Okresného súdu Bratislava I zo dňa 13. 1. 2016, č. k. 9C/158/2012 - 215 sa p o t v r d z u j e. Žalovanej sa n e p r i z n á v a náhrada trov odvolacieho konania. o d ô v o d n e n i e : Podľa názoru odvolacieho súdu je v danom prípade žalobkyňa povinná zaplatiť poplatok za odvolanie. Berúc do úvahy hore citované ustanovenia, žalobkyňa by nebola povinná zaplatiť poplatok za odvolanie iba v prípade, ak by odvolanie podala pred 30.septembrom 2012. V posudzovanej veci bolo odvolacie konanie začaté po 1.10.2012, preto žalobkyni vznikla povinnosť zaplatiť poplatok za podané odvolanie podľa zákona o súdnych poplatkoch v znení účinnom v čase podania odvolania; výška poplatku za odvolanie proti rozsudku súdu prvého stupňa je v rovnakej sadzbe ako poplatok z návrhu na začatie konania (po 1.10.2012). Skutočnosť, že v Sadzobníku nie je uvedená povinnosť zaplatiť poplatok za odvolanie proti rozsudku súdu prvého stupňa vydaného v konaní o náhradu škody, náhradu nemajetkovej ujmy podľa zák. č. 514/2003 Z. z. je pri posudzovaní poplatkovej povinnosti žalobkyne bez právneho významu. Poučenie: Proti tomuto rozsudku odvolanie nie je prípustné.</w:t>
      </w:r>
    </w:p>
    <w:p/>
    <w:p>
      <w:r>
        <w:t>Zdroj: KAUZIS.SK – https://www.kauzis.sk/judikatura/r/ECLI:SK:KSBA:2016:1112227202.2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