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7Co/122/2015 z 23. 3. 2016</w:t>
      </w:r>
    </w:p>
    <w:p>
      <w:r>
        <w:t>Uznesenie Krajského súdu Bratislava z 23. marca 2016, sp. zn. 7Co/122/2015, ECLI:SK:KSBA:2016:1113221810.1</w:t>
      </w:r>
    </w:p>
    <w:p>
      <w:r>
        <w:t>Súd: Krajský súd Bratislava</w:t>
      </w:r>
    </w:p>
    <w:p>
      <w:r>
        <w:t>Spisová značka: 7Co/122/2015</w:t>
      </w:r>
    </w:p>
    <w:p>
      <w:r>
        <w:t>ECLI: ECLI:SK:KSBA:2016:1113221810.1</w:t>
      </w:r>
    </w:p>
    <w:p>
      <w:r>
        <w:t>Dátum vydania: 23. 3. 2016</w:t>
      </w:r>
    </w:p>
    <w:p>
      <w:r>
        <w:t>Forma: Uznesenie</w:t>
      </w:r>
    </w:p>
    <w:p>
      <w:pPr>
        <w:pStyle w:val="Heading2"/>
      </w:pPr>
      <w:r>
        <w:t>Text rozhodnutia</w:t>
      </w:r>
    </w:p>
    <w:p>
      <w:r>
        <w:t>Súd: Krajský súd Bratislava Spisová značka: 7Co/122/2015 Identifikačné číslo súdneho spisu: 1113221810 Dátum vydania rozhodnutia: 24. 03. 2016 Meno a priezvisko sudcu, VSÚ: JUDr. Blanka Podmajerská ECLI: ECLI:SK:KSBA:2016:1113221810.1 Uznesenie Krajský súd v Bratislave v právnej veci navrhovateľa: PH Service, s.r.o., IČO: 35 950 927, so sídlom Jasovská 3582, 851 07 Bratislava, zastúpeného: Právne centrum s.r.o., IČO: 36 698 873, so sídlom Mýtna 42, 811 05 Bratislava proti odporcovi: Hlavné mesto SR Bratislava, IČO: 00 603 481, so sídlom Primaciálne námestie 1, 814 99 Bratislava, o náhradu škody vo výške 452,78 eur, na odvolanie odporcu proti rozsudku Okresného súdu Bratislava I zo dňa 17.2.2014, č.k. 20C/89/2013-62, jednohlasne (pomerom hlasov 3 : 0), takto r o z h o d o l : Odvolanie odporcu s a o d m i e t a. Odporca j e p o v i n n ý zaplatiť navrhovateľovi náhradu trov odvolacieho konania vo výške 47,48 eur k rukám právneho zástupcu navrhovateľa v lehote do troch dní od právoplatnosti tohto uznesenia. o d ô v o d n e n i e : Napadnutým rozsudkom prvostupňový súd zaviazal odporcu na povinnosť zaplatiť navrhovateľovi 452,78 eur a nahradiť mu trovy konania vo výške 235,89 eur na účet právneho zástupcu navrhovateľa do troch dní od právoplatnosti rozsudku. Proti rozsudku podal odporca odvolanie namietajúc, že súd prvého stupňa dospel na základe vykonaných dôkazov k nesprávnym skutkovým zisteniam a rozhodnutie vychádza z nesprávneho posúdenia veci (§ 205 ods. 1 písm. d) a f) zákona č. 99/1963 Zb. Občiansky súdny poriadok, ďalej len „O.s.p.“). Odvolací súd preskúmal vec podľa § 212 ods. 1 O.s.p., prejednal vec podľa § 214 ods. 2 O.s.p. a dospel k záveru, že v danej veci nie je možné odvolanie odporcu vecne prejednať. Podľa § 57 ods. 1 O.s.p. do plynutia lehoty sa nezapočítava deň, keď došlo k skutočnosti určujúcej začiatok lehoty.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Podľa ust. § 204 ods.1 veta prvá O.s.p. odvolanie sa podáva do 15 dní od doručenia rozhodnutia na súde, proti rozhodnutiu ktorého smeruje. Podľa ust. § 218 ods.1 písm. a/ O.s.p. odvolací súd odmietne odvolanie, ktoré bolo podané oneskorene. Z obsahu spisu vyplýva, že odporcovi bol napadnutý rozsudok doručený do vlastných rúk dňa 21.3.2014. Odporca podal proti rozsudku odvolanie, a to na pošte dňa 8.4.2014. Keďže rozsudok napadnutý odvolaním bol odporcovi riadne doručený dňa 21.3.2014, zákonná 15 dňová lehota na podanie odvolania mu tak začala plynúť dňa 22.3.2014 a posledným dňom na podanie odvolania bol deň 7.4.2014 (posledný najbližší nasledujúci deň, keďže koniec lehoty pripadol na sobotu 5.4.2014). Pokiaľ odporca podal odvolanie proti rozsudku dňa 8.4.2014, podal ho po uplynutí odvolacej lehoty, t.j. oneskorene. Z uvedených dôvodov, keď tento nedostatok bráni vecnému prejednaniu odvolania, odvolací súd odvolanie odporcu podľa § 218 ods.1 písm. a/ O.s.p. ako oneskorene podané odmietol. O náhrade trov odvolacieho konania odvolací súd rozhodol podľa § 224 ods.1 O.s.p. v spojení s § 142 ods.1 O.s.p. a v odvolacom konaní úspešnému navrhovateľovi priznal náhradu trov odvolacieho konania vo výške 47,48 eur. Trovy konania predstavujú trovy právneho zastúpenia navrhovateľa podľa vyhlášky Ministerstva spravodlivosti SR č. 655/2004 Z.z. o odmenách a náhradách advokátov za poskytovanie právnych služieb (ďalej len „vyhláška“), a to za 1 úkon právnej služby - vyjadrenie k odvolaniu zo dňa 18.9.2014 a´31,54 eur (§ 10 ods. 1 a § 13a ods. 1 písm. c) vyhlášky) + režijný paušál vo výške 8,04 eur (§ 16 ods. 3 vyhlášky) + 20% DPH (§ 18 ods. 3 vyhlášky). Poučenie: Proti tomuto uzneseniu nie je odvolanie prípustné.</w:t>
      </w:r>
    </w:p>
    <w:p/>
    <w:p>
      <w:r>
        <w:t>Zdroj: KAUZIS.SK – https://www.kauzis.sk/judikatura/r/ECLI:SK:KSBA:2016:1113221810.1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