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11CoP/689/2015 z 9. 2. 2016</w:t>
      </w:r>
    </w:p>
    <w:p>
      <w:r>
        <w:t>Uznesenie Krajského súdu Bratislava z 9. februára 2016, sp. zn. 11CoP/689/2015, ECLI:SK:KSBA:2016:1113222609.1</w:t>
      </w:r>
    </w:p>
    <w:p>
      <w:r>
        <w:t>Súd: Krajský súd Bratislava</w:t>
      </w:r>
    </w:p>
    <w:p>
      <w:r>
        <w:t>Spisová značka: 11CoP/689/2015</w:t>
      </w:r>
    </w:p>
    <w:p>
      <w:r>
        <w:t>ECLI: ECLI:SK:KSBA:2016:1113222609.1</w:t>
      </w:r>
    </w:p>
    <w:p>
      <w:r>
        <w:t>Dátum vydania: 9.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11CoP/689/2015 Identifikačné číslo súdneho spisu: 1113222609 Dátum vydania rozhodnutia: 10. 02. 2016 Meno a priezvisko sudcu, VSÚ: JUDr. Katarína Štrignerová ECLI: ECLI:SK:KSBA:2016:1113222609.1 Uznesenie Krajský súd v Bratislave v právnej veci E. I.. bytom P. XX, B., zastúpeného JUDr. Samuelom Baránikom, advokátom, so sídlom Grösslingova 4, Bratislava, o vyslovenie prípustnosti prevzatia do ústavu zdravootníckej starostlivosti, vedenej na Okresnom súde Bratislava I pod sp.zn. 1Pu/153/2013 o odvolaní E. I. proti uzneseniu Okresného súdu Bratislava I zo dňa 02.08.2013 č.k. 1Pu/150/2013-13 jednohlasne (pomerom hlasov 3:0) takto r o z h o d o l : Uznesenie súdu prvého stupňa zo dňa 02.08.2013 č.k. 1Pu/153/2013-13 sa p o t v r d z u j e. Žiaden z účastníkov nemá právo na náhradu trov odvolacieho konania. o d ô v o d n e n i e : Okresný súd Bratislava I uznesením zo dňa 04.07.2013 č.k. 1Pu/1532013-4 začal konanie o vyslovenie prípustnosti prevzatia E. I., bytom P. XX do ústavu zdravotníckej starostlivosti. Uznesením zo dňa 04.07.2013 č.k. 1Pu/153/2013-7 rozhodol, že prevzatie umiestneného E. I., nar. XX.XX.XXXX, bytom P. XX, B. má zákonné dôvody. Následným uznesením zo dňa 02.08.2013 č.k. 1Pu/153/2013-13 po oznámení ústavu, že umiestnený bol dňa 31.07.2013 z ústavu prepustený, konanie vo veci podľa § 103 a § 104 ods. 1 O.s.p. zastavil. Žiadnemu z účastníkov právo na náhradu trov konania nepriznal. Proti uzneseniu Okresného súdu Bratislava I zo dňa 04.07.2013 č.k. 1Pu/153/2013-7, ktorým vyslovil prípustnosť prevzatia do ústavu zdravotníckej starostlivosti spolu so žiadosťou o odpustenie zmeškania lehoty a tiež proti uzneseniu zo dňa 02.08.2013 č.k. 1Pu/153/2013-13, ktorým bolo konanie vo veci zastavené podal odvolanie umiestnený. Okresný súd Bratislava I uznesením zo dňa 04.09.2013 č.k. 1Pu/153/2013-20 nevyhovel žiadosti umiestneného na odpustenie zmeškania lehoty a návrh zamietol. Krajský súd v Bratislave ako súd odvolací uznesením zo dňa 14.10.2013 č.k. 20CoP/122/2013-27 uznesenie súdu prvého stupňa zo dňa 04.09.2013 č.k. 1Pu/153/2013-20, ktorým bol zamietnutý návrh umiestneného na odpustenie zmeškanej lehoty na podanie odvolania potvrdil, zároveň rozhodol aj o odvolaní proti uzneseniu súdu prvého stupňa zo dňa 02.08.2013 č.k. 1Pu/153/2013-13, ktorým súd prvého stupňa konanie zastavil tak, že odvolanie umiestneného odmietol. Proti uzneseniu Krajského súdu v Bratislava zo dňa 14.10.2013 podal dovolanie umiestnený a žiadal, aby dovolací súd uznesenie odvolacieho súdu zo dňa 14.10.2013 č.k. 20CoP/122/2013-27 a tiež uznesenie súdu prvého stupňa zo dňa 04.09.2013 č.k. 1Pu/153/2013-20 a uznesenie súdu prvého stupňa zo dňa 02.08.2013 č.k. 1Pu/153/2013-13 zrušil a vec vrátil súdu prvého stupňa na ďalšie konanie. Najvyšší súd SR ako súd dovolací vrátil spis prípisom Okresnému súdu Bratislava I z dôvodu, že odvolací súd nerozhodol o odvolaní umiestneného proti uzneseniu zo dňa 04.07.2013 č.k. 1Pu/153/2013-7. Krajský súd v Bratislave po predložení spisu Okresným súdom Bratislava I uznesením zo dňa 21.05.2014 č.k. 20CoP/38/2014-51 odvolanie umiestneného proti uzneseniu súdu prvého stupňa zo dňa 04.07.2013 č.k. 1Pu/153/2013-7 odmietol. Najvyšší súd SR uznesením zo dňa 26.08.2014 č.k. 7Cdo/330/2014-56 uznesenie Krajského súdu v Bratislave zo dňa 14.10.2013 č.k. 20CoP/122/2013-27 vo výroku, ktorým odmietol odvolanie umiestneného proti uzneseniu súdu prvého stupňa zo dňa 02.08.2013 č.k. 1Pu/153/2013-13 zrušil, vec vrátil krajskému súdu na ďalšie konanie. Súčasne dovolanie proti výroku uznesenia Krajského súdu v Bratislave zo dňa 14.10.2013 č.k. 20CoP/122/2013-27, ktorým odvolací súd potvrdil uznesenie súdu prvého stupňa zo dňa 04.09.2013 č.k. 1Pu/153/2013-20 odmietol. Následným uznesením zo dňa 19.08.2015 č.k. 7Cdo/619/2014-74 Najvyšší súd SR odmietol dovolanie umiestneného proti uzneseniu Krajského súdu v Bratislave zo dňa 21.05.2014 č.k. 20CoP/38/2014-51, ktorým odvolací súd odmietol odvolanie umiestneného proti uzneseniu súdu prvého stupňa zo dňa 04.07.2014 č.k. 1Pu/153/2013-7 považujúc ho za vecne správne. Vychádzajúc z obsahu spisu s poukazom na citované rozhodnutia súdu prvého stupňa, odvolacieho súdu ako aj dovolacieho súdu má odvolací súd za to, že v danom štádiu konania nie sú splnené podmienky na pokračovanie v konaní (§ 103, § 104 ods. O.s.p.), keďže uznesenie súdu prvého stupňa zo dňa 04.07.2013 č.k. 1Pu/153/2013-7, ktorým súd prvého stupňa rozhodol, že prevzatie umiestneného E. I. má zákonné dôvody, je právoplatné a umiestnený bol z ústavného zariadenia dňa 31.07.2013 prepustený. Z uvedeného dôvodu odvolací súd uznesenie súdu prvého stupňa zo dňa 02.08.2013 č.k. 1Pu/153/2013-13, ktorým konanie vo veci zastavil po zrušení uznesenia Krajského súdu v Bratislave zo dňa 14.10.2013 č.k. 20CoP/122/2013-27 uznesením Najvyššieho súdu SR z 26.08.2014 č.k. 7Cdo/330/2014-56 ako vecne správne podľa § 219 ods. 1 O.s.p. potvrdil. O trovách odvolacieho konania rozhodol odvolací súd podľa § 224 ods. 1 v spojení s ust. § 146 ods. 1 písm. a/ O.s.p. Poučenie: Proti tomuto uzneseniu odvolanie nie je prípustné.</w:t>
      </w:r>
    </w:p>
    <w:p/>
    <w:p>
      <w:r>
        <w:t>Zdroj: KAUZIS.SK – https://www.kauzis.sk/judikatura/r/ECLI:SK:KSBA:2016:1113222609.1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