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7CoPr/6/2016 z 19. 4. 2016</w:t>
      </w:r>
    </w:p>
    <w:p>
      <w:r>
        <w:t>Uznesenie Krajského súdu Bratislava z 19. apríla 2016, sp. zn. 7CoPr/6/2016, ECLI:SK:KSBA:2016:1114200341.1</w:t>
      </w:r>
    </w:p>
    <w:p>
      <w:r>
        <w:t>Súd: Krajský súd Bratislava</w:t>
      </w:r>
    </w:p>
    <w:p>
      <w:r>
        <w:t>Spisová značka: 7CoPr/6/2016</w:t>
      </w:r>
    </w:p>
    <w:p>
      <w:r>
        <w:t>ECLI: ECLI:SK:KSBA:2016:1114200341.1</w:t>
      </w:r>
    </w:p>
    <w:p>
      <w:r>
        <w:t>Dátum vydania: 19. 4. 2016</w:t>
      </w:r>
    </w:p>
    <w:p>
      <w:r>
        <w:t>Forma: Uznesenie</w:t>
      </w:r>
    </w:p>
    <w:p>
      <w:pPr>
        <w:pStyle w:val="Heading2"/>
      </w:pPr>
      <w:r>
        <w:t>Text rozhodnutia</w:t>
      </w:r>
    </w:p>
    <w:p>
      <w:r>
        <w:t>Súd: Krajský súd Bratislava Spisová značka: 7CoPr/6/2016 Identifikačné číslo súdneho spisu: 1114200341 Dátum vydania rozhodnutia: 20. 04. 2016 Meno a priezvisko sudcu, VSÚ: JUDr. Blanka Podmajerská ECLI: ECLI:SK:KSBA:2016:1114200341.1 Uznesenie Krajský súd v Bratislave v právnej veci navrhovateľa: D.. I. A., nar. X.X.XXXX, T. F. XXX/X, XXX XX W., štátny občan SR, zastúpeného: JUDr. Miroslav Pavelka, Pri starej prachárni 13, 831 04 Bratislava proti odporcovi: Sociálna poisťovňa, ústredie, so sídlom ul. 29. augusta 8 a 10, 813 63 Bratislava, o určenie neplatnosti skončenia pracovného pomeru a náhradu mzdy, na odvolanie navrhovateľa proti rozsudku Okresného súdu Bratislava I zo dňa 4.12.2015, č.k. 6CPr/1/2014-198, jednohlasne (pomerom hlasov 3 : 0), takto r o z h o d o l : Odvolanie navrhovateľa s a o d m i e t a. Odporcovi s a n e p r i z n á v a náhrada trov odvolacieho konania. o d ô v o d n e n i e : Napadnutým rozsudkom prvostupňový súd návrh na určenie neplatnosti skončenia pracovného pomeru výpoveďou a náhradu mzdy zamietol. O trovách konania rozhodol tak, že odporcovi nepriznal právo na náhradu trov konania. Proti rozsudku podal navrhovateľ odvolanie namietajúc, že rozhodnutie súdu prvého stupňa je predčasné, neodôvodnené, nepodložené a nezákonné a žiadal, aby odvolací súd napadnuté rozhodnutie zmenil tak, že návrhu navrhovateľa vyhovie, resp. napadnuté rozhodnutie zrušil a vec vrátil na ďalšie konanie. Odvolací súd preskúmal vec podľa § 212 ods. 1 zákona č. 99/1963 Zb. (ďalej len „O.s.p.“), prejednal vec podľa § 214 ods. 2 O.s.p., a dospel k záveru, že v danej veci nie je možné odvolanie navrhovateľa vecne prejednať.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ust. § 204 ods.1 veta prvá O.s.p. odvolanie sa podáva do 15 dní od doručenia rozhodnutia na súde, proti rozhodnutiu ktorého smeruje. Podľa ust. § 218 ods.1 písm. a/ O.s.p. odvolací súd odmietne odvolanie, ktoré bolo podané oneskorene. Z obsahu spisu vyplýva, že splnomocnenému zástupcovi navrhovateľa bol napadnutý rozsudok doručený do vlastných rúk dňa 8.1.2016. Navrhovateľ prostredníctvom svojho zástupcu podal proti rozsudku odvolanie, a to osobne na Okresnom súde Bratislava I dňa 4.2.2016. Keďže rozsudok napadnutý odvolaním bol navrhovateľovi (jeho zástupcovi) riadne doručený dňa 8.1.2016, zákonná 15 dňová lehota na podanie odvolania mu tak začala plynúť dňa 9.1.2016 a posledným dňom na podanie odvolania bol deň 25.1.2016 (posledný najbližší nasledujúci pracovný deň, keďže koniec lehoty pripadol na sobotu 23.1.2016). Pokiaľ navrhovateľ podal odvolanie proti rozsudku dňa 4.2.2016, podal ho po uplynutí odvolacej lehoty, t.j. oneskorene. Z uvedených dôvodov, keď tento nedostatok bráni vecnému prejednaniu odvolania, odvolací súd odvolanie navrhovateľa podľa § 218 ods.1 písm. a/ O.s.p. ako oneskorene podané odmietol. O náhrade trov konania odvolací súd rozhodol podľa § 224 ods.1 O.s.p. v spojení s § 142 ods.1 O.s.p.; v odvolacom konaní úspešnému odporcovi náhradu trov odvolacieho konania nepriznal, pretože si náhradu trov neuplatnil a v odvolacom konaní mu žiadne trovy nevznikli. Poučenie: Proti tomuto uzneseniu nie je odvolanie prípustné.</w:t>
      </w:r>
    </w:p>
    <w:p/>
    <w:p>
      <w:r>
        <w:t>Zdroj: KAUZIS.SK – https://www.kauzis.sk/judikatura/r/ECLI:SK:KSBA:2016:1114200341.1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