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4Cob/88/2015 z 23. 2. 2016</w:t>
      </w:r>
    </w:p>
    <w:p>
      <w:r>
        <w:t>Uznesenie Krajského súdu Bratislava z 23. februára 2016, sp. zn. 4Cob/88/2015, ECLI:SK:KSBA:2016:1114220191.1</w:t>
      </w:r>
    </w:p>
    <w:p>
      <w:r>
        <w:t>Súd: Krajský súd Bratislava</w:t>
      </w:r>
    </w:p>
    <w:p>
      <w:r>
        <w:t>Spisová značka: 4Cob/88/2015</w:t>
      </w:r>
    </w:p>
    <w:p>
      <w:r>
        <w:t>ECLI: ECLI:SK:KSBA:2016:1114220191.1</w:t>
      </w:r>
    </w:p>
    <w:p>
      <w:r>
        <w:t>Dátum vydania: 23.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4Cob/88/2015 Identifikačné číslo súdneho spisu: 1114220191 Dátum vydania rozhodnutia: 24. 02. 2016 Meno a priezvisko sudcu, VSÚ: JUDr. Tatiana Pastieriková ECLI: ECLI:SK:KSBA:2016:1114220191.1 Uznesenie Krajský súd v Bratislave v právnej veci navrhovateľa: TIREX, spol., s.r.o., Nobelova 9A/12278, 831 02 Bratislava, IČO: 31 391 281, proti odporcovi: CoolSpirits, s.r.o., Obchodná 19, 811 06 Bratislava, IČO: 45 913 404, o zaplatenie 5.244 eur s príslušenstvom, o odvolaní odporcu proti uzneseniu Okresného súdu Bratislava I č.k. 34Cb/210/2014-99 zo dňa 20.01.2015, takto r o z h o d o l : Krajský súd v Bratislave odvolanie odporcu proti uzneseniu Okresného súdu Bratislava I č.k. 34Cb/210/2014-99 zo dňa 20.01.2015 o d m i e t a . Žiaden účastník nemá právo na náhradu trov odvolacieho konania. o d ô v o d n e n i e : Napadnutým uznesením súd prvého stupňa pripustil zmenu petitu s poukazom na ust. § 95 ods. 1 a 2 O.s.p., nakoľko navrhovateľ podaním doručeným súdu dňa 31.07.2014 navrhol, aby súd pripustil zmenu návrhu na začatie konania na výšku 5.244 eur s prísl. z pôvodne uplatňovanej sumy 3.528 eur s príslušenstvom. Proti tomuto uzneseniu podal v zákonom stanovenej lehote odvolanie odporca, v ktorom uviedol, že uvedená suma sa skladá z dvanástich faktúr, pričom ich nikdy neodsúhlasil, časť faktúr neeviduje vôbec a niektoré eviduje ako uhradené. Krajský súd v Bratislave, ako súd odvolací (§ 10 ods. 1 O.s.p.) prejednal odvolanie odporcu podľa § 214 ods. 2 O.s.p. bez nariadenia pojednávania a dospel k záveru, že odvolanie je potrebné odmietnuť. Podľa ust. § 201 O.s.p. účastník môže napadnúť rozhodnutie súdu prvého stupňa odvolaním, pokiaľ to zákon nevylučuje. Ak z právneho predpisu vyplýva určitý spôsob vyrovnania vzťahu medzi účastníkom a vedľajším účastníkom, môže podať odvolanie aj vedľajší účastník. Podľa ust. § 202 ods. 3 písm. f) O.s.p. odvolanie nie je prípustné proti uzneseniu, ktorým sa pripustila alebo nepripustila zmena návrhu. Vzhľadom na to, že napadnutým uznesením bolo rozhodnuté o pripustení zmeny návrhu na začatie konania, odvolací súd odvolanie odporcu odmietol podľa § 218 ods. 1 písm. c) O.s.p., nakoľko smerovalo proti rozhodnutiu, proti ktorému odvolanie nie je prípustné. Toto uznesenie bolo členmi senátu prijaté pomerom hlasov 3:0 (§ 3 ods. 9 tretia veta zákona č. 757/2004 Z.z. v znení neskorších predpisov). Poučenie: Proti tomuto uzneseniu odvolanie nie je prípustné.</w:t>
      </w:r>
    </w:p>
    <w:p/>
    <w:p>
      <w:r>
        <w:t>Zdroj: KAUZIS.SK – https://www.kauzis.sk/judikatura/r/ECLI:SK:KSBA:2016:1114220191.1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