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6Co/550/2015 z 28. 2. 2016</w:t>
      </w:r>
    </w:p>
    <w:p>
      <w:r>
        <w:t>Uznesenie Krajského súdu Bratislava z 28. februára 2016, sp. zn. 6Co/550/2015, ECLI:SK:KSBA:2016:1114220556.2</w:t>
      </w:r>
    </w:p>
    <w:p>
      <w:r>
        <w:t>Súd: Krajský súd Bratislava</w:t>
      </w:r>
    </w:p>
    <w:p>
      <w:r>
        <w:t>Spisová značka: 6Co/550/2015</w:t>
      </w:r>
    </w:p>
    <w:p>
      <w:r>
        <w:t>ECLI: ECLI:SK:KSBA:2016:1114220556.2</w:t>
      </w:r>
    </w:p>
    <w:p>
      <w:r>
        <w:t>Dátum vydania: 28. 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6Co/550/2015 Identifikačné číslo súdneho spisu: 1114220556 Dátum vydania rozhodnutia: 29. 02. 2016 Meno a priezvisko sudcu, VSÚ: JUDr. Martin Murgaš ECLI: ECLI:SK:KSBA:2016:1114220556.2 Uznesenie Krajský súd v Bratislave v právnej veci žalobcu: P. O., B. B. R.. Č.. XX, B. proti žalovanému: Ministerstvo kultúry SR, Nám. SNP č. 33, Bratislava, o náhradu škody a o nariadenie predbežného opatrenia, na odvolanie žalobcu proti uzneseniu Okresného súdu Bratislava I zo 7. apríla 2015, č. k. 8C/132/2014- 111 a proti uzneseniu tohto súdu z 18. mája 2015, č. k. 8C/132/2014- 115, pomerom hlasov 3:0, takto r o z h o d o l : Odvolanie žalobcu proti uzneseniu súdu prvého stupňa zo 7. apríla 2015, č. k. 8C/132/2014- 111 sa o d m i e t a . Odvolanie žalobcu proti uzneseniu súdu prvého stupňa z 18. mája 2015, č. k. 8C/132/2014- 115 sa o d m i e t a . Žiaden z účastníkov nemá právo na náhradu trov odvolacieho konania. o d ô v o d n e n i e : Napadnutým uznesením zo 7. apríla 2015 č. k. 8C/132/2014- 111 súd prvého stupňa odmietol podanie žalobcu doručené súdu prvého stupňa dňa 11.07.2014. V odôvodnení napadnutého uznesenia súd prvého stupňa uviedol, že predmetné podanie žalobcu nemalo zákonné náležitosti žaloby v zmysle § 42 a § 79 ods. 1, 2 O.s.p.. Preto súd prvého stupňa uznesením z 30.07.2014 žalobcu vyzval, aby v lehote 15 dní odstránil vady podania, ktoré by podľa svojho obsahu mohlo byť žalobou a poučil ho o tom, ako treba opravu, resp. doplnenie podania vykonať a o následkoch neodstránenia vád podania. Žalobca na túto výzvu reagoval podaním z 18.08.2014 (č. l. 55), ktoré však bolo opätovne nejasné a nezrozumiteľné. Vzhľadom na to súd prvého stupňa postupoval v zmysle § 43 ods. 2 prvá veta O.s.p. a podanie žalobcu, ktoré by podľa svojho obsahu mohlo byť žalobou, odmietol. Proti tomuto rozhodnutiu podal odvolanie žalobca. Odôvodnil ho skutočnosťami, ktoré nemajú žiadny vzťah k dôvodom napadnutého uznesenia. Preto ho súd prvého stupňa uznesením z 18.05.2015, č. k. 8C/132/2014- 115 vyzval, aby v lehote 10 dní odstránil vady odvolania pod následkom odmietnutia odvolania v zmysle § 218 ods. 1 písm. d/ O.s.p. Na túto výzvu žalobca reagoval podaním z 28.05.2015 (č. l. 117) označeným ako odvolanie. Ani týmto podaním však vady odvolania neodstránil, keďže toto podanie neobsahuje žiadne relevantné odvolacie dôvody. Odvolací súd prejednal odvolanie bez nariadenia pojednávania a dospel k záveru, že odvolanie treba odmietnuť. Odvolanie žalobcu proti uzneseniu súdu prvého stupňa zo 07.04.2015, č. k. 8C/132/2014- 111 nemalo náležitosti vyplývajúce z § 205 ods. 1 O.s.p., keďže žalobca v ňom najmä neuviedol žiadne relevantné odvolacie dôvody, teda neuviedol, v čom toto rozhodnutie alebo postup súdu prvého stupňa považuje za nesprávny. Súd prvého stupňa preto postupoval správne, keď v zmysle § 209 ods. 1 prvá veta O.s.p. uznesením z 18.05.2015, č. k. 8C/132/2014- 115 žalobcu vyzval na odstránenie vád odvolania a poučil ho o následkoch neodstránenia vád odvolania vyplývajúcich z § 218 ods. 1 písm. d/ O.s.p.. Žalobca podaním z 28.05.2015 označeným ako odvolanie vady odvolania neodstránil. Vzhľadom na tieto skutočnosti odvolací súd odvolanie žalobcu proti uzneseniu súdu prvého stupňa zo 07.04.2015, č. k. 8C/132/2014- 111 odmietol podľa § 218 ods. 1 písm. d/ O.s.p.. Napadnutým uznesením z 18.05.2015, č. k. 8C/132/2014- 115 súd prvého stupňa vyzval žalobcu, aby v lehote 10 dní odstránil vady odvolania smerujúceho proti uzneseniu zo 07.04.2015, č. k. 8C 132/2014- 111. Proti tomuto rozhodnutiu podal odvolanie žalobca. Odvolací súd prejednal odvolanie bez nariadenia pojednávania a dospel k záveru, že odvolanie treba odmietnuť. Žalobca napadol odvolaním uznesenie, proti ktorému odvolanie nie je prípustné (§ 202 ods. 3 písm. l/ O.s.p.), preto odvolací súd odvolanie žalobcu odmietol podľa § 218 ods. 1 písm. c/ O.s.p. O trovách odvolacieho konania odvolací súd rozhodol podľa § 146 ods. 1 písm. c/, v spojení s § 224 ods. 1 O.s.p. Odvolací súd na záver dodáva, že súd prvého stupňa v predkladacej správe nesprávne uviedol, že vec predkladá odvolaciemu súdu na rozhodnutie o odvolaní žalobcu proti uzneseniu z 10.09.2014, č. k. 8C/132/2014- 64. O odvolaní žalobcu proti tomuto uzneseniu odvolací súd už rozhodol uznesením z 19.12.2014, č. k. 9Co/729/2014- 107. Odvolanie žalobcu z č. l. 113 podľa názoru odvolacieho súdu nie je jeho ďalším odvolaním proti uzneseniu z 10.09.2014, č. k. 8C/132/2014- 64, ale ide o odvolanie proti uzneseniu zo 07.04.2015, č. k. 8C/132/2014- 111. Poučenie: Proti tomuto uzneseniu odvolanie nie je prípustné.</w:t>
      </w:r>
    </w:p>
    <w:p/>
    <w:p>
      <w:r>
        <w:t>Zdroj: KAUZIS.SK – https://www.kauzis.sk/judikatura/r/ECLI:SK:KSBA:2016:1114220556.2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