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1S/31/2015 z 10. 3. 2016</w:t>
      </w:r>
    </w:p>
    <w:p>
      <w:r>
        <w:t>Uznesenie Krajského súdu Bratislava z 10. marca 2016, sp. zn. 1S/31/2015, ECLI:SK:KSBA:2016:1114233043.3</w:t>
      </w:r>
    </w:p>
    <w:p>
      <w:r>
        <w:t>Súd: Krajský súd Bratislava</w:t>
      </w:r>
    </w:p>
    <w:p>
      <w:r>
        <w:t>Spisová značka: 1S/31/2015</w:t>
      </w:r>
    </w:p>
    <w:p>
      <w:r>
        <w:t>ECLI: ECLI:SK:KSBA:2016:1114233043.3</w:t>
      </w:r>
    </w:p>
    <w:p>
      <w:r>
        <w:t>Dátum vydania: 10. 3. 2016</w:t>
      </w:r>
    </w:p>
    <w:p>
      <w:r>
        <w:t>Forma: Uznesenie</w:t>
      </w:r>
    </w:p>
    <w:p>
      <w:pPr>
        <w:pStyle w:val="Heading2"/>
      </w:pPr>
      <w:r>
        <w:t>Text rozhodnutia</w:t>
      </w:r>
    </w:p>
    <w:p>
      <w:r>
        <w:t>Súd: Krajský súd Bratislava Spisová značka: 1S/31/2015 Identifikačné číslo súdneho spisu: 1114233043 Dátum vydania rozhodnutia: 11. 03. 2016 Meno a priezvisko sudcu, VSÚ: JUDr. Monika Valašíková PhD. ECLI: ECLI:SK:KSBA:2016:1114233043.3 Uznesenie Krajský súd v Bratislave v právnej veci žalobcu: T. K., D. XX, XXX XX Q. Q., proti žalovanému: Ministerstvo vnútra Slovenskej republiky, Pribinova 2, 812 72 Bratislava, o preskúmanie zákonnosti rozhodnutia žalovaného č. SPOU-OSZ-30.118-56/2014-Vz zo dňa 19.11.2014, takto r o z h o d o l : Krajský súd v Bratislave konanie z a s t a v u j e . Žiaden z účastníkov nemá právo na náhradu trov konania. o d ô v o d n e n i e : Žalobca sa podaním označeným ako „písomné odvolanie voči Rozhodnutiu o prepočte výsluhového príspevku na výsluhový dôchodok priznaný od 02.11.2014“ pôvodne doručeným Okresnému súdu Bratislava I dňa 27.11.2014, následne uznesením sp. zn. 2S/6/2014 zo dňa 22.01.2015 postúpeným tunajšiemu súdu, domáhal opravného prostriedku voči prvostupňovému rozhodnutiu žalovaného č. SPOU-OSZ-30.118-56/2014-Vz zo dňa 19.11.2014, ktorým bolo podľa § 143h ods. 3 zákona č. 328/2002 Z. z. o sociálnom zabezpečení policajtov a vojakov a o zmene a doplnení niektorých zákonov v znení neskorších predpisov rozhodnuté tak, že žalobcovi patrí od 02.11.2014 výplata výsluhového dôchodku v sume XXX,XX eura mesačne. Uviedol, že mu bol nezákonne vyplatený a priznaný výsluhový príspevok za obdobie od 01.11.2003 do 26.06.2008 a žiadal o vyplatenie ušlých finančných prostriedkov za toto obdobie s úrokmi z omeškania ako aj o vykonanie nového prepočtu výsluhového dôchodku. Uznesením č. k. 1S/31/2015-10 zo dňa 10.02.2015 súd vyzval žalobcu na doplnenie správneho znenia petitu žaloby. Dňa 09.03.2015 žalobca súdu doručil doplnenie žaloby, avšak v ňom neuviedol náležitosti, na ktoré bol vyzvaný a trval na podanom opravnom prostriedku voči prvostupňovému rozhodnutiu žalovaného. Z vyjadrenia žalovaného doručeného súdu dňa 17.04.2015 ako aj z pripojeného administratívneho spisu vyplynulo, že predmetom konania vedeného u žalovaného bolo rozhodovanie o výplate výsluhového dôchodku po tom, čo žalobca dovŕšil všeobecný dôchodkový vek stanovený podľa zákona č. 461/2003 Z.z. o sociálnom poistení v znení neskorších predpisov. Žalovaný poukázal na skutočnosť, že žalobca dňa 27.11.2014, tzn. v identický deň, ako podal žalobu na Okresnom súde Bratislava I, doručil žalovanému aj riadny opravný prostriedok - odvolanie proti prvostupňovému rozhodnutiu č. SPOU-OSZ-30.118-56/2014-Vz zo dňa 19.11.2014. O podanom odvolaní žalovaný rozhodol rozhodnutím č. KM-OLVS-92/2014/OPK zo dňa 28.01.2015 tak, že prvostupňové rozhodnutie potvrdil a odvolanie žalobcu zamietol. Druhostupňové rozhodnutie žalovaného č. KM-OLVS-92/2014/OPK zo dňa 28.01.2015 bolo žalobcovi doručené dňa 02.02.2015.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Zameškanie lehoty nemožno odpustiť. Podľa § 54 ods. 1 zákona č. 71/1967 Zb. o správnom konaní (ďalej len Správny poriadok) odvolanie sa podáva na správnom orgáne, ktorý napadnuté rozhodnutie vydal.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Konanie v správnom súdnictve je potrebné považovať za prostriedok ultima ratio, t.j. ochrana práv a oprávnených záujmov účastníkov správnych vzťahov nastupuje až po zlyhaní všetkých zákonných prostriedkov nápravy v rámci správneho konania. Správny súd nemôže nahrádzať odvolací správny orgán a ako vyplýva z ustanovenia § 247 ods. 2 O.s.p., v správnom súdnictve je preskúmateľné podľa druhej hlavy piatej časti O.s.p. len také rozhodnutie, ktoré po vyčerpaní riadnych opravných prostriedkov, ktoré sa preň pripúšťajú, nadobudlo právoplatnosť. V preskúmavanej veci je zrejmé, že žalobca sa domáhal opravného prostriedku voči prvostupňovému rozhodnutiu žalovaného č. SPOU-OSZ-30.118-56/2014-Vz zo dňa 19.11.2014, voči ktorému dňa 27.11.2014 podal žalobu na súd, a v identický deň doručil žalovanému aj riadny opravný prostriedok - odvolanie, o ktorom rozhodol druhostupňový správny orgán dňa 28.01.2015, rozhodnutím č. KM- OLVS-92/2014/OPK, žalobcovi doručeným dňa 02.02.2015. Krajský súd v Bratislave na základe vyššie uvedených skutočností dospel k záveru, že v prejednávanom prípade správna žaloba nesmerovala proti rozhodnutiu správneho orgánu druhého stupňa a rozhodnutiu, ktoré nadobudlo právoplatnosť po vyčerpaní všetkých riadnych opravných prostriedkov, ktoré sa preň pripúšťajú, ale proti prvostupňovému rozhodnutiu žalovaného (č. SPOU-OSZ-30.118-56/2014-Vz zo dňa 19.11.2014) a preto s poukazom na § 250d ods. 3 O.s.p. súd konanie vo veci musel zastaviť. O trovách konania súd rozhodol podľa § 146 ods. 1 písm. c) O.s.p. v spojení s ust. § 246c ods. 1 veta prvá O.s.p. tak, že žiaden z účastníkov nemá právo na náhradu trov konania, pretože konanie vo veci bolo zastavené. Toto rozhodnutie senát Krajského súdu v Bratislave prijal pomerom hlasov 3 : 0 (§ 3 ods. 9 zákona č. 757/2004 Z. z. v znení zákona č. 33/2011). Poučenie: Proti tomuto rozhodnutiu možno podať odvolanie do 15 dní odo dňa jeho doručenia na Krajský súd v Bratislave,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https://www.kauzis.sk/judikatura/r/ECLI:SK:KSBA:2016:1114233043.3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