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14Co/266/2016 z 20. 7. 2016</w:t>
      </w:r>
    </w:p>
    <w:p>
      <w:r>
        <w:t>Uznesenie Krajského súdu Bratislava z 20. júla 2016, sp. zn. 14Co/266/2016, ECLI:SK:KSBA:2016:1114233606.1</w:t>
      </w:r>
    </w:p>
    <w:p>
      <w:r>
        <w:t>Súd: Krajský súd Bratislava</w:t>
      </w:r>
    </w:p>
    <w:p>
      <w:r>
        <w:t>Spisová značka: 14Co/266/2016</w:t>
      </w:r>
    </w:p>
    <w:p>
      <w:r>
        <w:t>ECLI: ECLI:SK:KSBA:2016:1114233606.1</w:t>
      </w:r>
    </w:p>
    <w:p>
      <w:r>
        <w:t>Dátum vydania: 20. 7. 2016</w:t>
      </w:r>
    </w:p>
    <w:p>
      <w:r>
        <w:t>Forma: Uznesenie</w:t>
      </w:r>
    </w:p>
    <w:p>
      <w:r>
        <w:t>Oblasť práva: Občianske právo, Občianske právo</w:t>
      </w:r>
    </w:p>
    <w:p>
      <w:pPr>
        <w:pStyle w:val="Heading2"/>
      </w:pPr>
      <w:r>
        <w:t>Text rozhodnutia</w:t>
      </w:r>
    </w:p>
    <w:p>
      <w:r>
        <w:t>Súd: Krajský súd Bratislava Spisová značka: 14Co/266/2016 Identifikačné číslo súdneho spisu: 1114233606 Dátum vydania rozhodnutia: 21. 07. 2016 Meno a priezvisko sudcu, VSÚ: JUDr. Katarína Javorčíková ECLI: ECLI:SK:KSBA:2016:1114233606.1 Uznesenie Krajský súd v Bratislave v senáte zloženom z predsedníčky senátu Kataríny Javorčíkovej a sudcov Mgr. Barbory Bartekovej a JUDr. Branislava Krála v právnej veci žalobcov: 1. F.. J. J., nar. XX.XX.XXXX, 2. F.. A. J., rod. H., nar. XX.XX.XXXX, obaja bytom L. XX, Q. P., obaja zastúpení advokátskou kanceláriou Bukovinský &amp; Chlipala, s.r.o., so sídlom Svätoplukova 30, Bratislava, IČO: 35 918 098, proti žalovaným: 1. O. U., rod. X., nar. XX.XX.XXXX, zomrelá dňa XX.XX.XXXX, naposledy bytom V. XX, B., 2. L. U., rod. U., nar. XX.XX.XXXX, bytom V. XX, B., o vypratanie nehnuteľnosti, o späťvzatí odvolania proti rozsudku Okresného súdu Bratislava I v Bratislave zo dňa 12.04.2016, č.k. 19C/214/2014-137, pomerom hlasov 3:0, takto r o z h o d o l : Odvolací súd odvolacie konanie z a s t a v u j e . Žiadna zo strán sporu nemá nárok na náhradu trov odvolacieho konania. o d ô v o d n e n i e : Napadnutým rozsudkom súd prvej inštancie konanie voči žalovanej v 1. rade zastavil a žalovanému v 2. rade uložil povinnosť vypratať byt č. XX nachádzajúci sa na 5. poschodí, vo vchode č. XX, obytného domu súp. č. XXXX, na ulici V. XX, XXX XX B., postavený na pozemku registra C, parc. č. XXXX/X, druh pozemku zastavané plochy a nádvoria o výmere XXX m2, zapísaný Okresným úradom Bratislava, odbor katastrálny, v okrese B. I, v obci B., mestská časť Q. F., katastrálne územie Q. F., na LV č. XXXX, a to do 30 dní od právoplatnosti rozsudku. 2. Proti rozsudku podala odvolanie O. B., nar. XX.XX.XXXX, bytom F. XXXX/XX, B. (dcéra žalovanej v 1. rade a sestra žalovaného v 2. rade), ktorá písomným podaním doručeným súdu dňa 22.06.2016 zobrala odvolanie v celom rozsahu späť (č.l. 143 až 144 spisu). 3. Podľa § 207 ods. 2 zákona č. 99/1963 Zb. Občiansky súdny poriadok (účinného do 30.06.2016), dokiaľ o odvolaní nebolo rozhodnuté, možno ho vziať späť. Ak niekto vzal odvolanie späť, nemôže ho podať znova. Podľa § 470 ods. 1 zákona č. 160/2015 Z.z. Civilný sporový poriadok (ďalej len CSP), ak nie je ustanovené inak, platí tento zákon aj na konania začaté predo dňom nadobudnutia jeho účinnosti. Podľa § 470 ods. 2 veta prvá CSP, právne účinky úkonov, ktoré v konaní nastali predo dňom nadobudnutia účinnosti tohto zákona, zostávajú zachované. Podľa § 369 ods. 3 CSP, ak sa odvolanie, o ktorom nebolo rozhodnuté, vzalo späť, odvolací súd odvolacie konanie zastaví. Podľa § 396 ods. 1 CSP, ustanovenia o trovách konania pred súdom prvej inštancie sa použijú aj na odvolacie konanie. Podľa § 262 ods. 1 CSP, o nároku na náhradu trov konania rozhodne aj bez návrhu súd v rozhodnutí, ktorým sa konanie končí. 4. Vzhľadom na to, že o odvolaní nebolo doposiaľ odvolacím súdom rozhodnuté, bolo možné ho vziať späť. Keďže zo strany odvolateľa došlo k účinnému späťvzatiu odvolania, v dôsledku čoho zanikol predmet odvolacieho konania, odvolací súd odvolacie konanie zastavil. 5. Odvolací súd žiadnej zo strán sporu nepriznal nárok na náhradu trov odvolacieho konania, pretože im v odvolacom konaní žiadne trovy nevznikli. Poučenie: P o u č e n i e :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https://www.kauzis.sk/judikatura/r/ECLI:SK:KSBA:2016:1114233606.1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