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14Co/47/2016 z 29. 2. 2016</w:t>
      </w:r>
    </w:p>
    <w:p>
      <w:r>
        <w:t>Uznesenie Krajského súdu Bratislava z 29. februára 2016, sp. zn. 14Co/47/2016, ECLI:SK:KSBA:2016:1114237016.1</w:t>
      </w:r>
    </w:p>
    <w:p>
      <w:r>
        <w:t>Súd: Krajský súd Bratislava</w:t>
      </w:r>
    </w:p>
    <w:p>
      <w:r>
        <w:t>Spisová značka: 14Co/47/2016</w:t>
      </w:r>
    </w:p>
    <w:p>
      <w:r>
        <w:t>ECLI: ECLI:SK:KSBA:2016:1114237016.1</w:t>
      </w:r>
    </w:p>
    <w:p>
      <w:r>
        <w:t>Dátum vydania: 29. 2. 2016</w:t>
      </w:r>
    </w:p>
    <w:p>
      <w:r>
        <w:t>Forma: Uznesenie</w:t>
      </w:r>
    </w:p>
    <w:p>
      <w:pPr>
        <w:pStyle w:val="Heading2"/>
      </w:pPr>
      <w:r>
        <w:t>Text rozhodnutia</w:t>
      </w:r>
    </w:p>
    <w:p>
      <w:r>
        <w:t>Súd: Krajský súd Bratislava Spisová značka: 14Co/47/2016 Identifikačné číslo súdneho spisu: 1114237016 Dátum vydania rozhodnutia: 01. 03. 2016 Meno a priezvisko sudcu, VSÚ: JUDr. Katarína Javorčíková ECLI: ECLI:SK:KSBA:2016:1114237016.1 Uznesenie Krajský súd v Bratislave v právnej veci navrhovateľky: B.. G.A. R., U.. XX.XX.XXXX, R. Y. XX, R., právne zastúpená: Advokátska kancelária Marek Piršel, s.r.o., so sídlom Lesná 310, Hviezdoslavov, IČO: 47 255 498, proti odporcom: X. B.. Ľ. T., U.. XX.XX.XXXX, R. T. XXXX/X, R., X. G.. G. G., U.. XX.XX.XXXX, R. A. XXX, o zaplatenie 3.000,- eur s príslušenstvom, o odvolaní odporkyne v 2. rade proti uzneseniu Okresného súdu Bratislava I zo dňa 20.11.2015, č.k. 16C/132/2015-75, takto r o z h o d o l : Súd vyzýva odporkyňu v 2. rade, aby svoje odvolanie proti uzneseniu Okresného súdu Bratislava I zo dňa 20.11.2015, č.k. 16C/132/2015-75, podané dňa 15.12.2015 doplnila a opravila do 10 dní od doručenia tohto uznesenia tak, aby presne uviedla: - v čom rozhodnutie alebo postup súdu považuje za nesprávny, - čoho sa odvolaním domáha. V prípade, že odvolateľka netrvá na odvolaní, môže odvolanie vziať späť. o d ô v o d n e n i e : Okresný súd Bratislava I uznesením zo dňa 20.11.2015, č.k. 16C/132/2015-75, uložil odporkyni v 2. rade povinnosť zaplatiť súdny poplatok za podaný odpor vo výške 180,- eur. Proti tomuto uzneseniu podala odporkyňa v 2. rade v zákonom stanovenej lehote odvolanie zo dňa 14.12.2015, doručené dňa 15.12.2015, v ktorom uviedla skutočnosti týkajúce sa konania vo veci samej. Z podaného odvolania nie je zrejmé, z akých dôvodov považuje odvolateľka rozhodnutie alebo postup súdu za nesprávny a čoho sa domáha. Podľa § 205 ods. 1 zák. č. 99/1963 Zb. Občianskeho súdneho poriadku (ďalej len O.s.p.) v odvolaní sa má popri všeobecných náležitostiach (§ 42 ods. 3 O.s.p.) uviesť, proti ktorému rozhodnutiu smeruje, v akom rozsahu sa napáda, v čom sa toto rozhodnutie alebo postup súdu považuje za nesprávny a čoho sa odvolateľ domáha. Z citovaného ustanovenia vyplýva, že odvolanie voči rozhodnutiu súdu musí obsahovať určité osobitné náležitosti, ktoré sú nevyhnutné na to, aby odvolanie bolo možné považovať za kvalifikovane podané. Odvolanie, ktoré neobsahuje zákonom predpísané náležitosti, trpí vadami, ktoré bránia tomu, aby sa súd odvolaním po vecnej stránke zaoberal. Podľa ustanovenia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ustanovenia § 211 ods. 1 prvá veta O.s.p., ak súd prvého stupňa nesprávne postupoval podľa § 209 ods. 1, odvolací súd sám vyzve toho, kto podal odvolanie, aby doplnil chýbajúce náležitosti, a poučí ho o následkoch neodstránenia vád odvolania podľa § 218 ods. 1 písm. d) O.s.p. Odvolateľka je povinná v odvolaní uviesť, v čom konkrétne považuje rozhodnutie súdu za nesprávne, a to po skutkovej alebo právnej stránke, alebo v čom vidí nesprávnosť postupu súdu. V tomto smere ide o povinnosť presne vymedziť tie skutkové zistenia a právne závery, pre ktoré odvolateľ považuje rozhodnutie súdu prvého stupňa za nesprávne, resp. taký postup súdu, ktorý zakladá niektorý z dôvodov odvolania. Okrem toho je potrebné, aby odvolateľka v odvolaní uviedla odvolací návrh, teda čoho sa odvolaním domáha, resp. ako má súd rozhodnúť, a to v priamej súvislosti s napadnutým rozhodnutím. Vzhľadom na charakter odvolania ako opravného prostriedku sa predpokladá, že sa odvolateľka bude domáhať spôsobu rozhodnutia uvedeného v ust. § 220 alebo § 221 O.s.p. teda, že bude žiadať rozhodnutie zmeniť alebo zrušiť a vec vrátiť súdu prvého stupňa na ďalšie konanie. Podľa ustanovenia § 218 ods. 1 písm. d) O.s.p. odvolací súd odmietne odvolanie, ktoré nemá náležitosti podľa § 205 ods. 1 a 2 O.s.p.. V zmysle tohto ustanovenia, ak odvolanie nebude v stanovenej lehote doplnené, a pre uvedený nedostatok nebude možné v konaní pokračovať, odvolací súd odvolanie odmietne. Nakoľko odvolanie nespĺňalo všetky náležitosti odvolania, vyzval odvolací súd odporkyňu v 2. rade podľa ustanovenia § 211 ods. 1 O.s.p. na odstránenie nedostatkov odvolania v stanovenej lehote 10 dní od doručenia tohto uznesenia. Poučenie: Proti tomuto uzneseniu odvolanie nie je prípustné.</w:t>
      </w:r>
    </w:p>
    <w:p/>
    <w:p>
      <w:r>
        <w:t>Zdroj: KAUZIS.SK – https://www.kauzis.sk/judikatura/r/ECLI:SK:KSBA:2016:1114237016.1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