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3CoZm/12/2016 z 29. 6. 2016</w:t>
      </w:r>
    </w:p>
    <w:p>
      <w:r>
        <w:t>Uznesenie Krajského súdu Bratislava z 29. júna 2016, sp. zn. 3CoZm/12/2016, ECLI:SK:KSBA:2016:1115210389.2</w:t>
      </w:r>
    </w:p>
    <w:p>
      <w:r>
        <w:t>Súd: Krajský súd Bratislava</w:t>
      </w:r>
    </w:p>
    <w:p>
      <w:r>
        <w:t>Spisová značka: 3CoZm/12/2016</w:t>
      </w:r>
    </w:p>
    <w:p>
      <w:r>
        <w:t>ECLI: ECLI:SK:KSBA:2016:1115210389.2</w:t>
      </w:r>
    </w:p>
    <w:p>
      <w:r>
        <w:t>Dátum vydania: 29. 6. 2016</w:t>
      </w:r>
    </w:p>
    <w:p>
      <w:r>
        <w:t>Forma: Uznesenie</w:t>
      </w:r>
    </w:p>
    <w:p>
      <w:r>
        <w:t>Oblasť práva: Obchodné právo,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3CoZm/12/2016 Identifikačné číslo súdneho spisu: 1115210389 Dátum vydania rozhodnutia: 30. 06. 2016 Meno a priezvisko sudcu, VSÚ: JUDr. Elena Ondrišová ECLI: ECLI:SK:KSBA:2016:1115210389.2 Uznesenie Krajský súd v Bratislave v právnej veci navrhovateľa H. H., X.. XX.XX.XXXX, E. XX P., proti odporkyni U. Y., X.. XX.XX.XXXX, Z. X, L., o určenie povinnosti vydať zmenku a o odvolaní navrhovateľa proti uzneseniu Okresného súdu Bratislava I v Bratislave č. k. 12C/223/2015-25 zo dňa 13.10.2015, jednohlasne takto r o z h o d o l : Krajský súd v Bratislave uznesenie Okresného súdu Bratislava I v Bratislave č. k. 12C/223/2015-25 zo dňa 13.10.2015 z r u š u j e a vec v r a c i a súdu prvého stupňa na ďalšie konanie. o d ô v o d n e n i e : Napadnutým uznesením súd prvého stupňa zastavil konanie v časti, v ktorej sa navrhovateľ domáhal od odporkyne vydania zmenky ním vystavenej na rad znejúcej na sumu 52 750,- EUR, ktorá bola splatná 24.08.2013, do jeho vlastných rúk. V odôvodnení napadnutého uznesenia súd prvého stupňa uviedol, že lustráciou v súdnom registri zistil, že navrhovateľ si rovnaký nárok uplatňuje aj v konaní vedenom Okresným súdom Bratislava I v Bratislave pod sp. zn. 20C/79/2014, v ktorom ešte nebolo právoplatne rozhodnuté, a preto konanie zastavil. Svoje rozhodnutie odôvodnil tým, že prekážka už začatého konania na súde je neodstrániteľnou prekážkou konania o ďalšom návrhu v tej istej veci. Proti uzneseniu súdu prvého stupňa podal navrhovateľ odvolanie, v ktorom uviedol, že svoj návrh zo dňa 28.04.2014 berie späť, pretože príslušný súd v danej veci po dobu viac ako jeden rok nekonal, pričom predpokladal, že návrh sa nedopatrením stratil a na súde na nenachádza, a preto podal návrh opäť. Na základe uvedeného navrhol, aby súd napadnuté uznesenie zrušil a v konaní pokračoval. Odporkyňa sa k odvolaniu nevyjadrila. Odvolací súd prejednal vec podľa § 212 ods. 1 a § 214 ods. 2 O.s.p. bez nariadenia pojednávania a dospel k záveru, že napadnuté uznesenia súdu prvého stupňa je potrebné zrušiť a vec mu vrátiť na ďalšie konanie a to vzhľadom na zmenu skutkového stavu od vydania napadnutého uznesenia. Podľa § 154 ods. 1 O.s.p. pre rozsudok je rozhodujúci stav v čase jeho vyhlásenia. Podľa § 167 ods. 2 O.s.p. ak nie je ďalej ustanovené inak, použijú sa na uznesenie primerane ustanovenia o rozsudku. Podľa § 211 ods. 2 O.s.p.ak tento zákon neustanovuje inak, pre konanie na odvolacom súde platia primerane ustanovenia o konaní pred súdom prvého stupňa. Odvolací súd zistil, že navrhovateľ svoj pôvodný návrh na začatie konania, na základe ktorého sa v rovnakej právnej veci začalo konanie pred Okresným súdom Bratislava I v Bratislave pod sp. zn. 20C/79/2014, z dôvodov uvedených v odvolaní vzal späť, na základe čoho konajúci súd uznesením č. k. 20C/79/2014-16 zo dňa 13.11.2015 konanie zastavil. Uznesenie nadobudlo právoplatnosť 30.12.2015. Odvolací súd preto dospel k záveru, že súd prvého stupňa v prejednávanej veci v zmysle § 83 O.s.p. z dôvodu existencie prekážky litispendencie postupoval správne. Nakoľko však v priebehu konania pred odvolacím súdom došlo k odpadnutiu prekážky už začatého konania, bolo potrebné v zmysle vyššie citovaných ustanovení rozhodnutie súdu prvého stupňa zrušiť a vec mu vrátiť na ďalšie konanie. Z uvedených dôvodov odvolací súd napadnuté uznesenie súdu prvého stupňa zrušil podľa § 221 ods. 1 písm. i/ O.s.p. a vec mu vrátil na ďalšie konanie podľa § 221 ods. 2 O.s.p., v ktorom bude povinnosťou súdu prvého stupňa opätovne vec prejednať a vo veci rozhodnúť. Poučenie: Proti tomuto uzneseniu odvolanie nie je prípustné.</w:t>
      </w:r>
    </w:p>
    <w:p/>
    <w:p>
      <w:r>
        <w:t>Zdroj: KAUZIS.SK – https://www.kauzis.sk/judikatura/r/ECLI:SK:KSBA:2016:1115210389.2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