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2Cob/29/2016 z 7. 2. 2016</w:t>
      </w:r>
    </w:p>
    <w:p>
      <w:r>
        <w:t>Uznesenie Krajského súdu Bratislava z 7. februára 2016, sp. zn. 2Cob/29/2016, ECLI:SK:KSBA:2016:1115223842.1</w:t>
      </w:r>
    </w:p>
    <w:p>
      <w:r>
        <w:t>Súd: Krajský súd Bratislava</w:t>
      </w:r>
    </w:p>
    <w:p>
      <w:r>
        <w:t>Spisová značka: 2Cob/29/2016</w:t>
      </w:r>
    </w:p>
    <w:p>
      <w:r>
        <w:t>ECLI: ECLI:SK:KSBA:2016:1115223842.1</w:t>
      </w:r>
    </w:p>
    <w:p>
      <w:r>
        <w:t>Dátum vydania: 7. 2.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80836</w:t>
      </w:r>
    </w:p>
    <w:p/>
    <w:p>
      <w:r>
        <w:t>Zdroj: KAUZIS.SK – https://www.kauzis.sk/judikatura/r/ECLI:SK:KSBA:2016:1115223842.1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