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1Cob/134/2016 z 24. 5. 2016</w:t>
      </w:r>
    </w:p>
    <w:p>
      <w:r>
        <w:t>Uznesenie Krajského súdu Bratislava z 24. mája 2016, sp. zn. 1Cob/134/2016, ECLI:SK:KSBA:2016:1116201503.1</w:t>
      </w:r>
    </w:p>
    <w:p>
      <w:r>
        <w:t>Súd: Krajský súd Bratislava</w:t>
      </w:r>
    </w:p>
    <w:p>
      <w:r>
        <w:t>Spisová značka: 1Cob/134/2016</w:t>
      </w:r>
    </w:p>
    <w:p>
      <w:r>
        <w:t>ECLI: ECLI:SK:KSBA:2016:1116201503.1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110704</w:t>
      </w:r>
    </w:p>
    <w:p/>
    <w:p>
      <w:r>
        <w:t>Zdroj: KAUZIS.SK – https://www.kauzis.sk/judikatura/r/ECLI:SK:KSBA:2016:1116201503.1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