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8Co/416/2007 z 9. 5. 2016</w:t>
      </w:r>
    </w:p>
    <w:p>
      <w:r>
        <w:t>Uznesenie Krajského súdu Bratislava z 9. mája 2016, sp. zn. 8Co/416/2007, ECLI:SK:KSBA:2016:1205209552.2</w:t>
      </w:r>
    </w:p>
    <w:p>
      <w:r>
        <w:t>Súd: Krajský súd Bratislava</w:t>
      </w:r>
    </w:p>
    <w:p>
      <w:r>
        <w:t>Spisová značka: 8Co/416/2007</w:t>
      </w:r>
    </w:p>
    <w:p>
      <w:r>
        <w:t>ECLI: ECLI:SK:KSBA:2016:1205209552.2</w:t>
      </w:r>
    </w:p>
    <w:p>
      <w:r>
        <w:t>Dátum vydania: 9. 5.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8Co/416/2007 Identifikačné číslo súdneho spisu: 1205209552 Dátum vydania rozhodnutia: 10. 05. 2016 Meno a priezvisko sudcu, VSÚ: JUDr. Jana Vlčková ECLI: ECLI:SK:KSBA:2016:1205209552.2 Uznesenie Krajský súd v Bratislave v právnej veci navrhovateľov: X/ H. Z., L. P. XX, L., C. C. právny X. po X.. navrhovateľke X/ C.L. Z., B.. XX.XX.XXXX, X. L. O. X, R., X/ C. Z., X.. XX.XX.XXXX, L. Š. na S. XXX, X/ Y. Z., L. XX J., J. XX, Č. K., C. C. právny X. po X.. navrhovateľke X/ C. Z., B.. XX.XX.XXXX, X. L. O. X, R., X/ H. K., L. F. X, L., C. C. J. X. po X.. navrhovateľke X/ C.Ž. Z., B.. XX.XX.XXXX, X. L. O. X, R., X/ K. R., L. O.Á. X, R., H. R., L. O. X, R. , X.. J. R., L. G. R. R. pre G. C. G. - H., J. R. H., H. - P., B. S. H. R.Z., L. O. X, R., C. C. J. X. po X.. navrhovateľke X/ C. Z., B.. XX.XX.XXXX, X. L. O. X, R. C. J. X. po X.. navrhovateľke X/ E. R.Z., B.. XX.XX.XXXX, X. L. O. X, R., X/ E. Z., L. X. XX, R., C. C. právny X. po X.. navrhovateľke X/ C. Z., B.. XX.XX.XXXX, X. L. O. X, R., X/ Z. Z., L. Š. na S. XXX, C. C. J. X. po X.. navrhovateľke X/ C. Z., B.. XX.XX.XXXX, X. L. O.X. X, R., X/ C. Z., X.. XX.XX.XXXX, L. Š. na S. XXX, C. C. J. X.Á. po X.. navrhovateľke X/ C. Z., B.. XX.XX.XXXX, X. L. O. X, R., proti odporcovi: 1/ Základná škola, Tajovského 1, Senec, 2/ Mesto Senec, Mierové námestie 8, Senec, o vypratanie nehnuteľnosti, o späťvzatí návrhu navrhovateľmi proti odporcovi 1/ po vydaní rozsudku Okresného súdu Bratislava II, zo dňa 24. mája 2007, č.k. 12C 92/05 - 85, jednohlasne takto r o z h o d o l : Odvolací súd späťvzatie návrhu navrhovateľov proti odporcovi 1/ p r i p ú š ť a , rozsudok súdu prvého stupňa v napadnutej časti z r u š u j e a konanie v tejto časti z a s t a v u j e . Žiaden z účastníkov nemá právo na náhradu trov konania. o d ô v o d n e n i e : Súd prvého stupňa rozsudkom zo dňa 24.05.2007, č.k. 12C 92/05 - 85 uložil odporcovi 1/ v lehote 3 dní od jeho právoplatnosti, povinnosť vypratať nehnuteľnosti - pozemky nachádzajúce sa v F. Ú. R., J.. Č.. XXXX/X o výmere 5137 m2 a parc. č. XXXX/XX o výmere 96 m2 na V. N. Č.. X Y. R., zapísané na LV č. XXXX vedenom Katastrálnym úradom pre Hlavné mesto Bratislavu - Správa katastra R., ktorých podielovými spoluvlastníkmi sú navrhovatelia, ako aj povinnosť zaplatiť im spoločne a nerozdielne náhradu trov konania 1.255,- Sk a žalobu voči odporcovi 2/ zamietol pre nedostatok jeho pasívnej legitimácie s tým, že tomuto náhradu trov konania nepriznal. Proti tomuto rozsudku podal odvolanie odporca 1/ domáhajúc sa jeho zrušenia poukazujúc na to, že súd prvého stupňa vôbec neskúmal otázku vlastníctva predmetnej nehnuteľnosti a ani otázku vykonateľnosti rozsudku vzhľadom na vyhotovenie geometrického plánu č. XXXXXXXX-XXX/XX, na základe ktorého sa menili parcelné čísla a okrajovo riešil aj otázku odňatia týchto pozemkov. V priebehu odvolacieho konania písomným podaním doručeným odvolaciemu súdu dňa 27.04.2016 navrhovatelia zobrali svoj návrh na začatie konania v celom rozsahu späť. Odporca 1/ so späťvzatím návrhu súhlasil. Odvolací súd prejednal vec podľa § 208 O.s.p. na odvolacom pojednávaní podľa § 214 ods. 1 O.s.p. a dospel k záveru, že vzhľadom na to, že navrhovatelia zobrali späť návrh po tom, čo rozsudok súdu prvého stupňa nenadobudol ešte právoplatnosť v časti, v ktorej bolo rozhodnuté o návrhu navrhovateľov proti odporcovi 1/; keď v časti zamietnutia návrhu navrhovateľov proti odporcovi 2/ rozsudok súdu prvého stupňa nebol odvolaním dotknutý a nadobudol právoplatnosť; odvolací súd, so súhlasom odporcu 1/, späťvzatie návrhu navrhovateľov proti odporcovi 1/ pripustil, napadnutý rozsudok súdu prvého stupňa v tejto napadnutej vyhovujúcej časti zrušil a konanie, vzhľadom na to, že týmto dispozitívnym úkonom navrhovateľov zanikol predmet konania, v tejto časti zastavil (§ 208 O.s.p.). O náhrade trov konania rozhodol odvolací súd podľa § 224 ods. 1 a § 146 ods. 1, písm. c/ O.s.p. vzhľadom na to, že konanie bolo zastavené. Poučenie: Proti tomuto uzneseniu odvolanie nie je prípustné.</w:t>
      </w:r>
    </w:p>
    <w:p/>
    <w:p>
      <w:r>
        <w:t>Zdroj: KAUZIS.SK – https://www.kauzis.sk/judikatura/r/ECLI:SK:KSBA:2016:1205209552.2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