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5Co/71/2013 z 25. 1. 2016</w:t>
      </w:r>
    </w:p>
    <w:p>
      <w:r>
        <w:t>Rozhodnutie Krajského súdu Bratislava z 25. januára 2016, sp. zn. 5Co/71/2013, ECLI:SK:KSBA:2016:1207204888.2</w:t>
      </w:r>
    </w:p>
    <w:p>
      <w:r>
        <w:t>Súd: Krajský súd Bratislava</w:t>
      </w:r>
    </w:p>
    <w:p>
      <w:r>
        <w:t>Spisová značka: 5Co/71/2013</w:t>
      </w:r>
    </w:p>
    <w:p>
      <w:r>
        <w:t>ECLI: ECLI:SK:KSBA:2016:1207204888.2</w:t>
      </w:r>
    </w:p>
    <w:p>
      <w:r>
        <w:t>Dátum vydania: 25. 1. 2016</w:t>
      </w:r>
    </w:p>
    <w:p>
      <w:r>
        <w:t>Forma: Rozhodnutie</w:t>
      </w:r>
    </w:p>
    <w:p>
      <w:r>
        <w:t>Oblasť práva: Občianske právo</w:t>
      </w:r>
    </w:p>
    <w:p>
      <w:pPr>
        <w:pStyle w:val="Heading2"/>
      </w:pPr>
      <w:r>
        <w:t>Text rozhodnutia</w:t>
      </w:r>
    </w:p>
    <w:p>
      <w:r>
        <w:t>Súd: Krajský súd Bratislava Spisová značka: 5Co/71/2013 Identifikačné číslo súdneho spisu: 1207204888 Dátum vydania rozhodnutia: 26. 01. 2016 Meno a priezvisko sudcu, VSÚ: JUDr. Juraj Považan ECLI: ECLI:SK:KSBA:2016:1207204888.2 Rozhodnutie Krajský súd v Bratislave v právnej veci navrhovateľky: N.. I. Č., T.. X.X.XXXX, H. H., O.. C. Č.. XX, proti odporcovi: V.. D. G., T.. X.XX.XXXX, H. I., O.. W. Č.. XX, zastúpenému JURIKA &amp; KELTOŠ s.r.o., so sídlom v Bratislave, Ul. Mickiewiczova č. 2, o vylúčenie veci z exekúcie, na odvolanie navrhovateľky proti rozsudku Okresného súdu Pezinok zo dňa 14. septembra 2012 č. k. 4C/487/2008-313 takto r o z h o d o l : Odvolací súd odvolacie konanie z a s t a v u j e . Odporcovi nepriznáva náhradu trov odvolacieho konania. o d ô v o d n e n i e : Napadnutým rozsudkom súd prvého stupňa zamietol návrh na vylúčenie veci z exekúcie, dospejúc k záveru, že k pozemkom postihnutým exekúciou (W. Č.. XXX Z. Č.. XXX D. Y.. Ú.. G.) nesvedčí vlastníctvo navrhovateľke, pričom príslušné exekučné konanie už bolo zastavené. Úspešnému odporcovi priznal náhradu trov právneho zastúpenia vo výške 5.250,09 €. Proti tomuto rozsudku podala včas odvolanie navrhovateľka, ktorá pred rozhodnutím odvolacieho súdu zobrala svoje odvolanie v celom rozsahu späť. Podľa § 207 ods. 2 veta prvá O.s.p. dokiaľ o odvolaní nebolo rozhodnuté, možno ho vziať späť. Podľa § 207 ods. 3 O.s.p. ak sa odvolanie, o ktorom nebolo rozhodnuté, vzalo späť, odvolací súd odvolacie konanie zastaví. Vzhľadom na dispozitívny procesný úkon navrhovateľky (späťvzatie odvolania) postupoval odvolací súd podľa zhora citovaného zákonného ustanovenia a odvolacie konanie zastavil. Právoplatnosť napadnutého rozhodnutia nastane, ako keby k podaniu odvolania nedošlo (§ 222 ods. 1 O.s.p.). S poukazom na výsledok odvolacieho konania odvolací súd o náhrade trov odvolacieho konania rozhodol tak, že odporcovi (§ 224 ods. 1 a § 146 ods. 2 vety prvej O.s.p.) ich náhradu nepriznal, keď tento náhradu trov odvolacieho konania neuplatnil (§ 151 ods. 1 O.s.p.). Poučenie: Toto uznesenie nemožno napadnúť odvolaním.</w:t>
      </w:r>
    </w:p>
    <w:p/>
    <w:p>
      <w:r>
        <w:t>Zdroj: KAUZIS.SK – https://www.kauzis.sk/judikatura/r/ECLI:SK:KSBA:2016:1207204888.2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